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3986" w14:textId="77777777" w:rsidR="00A33C27" w:rsidRDefault="00A33C27" w:rsidP="00A33C27">
      <w:pPr>
        <w:jc w:val="center"/>
        <w:rPr>
          <w:b/>
          <w:sz w:val="22"/>
        </w:rPr>
      </w:pPr>
      <w:r w:rsidRPr="00131122">
        <w:rPr>
          <w:noProof/>
        </w:rPr>
        <w:drawing>
          <wp:inline distT="0" distB="0" distL="0" distR="0" wp14:anchorId="077BA831" wp14:editId="2DF01DEB">
            <wp:extent cx="2224585" cy="1796532"/>
            <wp:effectExtent l="0" t="0" r="0" b="0"/>
            <wp:docPr id="1945015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152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8606" cy="187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C998D" w14:textId="77777777" w:rsidR="00A33C27" w:rsidRDefault="00A33C27" w:rsidP="00A33C27">
      <w:pPr>
        <w:jc w:val="center"/>
      </w:pPr>
      <w:r>
        <w:rPr>
          <w:b/>
          <w:sz w:val="22"/>
        </w:rPr>
        <w:t xml:space="preserve">REAL ESTATE </w:t>
      </w:r>
      <w:r>
        <w:rPr>
          <w:b/>
          <w:color w:val="263238"/>
          <w:sz w:val="22"/>
        </w:rPr>
        <w:t>POST-TRAINING SUPPORT PROGRAMME</w:t>
      </w:r>
    </w:p>
    <w:p w14:paraId="1916D68D" w14:textId="23EBFDC2" w:rsidR="00265579" w:rsidRPr="00A33C27" w:rsidRDefault="00000000" w:rsidP="00A33C27">
      <w:pPr>
        <w:spacing w:before="360"/>
        <w:jc w:val="center"/>
        <w:rPr>
          <w:bCs/>
        </w:rPr>
      </w:pPr>
      <w:r w:rsidRPr="00A33C27">
        <w:rPr>
          <w:bCs/>
          <w:color w:val="00A878"/>
          <w:sz w:val="42"/>
        </w:rPr>
        <w:t>LEARNER WORKBOOK</w:t>
      </w:r>
      <w:r w:rsidR="00A33C27" w:rsidRPr="00A33C27">
        <w:rPr>
          <w:bCs/>
          <w:color w:val="00A878"/>
          <w:sz w:val="42"/>
        </w:rPr>
        <w:br/>
      </w:r>
      <w:r w:rsidRPr="00A33C27">
        <w:rPr>
          <w:bCs/>
          <w:color w:val="00A878"/>
          <w:sz w:val="28"/>
          <w:szCs w:val="28"/>
        </w:rPr>
        <w:t>CRM, CLIENT PIPELINE &amp; BUSINESS MANAGEMENT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65579" w14:paraId="568E3BEA" w14:textId="77777777" w:rsidTr="00A33C27">
        <w:trPr>
          <w:jc w:val="center"/>
        </w:trPr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31B132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679A10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265579" w14:paraId="223A97A5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9D73A0" w14:textId="77777777" w:rsidR="00265579" w:rsidRDefault="00000000">
            <w:pPr>
              <w:spacing w:after="40"/>
            </w:pPr>
            <w:r>
              <w:rPr>
                <w:sz w:val="18"/>
              </w:rPr>
              <w:t>Session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697F05" w14:textId="77777777" w:rsidR="00265579" w:rsidRDefault="00000000">
            <w:pPr>
              <w:spacing w:after="40"/>
            </w:pPr>
            <w:r>
              <w:rPr>
                <w:sz w:val="18"/>
              </w:rPr>
              <w:t>Session 7</w:t>
            </w:r>
          </w:p>
        </w:tc>
      </w:tr>
      <w:tr w:rsidR="00265579" w14:paraId="65EB66B6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D84A97" w14:textId="77777777" w:rsidR="00265579" w:rsidRDefault="00000000">
            <w:pPr>
              <w:spacing w:after="40"/>
            </w:pPr>
            <w:r>
              <w:rPr>
                <w:sz w:val="18"/>
              </w:rPr>
              <w:t>Date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B25ECB" w14:textId="77777777" w:rsidR="00265579" w:rsidRDefault="00000000">
            <w:pPr>
              <w:spacing w:after="40"/>
            </w:pPr>
            <w:r>
              <w:rPr>
                <w:sz w:val="18"/>
              </w:rPr>
              <w:t>17 November 2026</w:t>
            </w:r>
          </w:p>
        </w:tc>
      </w:tr>
      <w:tr w:rsidR="00265579" w14:paraId="1E15285A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D05393" w14:textId="77777777" w:rsidR="00265579" w:rsidRDefault="00000000">
            <w:pPr>
              <w:spacing w:after="40"/>
            </w:pPr>
            <w:r>
              <w:rPr>
                <w:sz w:val="18"/>
              </w:rPr>
              <w:t>Time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22E0C1" w14:textId="77777777" w:rsidR="00265579" w:rsidRDefault="00000000">
            <w:pPr>
              <w:spacing w:after="40"/>
            </w:pPr>
            <w:r>
              <w:rPr>
                <w:sz w:val="18"/>
              </w:rPr>
              <w:t>09:00–11:00</w:t>
            </w:r>
          </w:p>
        </w:tc>
      </w:tr>
      <w:tr w:rsidR="00265579" w14:paraId="13E39FDB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B9CF2D" w14:textId="77777777" w:rsidR="00265579" w:rsidRDefault="00000000">
            <w:pPr>
              <w:spacing w:after="40"/>
            </w:pPr>
            <w:r>
              <w:rPr>
                <w:sz w:val="18"/>
              </w:rPr>
              <w:t>Facilitator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4DB9F3" w14:textId="77777777" w:rsidR="00265579" w:rsidRDefault="00000000">
            <w:pPr>
              <w:spacing w:after="40"/>
            </w:pPr>
            <w:r>
              <w:rPr>
                <w:sz w:val="18"/>
              </w:rPr>
              <w:t>Hlubi Dlomo</w:t>
            </w:r>
          </w:p>
        </w:tc>
      </w:tr>
    </w:tbl>
    <w:p w14:paraId="1E7862B6" w14:textId="77777777" w:rsidR="00265579" w:rsidRDefault="00265579"/>
    <w:p w14:paraId="0B6FA4E8" w14:textId="77777777" w:rsidR="00265579" w:rsidRDefault="00000000">
      <w:pPr>
        <w:pStyle w:val="Heading1"/>
      </w:pPr>
      <w:r>
        <w:t>Welcome</w:t>
      </w:r>
    </w:p>
    <w:p w14:paraId="55160204" w14:textId="77777777" w:rsidR="00265579" w:rsidRDefault="00000000">
      <w:r>
        <w:t>Welcome to Session 7. This workbook helps you turn CRM, client-pipeline and business-management concepts into practical tools for your real estate practice.</w:t>
      </w:r>
    </w:p>
    <w:p w14:paraId="485833F6" w14:textId="77777777" w:rsidR="00265579" w:rsidRDefault="00000000">
      <w:pPr>
        <w:pStyle w:val="Heading1"/>
      </w:pPr>
      <w:r>
        <w:t>1. Session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65579" w14:paraId="21A1981D" w14:textId="77777777" w:rsidTr="00A33C27">
        <w:trPr>
          <w:jc w:val="center"/>
        </w:trPr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CE3C68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F04C07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265579" w14:paraId="776A3250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5555C5" w14:textId="77777777" w:rsidR="00265579" w:rsidRDefault="00000000">
            <w:pPr>
              <w:spacing w:after="40"/>
            </w:pPr>
            <w:r>
              <w:rPr>
                <w:sz w:val="18"/>
              </w:rPr>
              <w:t>Session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C83A1D" w14:textId="77777777" w:rsidR="00265579" w:rsidRDefault="00000000">
            <w:pPr>
              <w:spacing w:after="40"/>
            </w:pPr>
            <w:r>
              <w:rPr>
                <w:sz w:val="18"/>
              </w:rPr>
              <w:t>Session 7</w:t>
            </w:r>
          </w:p>
        </w:tc>
      </w:tr>
      <w:tr w:rsidR="00265579" w14:paraId="70F6F07A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1927B7" w14:textId="77777777" w:rsidR="00265579" w:rsidRDefault="00000000">
            <w:pPr>
              <w:spacing w:after="40"/>
            </w:pPr>
            <w:r>
              <w:rPr>
                <w:sz w:val="18"/>
              </w:rPr>
              <w:t>Date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156CAD" w14:textId="77777777" w:rsidR="00265579" w:rsidRDefault="00000000">
            <w:pPr>
              <w:spacing w:after="40"/>
            </w:pPr>
            <w:r>
              <w:rPr>
                <w:sz w:val="18"/>
              </w:rPr>
              <w:t>17 November 2026</w:t>
            </w:r>
          </w:p>
        </w:tc>
      </w:tr>
      <w:tr w:rsidR="00265579" w14:paraId="5ABC87A3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46B09" w14:textId="77777777" w:rsidR="00265579" w:rsidRDefault="00000000">
            <w:pPr>
              <w:spacing w:after="40"/>
            </w:pPr>
            <w:r>
              <w:rPr>
                <w:sz w:val="18"/>
              </w:rPr>
              <w:t>Time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3B15B5" w14:textId="77777777" w:rsidR="00265579" w:rsidRDefault="00000000">
            <w:pPr>
              <w:spacing w:after="40"/>
            </w:pPr>
            <w:r>
              <w:rPr>
                <w:sz w:val="18"/>
              </w:rPr>
              <w:t>09:00–11:00</w:t>
            </w:r>
          </w:p>
        </w:tc>
      </w:tr>
      <w:tr w:rsidR="00265579" w14:paraId="3D7FBD45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AC4B9D" w14:textId="77777777" w:rsidR="00265579" w:rsidRDefault="00000000">
            <w:pPr>
              <w:spacing w:after="40"/>
            </w:pPr>
            <w:r>
              <w:rPr>
                <w:sz w:val="18"/>
              </w:rPr>
              <w:t>Focus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DD7FE2" w14:textId="77777777" w:rsidR="00265579" w:rsidRDefault="00000000">
            <w:pPr>
              <w:spacing w:after="40"/>
            </w:pPr>
            <w:r>
              <w:rPr>
                <w:sz w:val="18"/>
              </w:rPr>
              <w:t>CRM, Client Pipeline &amp; Business Management</w:t>
            </w:r>
          </w:p>
        </w:tc>
      </w:tr>
      <w:tr w:rsidR="00265579" w14:paraId="134FBA04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8CD46F" w14:textId="77777777" w:rsidR="00265579" w:rsidRDefault="00000000">
            <w:pPr>
              <w:spacing w:after="40"/>
            </w:pPr>
            <w:r>
              <w:rPr>
                <w:sz w:val="18"/>
              </w:rPr>
              <w:t>Delivery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BE9464" w14:textId="77777777" w:rsidR="00265579" w:rsidRDefault="00000000">
            <w:pPr>
              <w:spacing w:after="40"/>
            </w:pPr>
            <w:r>
              <w:rPr>
                <w:sz w:val="18"/>
              </w:rPr>
              <w:t>Virtual masterclass</w:t>
            </w:r>
          </w:p>
        </w:tc>
      </w:tr>
      <w:tr w:rsidR="00265579" w14:paraId="764EFC9D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9FDE54" w14:textId="77777777" w:rsidR="00265579" w:rsidRDefault="00000000">
            <w:pPr>
              <w:spacing w:after="40"/>
            </w:pPr>
            <w:r>
              <w:rPr>
                <w:sz w:val="18"/>
              </w:rPr>
              <w:t>Facilitator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21232B" w14:textId="77777777" w:rsidR="00265579" w:rsidRDefault="00000000">
            <w:pPr>
              <w:spacing w:after="40"/>
            </w:pPr>
            <w:r>
              <w:rPr>
                <w:sz w:val="18"/>
              </w:rPr>
              <w:t>Hlubi Dlomo</w:t>
            </w:r>
          </w:p>
        </w:tc>
      </w:tr>
    </w:tbl>
    <w:p w14:paraId="4F3E04A0" w14:textId="77777777" w:rsidR="00265579" w:rsidRDefault="00000000">
      <w:r>
        <w:t xml:space="preserve">The approved session covers CRM systems in real estate, lead capture, qualification, segmentation, structured follow-up, workflow alerts, client reminders, transaction milestones, POPIA/client data privacy and consent forms, and a lean one-page business plan with targets, budgets and KPIs. </w:t>
      </w:r>
    </w:p>
    <w:p w14:paraId="1944560E" w14:textId="77777777" w:rsidR="00265579" w:rsidRDefault="00000000">
      <w:pPr>
        <w:pStyle w:val="Heading1"/>
      </w:pPr>
      <w:r>
        <w:lastRenderedPageBreak/>
        <w:t>2. Learning Objectives</w:t>
      </w:r>
    </w:p>
    <w:p w14:paraId="6DA60816" w14:textId="77777777" w:rsidR="00265579" w:rsidRDefault="00000000">
      <w:pPr>
        <w:pStyle w:val="ListBullet"/>
        <w:spacing w:after="60"/>
      </w:pPr>
      <w:r>
        <w:t>Understand the role of a CRM in real estate.</w:t>
      </w:r>
    </w:p>
    <w:p w14:paraId="15912C41" w14:textId="77777777" w:rsidR="00265579" w:rsidRDefault="00000000">
      <w:pPr>
        <w:pStyle w:val="ListBullet"/>
        <w:spacing w:after="60"/>
      </w:pPr>
      <w:r>
        <w:t>Capture, qualify and segment leads.</w:t>
      </w:r>
    </w:p>
    <w:p w14:paraId="7D5B819E" w14:textId="77777777" w:rsidR="00265579" w:rsidRDefault="00000000">
      <w:pPr>
        <w:pStyle w:val="ListBullet"/>
        <w:spacing w:after="60"/>
      </w:pPr>
      <w:r>
        <w:t>Create structured follow-up sequences.</w:t>
      </w:r>
    </w:p>
    <w:p w14:paraId="3A887998" w14:textId="77777777" w:rsidR="00265579" w:rsidRDefault="00000000">
      <w:pPr>
        <w:pStyle w:val="ListBullet"/>
        <w:spacing w:after="60"/>
      </w:pPr>
      <w:r>
        <w:t>Use workflow alerts, reminders and transaction milestones.</w:t>
      </w:r>
    </w:p>
    <w:p w14:paraId="20AD84FA" w14:textId="77777777" w:rsidR="00265579" w:rsidRDefault="00000000">
      <w:pPr>
        <w:pStyle w:val="ListBullet"/>
        <w:spacing w:after="60"/>
      </w:pPr>
      <w:r>
        <w:t>Identify client data privacy and consent considerations within the session scope.</w:t>
      </w:r>
    </w:p>
    <w:p w14:paraId="3BD32C9C" w14:textId="77777777" w:rsidR="00265579" w:rsidRDefault="00000000">
      <w:pPr>
        <w:pStyle w:val="ListBullet"/>
        <w:spacing w:after="60"/>
      </w:pPr>
      <w:r>
        <w:t>Create a lean one-page business plan with targets, budget and KPIs.</w:t>
      </w:r>
    </w:p>
    <w:p w14:paraId="2F632295" w14:textId="77777777" w:rsidR="00265579" w:rsidRDefault="00000000">
      <w:pPr>
        <w:pStyle w:val="Heading1"/>
      </w:pPr>
      <w:r>
        <w:t>3. Activity 1 – My CRM Process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65579" w14:paraId="6A614E38" w14:textId="77777777" w:rsidTr="00A33C27">
        <w:trPr>
          <w:jc w:val="center"/>
        </w:trPr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3273AB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CRM Stage</w:t>
            </w:r>
          </w:p>
        </w:tc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8C09CF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What I Need to Capture / Do</w:t>
            </w:r>
          </w:p>
        </w:tc>
      </w:tr>
      <w:tr w:rsidR="00265579" w14:paraId="3B4D21F4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02BC7F" w14:textId="77777777" w:rsidR="00265579" w:rsidRDefault="00000000">
            <w:pPr>
              <w:spacing w:after="40"/>
            </w:pPr>
            <w:r>
              <w:rPr>
                <w:sz w:val="18"/>
              </w:rPr>
              <w:t>Lead capture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061B2C" w14:textId="77777777" w:rsidR="00265579" w:rsidRDefault="00265579">
            <w:pPr>
              <w:spacing w:after="40"/>
            </w:pPr>
          </w:p>
        </w:tc>
      </w:tr>
      <w:tr w:rsidR="00265579" w14:paraId="5C6C442E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1C659C" w14:textId="77777777" w:rsidR="00265579" w:rsidRDefault="00000000">
            <w:pPr>
              <w:spacing w:after="40"/>
            </w:pPr>
            <w:r>
              <w:rPr>
                <w:sz w:val="18"/>
              </w:rPr>
              <w:t>Lead qualification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72CE96" w14:textId="77777777" w:rsidR="00265579" w:rsidRDefault="00265579">
            <w:pPr>
              <w:spacing w:after="40"/>
            </w:pPr>
          </w:p>
        </w:tc>
      </w:tr>
      <w:tr w:rsidR="00265579" w14:paraId="77438D36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8083EF" w14:textId="77777777" w:rsidR="00265579" w:rsidRDefault="00000000">
            <w:pPr>
              <w:spacing w:after="40"/>
            </w:pPr>
            <w:r>
              <w:rPr>
                <w:sz w:val="18"/>
              </w:rPr>
              <w:t>Lead segmentation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523EE5" w14:textId="77777777" w:rsidR="00265579" w:rsidRDefault="00265579">
            <w:pPr>
              <w:spacing w:after="40"/>
            </w:pPr>
          </w:p>
        </w:tc>
      </w:tr>
      <w:tr w:rsidR="00265579" w14:paraId="2DE82FE9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8D4F65" w14:textId="77777777" w:rsidR="00265579" w:rsidRDefault="00000000">
            <w:pPr>
              <w:spacing w:after="40"/>
            </w:pPr>
            <w:r>
              <w:rPr>
                <w:sz w:val="18"/>
              </w:rPr>
              <w:t>Follow-up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BBC6B" w14:textId="77777777" w:rsidR="00265579" w:rsidRDefault="00265579">
            <w:pPr>
              <w:spacing w:after="40"/>
            </w:pPr>
          </w:p>
        </w:tc>
      </w:tr>
      <w:tr w:rsidR="00265579" w14:paraId="5CFB5866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82CBB8" w14:textId="77777777" w:rsidR="00265579" w:rsidRDefault="00000000">
            <w:pPr>
              <w:spacing w:after="40"/>
            </w:pPr>
            <w:r>
              <w:rPr>
                <w:sz w:val="18"/>
              </w:rPr>
              <w:t>Client history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CE3607" w14:textId="77777777" w:rsidR="00265579" w:rsidRDefault="00265579">
            <w:pPr>
              <w:spacing w:after="40"/>
            </w:pPr>
          </w:p>
        </w:tc>
      </w:tr>
      <w:tr w:rsidR="00265579" w14:paraId="4B4D7A7D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7B2130" w14:textId="77777777" w:rsidR="00265579" w:rsidRDefault="00000000">
            <w:pPr>
              <w:spacing w:after="40"/>
            </w:pPr>
            <w:r>
              <w:rPr>
                <w:sz w:val="18"/>
              </w:rPr>
              <w:t>Workflow / reminders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B50A00" w14:textId="77777777" w:rsidR="00265579" w:rsidRDefault="00265579">
            <w:pPr>
              <w:spacing w:after="40"/>
            </w:pPr>
          </w:p>
        </w:tc>
      </w:tr>
      <w:tr w:rsidR="00265579" w14:paraId="4247FB3A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60FB1A" w14:textId="77777777" w:rsidR="00265579" w:rsidRDefault="00000000">
            <w:pPr>
              <w:spacing w:after="40"/>
            </w:pPr>
            <w:r>
              <w:rPr>
                <w:sz w:val="18"/>
              </w:rPr>
              <w:t>Transaction milestones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8E11A8" w14:textId="77777777" w:rsidR="00265579" w:rsidRDefault="00265579">
            <w:pPr>
              <w:spacing w:after="40"/>
            </w:pPr>
          </w:p>
        </w:tc>
      </w:tr>
    </w:tbl>
    <w:p w14:paraId="5E7DA574" w14:textId="77777777" w:rsidR="00265579" w:rsidRDefault="00000000">
      <w:pPr>
        <w:pStyle w:val="Heading1"/>
      </w:pPr>
      <w:r>
        <w:t>4. Activity 2 – Lead Capture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65579" w14:paraId="729EA710" w14:textId="77777777" w:rsidTr="00A33C27">
        <w:trPr>
          <w:jc w:val="center"/>
        </w:trPr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414017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4469E2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Example / My Entry</w:t>
            </w:r>
          </w:p>
        </w:tc>
      </w:tr>
      <w:tr w:rsidR="00265579" w14:paraId="56A40AD0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7C1836" w14:textId="77777777" w:rsidR="00265579" w:rsidRDefault="00000000">
            <w:pPr>
              <w:spacing w:after="40"/>
            </w:pPr>
            <w:r>
              <w:rPr>
                <w:sz w:val="18"/>
              </w:rPr>
              <w:t>Lead name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B9A2B6" w14:textId="77777777" w:rsidR="00265579" w:rsidRDefault="00265579">
            <w:pPr>
              <w:spacing w:after="40"/>
            </w:pPr>
          </w:p>
        </w:tc>
      </w:tr>
      <w:tr w:rsidR="00265579" w14:paraId="09AA0303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3FC093" w14:textId="77777777" w:rsidR="00265579" w:rsidRDefault="00000000">
            <w:pPr>
              <w:spacing w:after="40"/>
            </w:pPr>
            <w:r>
              <w:rPr>
                <w:sz w:val="18"/>
              </w:rPr>
              <w:t>Contact details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CBC0A3" w14:textId="77777777" w:rsidR="00265579" w:rsidRDefault="00265579">
            <w:pPr>
              <w:spacing w:after="40"/>
            </w:pPr>
          </w:p>
        </w:tc>
      </w:tr>
      <w:tr w:rsidR="00265579" w14:paraId="227363ED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423CBD" w14:textId="77777777" w:rsidR="00265579" w:rsidRDefault="00000000">
            <w:pPr>
              <w:spacing w:after="40"/>
            </w:pPr>
            <w:r>
              <w:rPr>
                <w:sz w:val="18"/>
              </w:rPr>
              <w:t>Lead source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2116C5" w14:textId="77777777" w:rsidR="00265579" w:rsidRDefault="00265579">
            <w:pPr>
              <w:spacing w:after="40"/>
            </w:pPr>
          </w:p>
        </w:tc>
      </w:tr>
      <w:tr w:rsidR="00265579" w14:paraId="1F0E9046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CD4534" w14:textId="77777777" w:rsidR="00265579" w:rsidRDefault="00000000">
            <w:pPr>
              <w:spacing w:after="40"/>
            </w:pPr>
            <w:r>
              <w:rPr>
                <w:sz w:val="18"/>
              </w:rPr>
              <w:t>Buyer / seller / other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E4A805" w14:textId="77777777" w:rsidR="00265579" w:rsidRDefault="00265579">
            <w:pPr>
              <w:spacing w:after="40"/>
            </w:pPr>
          </w:p>
        </w:tc>
      </w:tr>
      <w:tr w:rsidR="00265579" w14:paraId="0010F4D8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C199B6" w14:textId="77777777" w:rsidR="00265579" w:rsidRDefault="00000000">
            <w:pPr>
              <w:spacing w:after="40"/>
            </w:pPr>
            <w:r>
              <w:rPr>
                <w:sz w:val="18"/>
              </w:rPr>
              <w:t>Requirement / enquiry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328B25" w14:textId="77777777" w:rsidR="00265579" w:rsidRDefault="00265579">
            <w:pPr>
              <w:spacing w:after="40"/>
            </w:pPr>
          </w:p>
        </w:tc>
      </w:tr>
      <w:tr w:rsidR="00265579" w14:paraId="69133B74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8DB340" w14:textId="77777777" w:rsidR="00265579" w:rsidRDefault="00000000">
            <w:pPr>
              <w:spacing w:after="40"/>
            </w:pPr>
            <w:r>
              <w:rPr>
                <w:sz w:val="18"/>
              </w:rPr>
              <w:t>Current status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225B3E" w14:textId="77777777" w:rsidR="00265579" w:rsidRDefault="00265579">
            <w:pPr>
              <w:spacing w:after="40"/>
            </w:pPr>
          </w:p>
        </w:tc>
      </w:tr>
      <w:tr w:rsidR="00265579" w14:paraId="7986BA50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DCBA7E" w14:textId="77777777" w:rsidR="00265579" w:rsidRDefault="00000000">
            <w:pPr>
              <w:spacing w:after="40"/>
            </w:pPr>
            <w:r>
              <w:rPr>
                <w:sz w:val="18"/>
              </w:rPr>
              <w:t>Next action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EB3616" w14:textId="77777777" w:rsidR="00265579" w:rsidRDefault="00265579">
            <w:pPr>
              <w:spacing w:after="40"/>
            </w:pPr>
          </w:p>
        </w:tc>
      </w:tr>
      <w:tr w:rsidR="00265579" w14:paraId="40838CE1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6847A" w14:textId="77777777" w:rsidR="00265579" w:rsidRDefault="00000000">
            <w:pPr>
              <w:spacing w:after="40"/>
            </w:pPr>
            <w:r>
              <w:rPr>
                <w:sz w:val="18"/>
              </w:rPr>
              <w:t>Follow-up timing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350812" w14:textId="77777777" w:rsidR="00265579" w:rsidRDefault="00265579">
            <w:pPr>
              <w:spacing w:after="40"/>
            </w:pPr>
          </w:p>
        </w:tc>
      </w:tr>
    </w:tbl>
    <w:p w14:paraId="11C074A0" w14:textId="77777777" w:rsidR="00265579" w:rsidRDefault="00000000">
      <w:pPr>
        <w:pStyle w:val="Heading1"/>
      </w:pPr>
      <w:r>
        <w:t>5. Activity 3 – Lead Qualification &amp; Segmentation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65579" w14:paraId="411EA84D" w14:textId="77777777" w:rsidTr="00A33C27">
        <w:trPr>
          <w:jc w:val="center"/>
        </w:trPr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46CC48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Lead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17BBCC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What I Need to Clarify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8C728C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Segment / Group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136536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Next Action</w:t>
            </w:r>
          </w:p>
        </w:tc>
      </w:tr>
      <w:tr w:rsidR="00265579" w14:paraId="55B4AA19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2B6A16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1BF36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613FB3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D5A200" w14:textId="77777777" w:rsidR="00265579" w:rsidRDefault="00265579">
            <w:pPr>
              <w:spacing w:after="40"/>
            </w:pPr>
          </w:p>
        </w:tc>
      </w:tr>
      <w:tr w:rsidR="00265579" w14:paraId="78EC5D35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EE6198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22B5E5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A8FC70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E94441" w14:textId="77777777" w:rsidR="00265579" w:rsidRDefault="00265579">
            <w:pPr>
              <w:spacing w:after="40"/>
            </w:pPr>
          </w:p>
        </w:tc>
      </w:tr>
      <w:tr w:rsidR="00265579" w14:paraId="1E574080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C0B42A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CC771D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0274CA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4760BF" w14:textId="77777777" w:rsidR="00265579" w:rsidRDefault="00265579">
            <w:pPr>
              <w:spacing w:after="40"/>
            </w:pPr>
          </w:p>
        </w:tc>
      </w:tr>
      <w:tr w:rsidR="00265579" w14:paraId="2559E894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52426C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CAED7F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05E6D2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74DD48" w14:textId="77777777" w:rsidR="00265579" w:rsidRDefault="00265579">
            <w:pPr>
              <w:spacing w:after="40"/>
            </w:pPr>
          </w:p>
        </w:tc>
      </w:tr>
      <w:tr w:rsidR="00265579" w14:paraId="206B1579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3C2BF1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6E7C89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AC989E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67C12F" w14:textId="77777777" w:rsidR="00265579" w:rsidRDefault="00265579">
            <w:pPr>
              <w:spacing w:after="40"/>
            </w:pPr>
          </w:p>
        </w:tc>
      </w:tr>
    </w:tbl>
    <w:p w14:paraId="47237DED" w14:textId="77777777" w:rsidR="00265579" w:rsidRDefault="00000000">
      <w:pPr>
        <w:pStyle w:val="Heading1"/>
      </w:pPr>
      <w:r>
        <w:t>6. Activity 4 – Structured Follow-Up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265579" w14:paraId="7E49D887" w14:textId="77777777" w:rsidTr="00A33C27">
        <w:trPr>
          <w:jc w:val="center"/>
        </w:trPr>
        <w:tc>
          <w:tcPr>
            <w:tcW w:w="2045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A2C510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Prospect</w:t>
            </w:r>
          </w:p>
        </w:tc>
        <w:tc>
          <w:tcPr>
            <w:tcW w:w="2045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6EDA17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Current Stage</w:t>
            </w:r>
          </w:p>
        </w:tc>
        <w:tc>
          <w:tcPr>
            <w:tcW w:w="2045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B1980C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Follow-Up Action</w:t>
            </w:r>
          </w:p>
        </w:tc>
        <w:tc>
          <w:tcPr>
            <w:tcW w:w="2045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22C937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Timing</w:t>
            </w:r>
          </w:p>
        </w:tc>
        <w:tc>
          <w:tcPr>
            <w:tcW w:w="2045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8E4069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Reminder / Workflow</w:t>
            </w:r>
          </w:p>
        </w:tc>
      </w:tr>
      <w:tr w:rsidR="00265579" w14:paraId="56DF834F" w14:textId="77777777">
        <w:trPr>
          <w:jc w:val="center"/>
        </w:trPr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04B1D2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26AC04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A1F07E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93DFDA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FF6C02" w14:textId="77777777" w:rsidR="00265579" w:rsidRDefault="00265579">
            <w:pPr>
              <w:spacing w:after="40"/>
            </w:pPr>
          </w:p>
        </w:tc>
      </w:tr>
      <w:tr w:rsidR="00265579" w14:paraId="037A7BFB" w14:textId="77777777">
        <w:trPr>
          <w:jc w:val="center"/>
        </w:trPr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BD4DD5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5FBFF2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53590B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8BC253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AAE75C" w14:textId="77777777" w:rsidR="00265579" w:rsidRDefault="00265579">
            <w:pPr>
              <w:spacing w:after="40"/>
            </w:pPr>
          </w:p>
        </w:tc>
      </w:tr>
      <w:tr w:rsidR="00265579" w14:paraId="1369371B" w14:textId="77777777">
        <w:trPr>
          <w:jc w:val="center"/>
        </w:trPr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F31192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F5C928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32E96F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32225D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5D17DC" w14:textId="77777777" w:rsidR="00265579" w:rsidRDefault="00265579">
            <w:pPr>
              <w:spacing w:after="40"/>
            </w:pPr>
          </w:p>
        </w:tc>
      </w:tr>
      <w:tr w:rsidR="00265579" w14:paraId="03F56C9C" w14:textId="77777777">
        <w:trPr>
          <w:jc w:val="center"/>
        </w:trPr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73B4AA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E6BDE4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0FAF64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C867D2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43AAA0" w14:textId="77777777" w:rsidR="00265579" w:rsidRDefault="00265579">
            <w:pPr>
              <w:spacing w:after="40"/>
            </w:pPr>
          </w:p>
        </w:tc>
      </w:tr>
      <w:tr w:rsidR="00265579" w14:paraId="7488584E" w14:textId="77777777">
        <w:trPr>
          <w:jc w:val="center"/>
        </w:trPr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543DC9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D3532A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2A3192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BC9A89" w14:textId="77777777" w:rsidR="00265579" w:rsidRDefault="00265579">
            <w:pPr>
              <w:spacing w:after="40"/>
            </w:pPr>
          </w:p>
        </w:tc>
        <w:tc>
          <w:tcPr>
            <w:tcW w:w="2045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815435" w14:textId="77777777" w:rsidR="00265579" w:rsidRDefault="00265579">
            <w:pPr>
              <w:spacing w:after="40"/>
            </w:pPr>
          </w:p>
        </w:tc>
      </w:tr>
    </w:tbl>
    <w:p w14:paraId="2DB0AD7C" w14:textId="77777777" w:rsidR="00265579" w:rsidRDefault="00000000">
      <w:r>
        <w:t>My follow-up sequence for one prospect: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65579" w14:paraId="2E77776C" w14:textId="77777777" w:rsidTr="00A33C27">
        <w:trPr>
          <w:jc w:val="center"/>
        </w:trPr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FC3F57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Step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16EFE2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FD6D91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Timing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6143EC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Record / Reminder</w:t>
            </w:r>
          </w:p>
        </w:tc>
      </w:tr>
      <w:tr w:rsidR="00265579" w14:paraId="7F764BEF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2D370A" w14:textId="77777777" w:rsidR="00265579" w:rsidRDefault="00000000">
            <w:pPr>
              <w:spacing w:after="40"/>
            </w:pPr>
            <w:r>
              <w:rPr>
                <w:sz w:val="18"/>
              </w:rPr>
              <w:t>1</w:t>
            </w: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A54377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19F4FD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84FB3" w14:textId="77777777" w:rsidR="00265579" w:rsidRDefault="00265579">
            <w:pPr>
              <w:spacing w:after="40"/>
            </w:pPr>
          </w:p>
        </w:tc>
      </w:tr>
      <w:tr w:rsidR="00265579" w14:paraId="0742A24F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4BFBB8" w14:textId="77777777" w:rsidR="00265579" w:rsidRDefault="00000000">
            <w:pPr>
              <w:spacing w:after="40"/>
            </w:pPr>
            <w:r>
              <w:rPr>
                <w:sz w:val="18"/>
              </w:rPr>
              <w:t>2</w:t>
            </w: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04B144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113513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2DFCA9" w14:textId="77777777" w:rsidR="00265579" w:rsidRDefault="00265579">
            <w:pPr>
              <w:spacing w:after="40"/>
            </w:pPr>
          </w:p>
        </w:tc>
      </w:tr>
      <w:tr w:rsidR="00265579" w14:paraId="2EB5882F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596C0B" w14:textId="77777777" w:rsidR="00265579" w:rsidRDefault="00000000">
            <w:pPr>
              <w:spacing w:after="40"/>
            </w:pPr>
            <w:r>
              <w:rPr>
                <w:sz w:val="18"/>
              </w:rPr>
              <w:t>3</w:t>
            </w: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92B670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6DDBBA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933DC5" w14:textId="77777777" w:rsidR="00265579" w:rsidRDefault="00265579">
            <w:pPr>
              <w:spacing w:after="40"/>
            </w:pPr>
          </w:p>
        </w:tc>
      </w:tr>
      <w:tr w:rsidR="00265579" w14:paraId="3114D491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362FD8" w14:textId="77777777" w:rsidR="00265579" w:rsidRDefault="00000000">
            <w:pPr>
              <w:spacing w:after="40"/>
            </w:pPr>
            <w:r>
              <w:rPr>
                <w:sz w:val="18"/>
              </w:rPr>
              <w:t>4</w:t>
            </w: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D630DD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1D3506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87FD7F" w14:textId="77777777" w:rsidR="00265579" w:rsidRDefault="00265579">
            <w:pPr>
              <w:spacing w:after="40"/>
            </w:pPr>
          </w:p>
        </w:tc>
      </w:tr>
    </w:tbl>
    <w:p w14:paraId="072B99F1" w14:textId="77777777" w:rsidR="00265579" w:rsidRDefault="00000000">
      <w:pPr>
        <w:pStyle w:val="Heading1"/>
      </w:pPr>
      <w:r>
        <w:t>7. Activity 5 – Workflow Alerts &amp; Transaction Milestones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65579" w14:paraId="12080E6F" w14:textId="77777777" w:rsidTr="00A33C27">
        <w:trPr>
          <w:jc w:val="center"/>
        </w:trPr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BD6F2B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Workflow / Milestone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5E9C70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What Needs to Happen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A44A08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Reminder / Alert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B8EA7A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Who Is Responsible</w:t>
            </w:r>
          </w:p>
        </w:tc>
      </w:tr>
      <w:tr w:rsidR="00265579" w14:paraId="0279C019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1E7012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BE41C6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EE1D9A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F25A2A" w14:textId="77777777" w:rsidR="00265579" w:rsidRDefault="00265579">
            <w:pPr>
              <w:spacing w:after="40"/>
            </w:pPr>
          </w:p>
        </w:tc>
      </w:tr>
      <w:tr w:rsidR="00265579" w14:paraId="19EB334F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CB3376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81E812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B0DFD8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882B21" w14:textId="77777777" w:rsidR="00265579" w:rsidRDefault="00265579">
            <w:pPr>
              <w:spacing w:after="40"/>
            </w:pPr>
          </w:p>
        </w:tc>
      </w:tr>
      <w:tr w:rsidR="00265579" w14:paraId="1ED9E19A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1C1884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E57059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13CB7E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726D59" w14:textId="77777777" w:rsidR="00265579" w:rsidRDefault="00265579">
            <w:pPr>
              <w:spacing w:after="40"/>
            </w:pPr>
          </w:p>
        </w:tc>
      </w:tr>
      <w:tr w:rsidR="00265579" w14:paraId="7D798D9B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B08493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DAB4A6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511574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B0D21E" w14:textId="77777777" w:rsidR="00265579" w:rsidRDefault="00265579">
            <w:pPr>
              <w:spacing w:after="40"/>
            </w:pPr>
          </w:p>
        </w:tc>
      </w:tr>
      <w:tr w:rsidR="00265579" w14:paraId="334AB65D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3A62CD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ED371A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67B81D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0EF7F2" w14:textId="77777777" w:rsidR="00265579" w:rsidRDefault="00265579">
            <w:pPr>
              <w:spacing w:after="40"/>
            </w:pPr>
          </w:p>
        </w:tc>
      </w:tr>
    </w:tbl>
    <w:p w14:paraId="5442D125" w14:textId="77777777" w:rsidR="00265579" w:rsidRDefault="00000000">
      <w:pPr>
        <w:pStyle w:val="Heading1"/>
      </w:pPr>
      <w:r>
        <w:lastRenderedPageBreak/>
        <w:t>8. Activity 6 – Client Data Privacy &amp; Consent</w:t>
      </w:r>
    </w:p>
    <w:p w14:paraId="225E5D99" w14:textId="77777777" w:rsidR="00265579" w:rsidRDefault="00000000">
      <w:r>
        <w:t>Use this activity to capture your understanding of the client-data privacy and consent considerations discussed in the session.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65579" w14:paraId="55A865A0" w14:textId="77777777" w:rsidTr="00A33C27">
        <w:trPr>
          <w:jc w:val="center"/>
        </w:trPr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39724D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E2C4E5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My Response</w:t>
            </w:r>
          </w:p>
        </w:tc>
      </w:tr>
      <w:tr w:rsidR="00265579" w14:paraId="6288E899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4F7C33" w14:textId="77777777" w:rsidR="00265579" w:rsidRDefault="00000000">
            <w:pPr>
              <w:spacing w:after="40"/>
            </w:pPr>
            <w:r>
              <w:rPr>
                <w:sz w:val="18"/>
              </w:rPr>
              <w:t>What client information do I capture?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5C7888" w14:textId="77777777" w:rsidR="00265579" w:rsidRDefault="00265579">
            <w:pPr>
              <w:spacing w:after="40"/>
            </w:pPr>
          </w:p>
        </w:tc>
      </w:tr>
      <w:tr w:rsidR="00265579" w14:paraId="64C4DD9E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5024B4" w14:textId="77777777" w:rsidR="00265579" w:rsidRDefault="00000000">
            <w:pPr>
              <w:spacing w:after="40"/>
            </w:pPr>
            <w:r>
              <w:rPr>
                <w:sz w:val="18"/>
              </w:rPr>
              <w:t>Why is the information needed?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9CCF2D" w14:textId="77777777" w:rsidR="00265579" w:rsidRDefault="00265579">
            <w:pPr>
              <w:spacing w:after="40"/>
            </w:pPr>
          </w:p>
        </w:tc>
      </w:tr>
      <w:tr w:rsidR="00265579" w14:paraId="70A7C57E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76E24B" w14:textId="77777777" w:rsidR="00265579" w:rsidRDefault="00000000">
            <w:pPr>
              <w:spacing w:after="40"/>
            </w:pPr>
            <w:r>
              <w:rPr>
                <w:sz w:val="18"/>
              </w:rPr>
              <w:t>How will I handle it appropriately?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D446AA" w14:textId="77777777" w:rsidR="00265579" w:rsidRDefault="00265579">
            <w:pPr>
              <w:spacing w:after="40"/>
            </w:pPr>
          </w:p>
        </w:tc>
      </w:tr>
      <w:tr w:rsidR="00265579" w14:paraId="014ED636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505587" w14:textId="77777777" w:rsidR="00265579" w:rsidRDefault="00000000">
            <w:pPr>
              <w:spacing w:after="40"/>
            </w:pPr>
            <w:r>
              <w:rPr>
                <w:sz w:val="18"/>
              </w:rPr>
              <w:t>Where do consent forms fit into my process?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EE0550" w14:textId="77777777" w:rsidR="00265579" w:rsidRDefault="00265579">
            <w:pPr>
              <w:spacing w:after="40"/>
            </w:pPr>
          </w:p>
        </w:tc>
      </w:tr>
      <w:tr w:rsidR="00265579" w14:paraId="6BC80DC6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7C8ABE" w14:textId="77777777" w:rsidR="00265579" w:rsidRDefault="00000000">
            <w:pPr>
              <w:spacing w:after="40"/>
            </w:pPr>
            <w:r>
              <w:rPr>
                <w:sz w:val="18"/>
              </w:rPr>
              <w:t>What information should not be unnecessarily exposed?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E36C8B" w14:textId="77777777" w:rsidR="00265579" w:rsidRDefault="00265579">
            <w:pPr>
              <w:spacing w:after="40"/>
            </w:pPr>
          </w:p>
        </w:tc>
      </w:tr>
      <w:tr w:rsidR="00265579" w14:paraId="650D0F22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C559BD" w14:textId="77777777" w:rsidR="00265579" w:rsidRDefault="00000000">
            <w:pPr>
              <w:spacing w:after="40"/>
            </w:pPr>
            <w:r>
              <w:rPr>
                <w:sz w:val="18"/>
              </w:rPr>
              <w:t>What questions require further clarification?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0AEC1" w14:textId="77777777" w:rsidR="00265579" w:rsidRDefault="00265579">
            <w:pPr>
              <w:spacing w:after="40"/>
            </w:pPr>
          </w:p>
        </w:tc>
      </w:tr>
    </w:tbl>
    <w:p w14:paraId="410A7035" w14:textId="77777777" w:rsidR="00265579" w:rsidRDefault="00000000">
      <w:pPr>
        <w:pStyle w:val="Heading1"/>
      </w:pPr>
      <w:r>
        <w:t>9. Activity 7 – My One-Page Real Estate Business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65579" w14:paraId="52A48B5D" w14:textId="77777777" w:rsidTr="00A33C27">
        <w:trPr>
          <w:jc w:val="center"/>
        </w:trPr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7F6776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Business Plan Element</w:t>
            </w:r>
          </w:p>
        </w:tc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B0FB46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My Plan</w:t>
            </w:r>
          </w:p>
        </w:tc>
      </w:tr>
      <w:tr w:rsidR="00265579" w14:paraId="436E10BC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834DF3" w14:textId="77777777" w:rsidR="00265579" w:rsidRDefault="00000000">
            <w:pPr>
              <w:spacing w:after="40"/>
            </w:pPr>
            <w:r>
              <w:rPr>
                <w:sz w:val="18"/>
              </w:rPr>
              <w:t>Business focus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520A9E" w14:textId="77777777" w:rsidR="00265579" w:rsidRDefault="00265579">
            <w:pPr>
              <w:spacing w:after="40"/>
            </w:pPr>
          </w:p>
        </w:tc>
      </w:tr>
      <w:tr w:rsidR="00265579" w14:paraId="5C100BC6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84E51F" w14:textId="77777777" w:rsidR="00265579" w:rsidRDefault="00000000">
            <w:pPr>
              <w:spacing w:after="40"/>
            </w:pPr>
            <w:r>
              <w:rPr>
                <w:sz w:val="18"/>
              </w:rPr>
              <w:t>Target market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6BFFD" w14:textId="77777777" w:rsidR="00265579" w:rsidRDefault="00265579">
            <w:pPr>
              <w:spacing w:after="40"/>
            </w:pPr>
          </w:p>
        </w:tc>
      </w:tr>
      <w:tr w:rsidR="00265579" w14:paraId="0DB3346F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A093FA" w14:textId="77777777" w:rsidR="00265579" w:rsidRDefault="00000000">
            <w:pPr>
              <w:spacing w:after="40"/>
            </w:pPr>
            <w:r>
              <w:rPr>
                <w:sz w:val="18"/>
              </w:rPr>
              <w:t>Business targets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59D0FD" w14:textId="77777777" w:rsidR="00265579" w:rsidRDefault="00265579">
            <w:pPr>
              <w:spacing w:after="40"/>
            </w:pPr>
          </w:p>
        </w:tc>
      </w:tr>
      <w:tr w:rsidR="00265579" w14:paraId="58C0E998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EF347B" w14:textId="77777777" w:rsidR="00265579" w:rsidRDefault="00000000">
            <w:pPr>
              <w:spacing w:after="40"/>
            </w:pPr>
            <w:r>
              <w:rPr>
                <w:sz w:val="18"/>
              </w:rPr>
              <w:t>Key activities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BD2854" w14:textId="77777777" w:rsidR="00265579" w:rsidRDefault="00265579">
            <w:pPr>
              <w:spacing w:after="40"/>
            </w:pPr>
          </w:p>
        </w:tc>
      </w:tr>
      <w:tr w:rsidR="00265579" w14:paraId="4140756F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CE4634" w14:textId="77777777" w:rsidR="00265579" w:rsidRDefault="00000000">
            <w:pPr>
              <w:spacing w:after="40"/>
            </w:pPr>
            <w:r>
              <w:rPr>
                <w:sz w:val="18"/>
              </w:rPr>
              <w:t>Budget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683EDD" w14:textId="77777777" w:rsidR="00265579" w:rsidRDefault="00265579">
            <w:pPr>
              <w:spacing w:after="40"/>
            </w:pPr>
          </w:p>
        </w:tc>
      </w:tr>
      <w:tr w:rsidR="00265579" w14:paraId="74C45AB4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E5F24C" w14:textId="77777777" w:rsidR="00265579" w:rsidRDefault="00000000">
            <w:pPr>
              <w:spacing w:after="40"/>
            </w:pPr>
            <w:r>
              <w:rPr>
                <w:sz w:val="18"/>
              </w:rPr>
              <w:t>KPIs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8D38AE" w14:textId="77777777" w:rsidR="00265579" w:rsidRDefault="00265579">
            <w:pPr>
              <w:spacing w:after="40"/>
            </w:pPr>
          </w:p>
        </w:tc>
      </w:tr>
      <w:tr w:rsidR="00265579" w14:paraId="32D52753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D89005" w14:textId="77777777" w:rsidR="00265579" w:rsidRDefault="00000000">
            <w:pPr>
              <w:spacing w:after="40"/>
            </w:pPr>
            <w:r>
              <w:rPr>
                <w:sz w:val="18"/>
              </w:rPr>
              <w:t>Review cycle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19E78F" w14:textId="77777777" w:rsidR="00265579" w:rsidRDefault="00265579">
            <w:pPr>
              <w:spacing w:after="40"/>
            </w:pPr>
          </w:p>
        </w:tc>
      </w:tr>
    </w:tbl>
    <w:p w14:paraId="365274D8" w14:textId="77777777" w:rsidR="00265579" w:rsidRDefault="00000000">
      <w:r>
        <w:t>My top business targets:</w:t>
      </w:r>
    </w:p>
    <w:p w14:paraId="14594635" w14:textId="77777777" w:rsidR="00265579" w:rsidRDefault="00000000">
      <w:r>
        <w:t>1. __________________________________________________________________________________</w:t>
      </w:r>
    </w:p>
    <w:p w14:paraId="3FE71A86" w14:textId="77777777" w:rsidR="00265579" w:rsidRDefault="00000000">
      <w:r>
        <w:t>2. __________________________________________________________________________________</w:t>
      </w:r>
    </w:p>
    <w:p w14:paraId="1FF15428" w14:textId="77777777" w:rsidR="00265579" w:rsidRDefault="00000000">
      <w:r>
        <w:t>3. __________________________________________________________________________________</w:t>
      </w:r>
    </w:p>
    <w:p w14:paraId="08365555" w14:textId="77777777" w:rsidR="00265579" w:rsidRDefault="00000000">
      <w:r>
        <w:t>My key KPIs:</w:t>
      </w:r>
    </w:p>
    <w:p w14:paraId="27744658" w14:textId="77777777" w:rsidR="00265579" w:rsidRDefault="00000000">
      <w:r>
        <w:t>1. __________________________________________________________________________________</w:t>
      </w:r>
    </w:p>
    <w:p w14:paraId="32BB54BE" w14:textId="77777777" w:rsidR="00265579" w:rsidRDefault="00000000">
      <w:r>
        <w:t>2. __________________________________________________________________________________</w:t>
      </w:r>
    </w:p>
    <w:p w14:paraId="57AECE65" w14:textId="77777777" w:rsidR="00265579" w:rsidRDefault="00000000">
      <w:r>
        <w:t>3. __________________________________________________________________________________</w:t>
      </w:r>
    </w:p>
    <w:p w14:paraId="6830DC92" w14:textId="77777777" w:rsidR="00265579" w:rsidRDefault="00000000">
      <w:r>
        <w:t>4. __________________________________________________________________________________</w:t>
      </w:r>
    </w:p>
    <w:p w14:paraId="358AABC0" w14:textId="77777777" w:rsidR="00265579" w:rsidRDefault="00000000">
      <w:pPr>
        <w:pStyle w:val="Heading1"/>
      </w:pPr>
      <w:r>
        <w:lastRenderedPageBreak/>
        <w:t>10. My 30-Day Business Management Action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65579" w14:paraId="312AAC3A" w14:textId="77777777" w:rsidTr="00A33C27">
        <w:trPr>
          <w:jc w:val="center"/>
        </w:trPr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EBAF02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A5936E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First Step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5A32D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Timing</w:t>
            </w:r>
          </w:p>
        </w:tc>
        <w:tc>
          <w:tcPr>
            <w:tcW w:w="25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21C260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How I Will Track It</w:t>
            </w:r>
          </w:p>
        </w:tc>
      </w:tr>
      <w:tr w:rsidR="00265579" w14:paraId="4F8AE985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1DEE42" w14:textId="77777777" w:rsidR="00265579" w:rsidRDefault="00000000">
            <w:pPr>
              <w:spacing w:after="40"/>
            </w:pPr>
            <w:r>
              <w:rPr>
                <w:sz w:val="18"/>
              </w:rPr>
              <w:t>Improve CRM / lead capture</w:t>
            </w: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A34DE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DAE8CA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215371" w14:textId="77777777" w:rsidR="00265579" w:rsidRDefault="00265579">
            <w:pPr>
              <w:spacing w:after="40"/>
            </w:pPr>
          </w:p>
        </w:tc>
      </w:tr>
      <w:tr w:rsidR="00265579" w14:paraId="702B4408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2D7A7F" w14:textId="77777777" w:rsidR="00265579" w:rsidRDefault="00000000">
            <w:pPr>
              <w:spacing w:after="40"/>
            </w:pPr>
            <w:r>
              <w:rPr>
                <w:sz w:val="18"/>
              </w:rPr>
              <w:t>Qualify and segment leads</w:t>
            </w: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C1122F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E369D2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5F617A" w14:textId="77777777" w:rsidR="00265579" w:rsidRDefault="00265579">
            <w:pPr>
              <w:spacing w:after="40"/>
            </w:pPr>
          </w:p>
        </w:tc>
      </w:tr>
      <w:tr w:rsidR="00265579" w14:paraId="45A88DD5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DDE862" w14:textId="77777777" w:rsidR="00265579" w:rsidRDefault="00000000">
            <w:pPr>
              <w:spacing w:after="40"/>
            </w:pPr>
            <w:r>
              <w:rPr>
                <w:sz w:val="18"/>
              </w:rPr>
              <w:t>Implement follow-up sequence</w:t>
            </w: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28CCA5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3FB601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35F299" w14:textId="77777777" w:rsidR="00265579" w:rsidRDefault="00265579">
            <w:pPr>
              <w:spacing w:after="40"/>
            </w:pPr>
          </w:p>
        </w:tc>
      </w:tr>
      <w:tr w:rsidR="00265579" w14:paraId="6A80414C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55EB55" w14:textId="77777777" w:rsidR="00265579" w:rsidRDefault="00000000">
            <w:pPr>
              <w:spacing w:after="40"/>
            </w:pPr>
            <w:r>
              <w:rPr>
                <w:sz w:val="18"/>
              </w:rPr>
              <w:t>Use reminders / milestones</w:t>
            </w: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321C9A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804266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7FFFAD" w14:textId="77777777" w:rsidR="00265579" w:rsidRDefault="00265579">
            <w:pPr>
              <w:spacing w:after="40"/>
            </w:pPr>
          </w:p>
        </w:tc>
      </w:tr>
      <w:tr w:rsidR="00265579" w14:paraId="5A2C2E5F" w14:textId="77777777">
        <w:trPr>
          <w:jc w:val="center"/>
        </w:trPr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5FC51" w14:textId="77777777" w:rsidR="00265579" w:rsidRDefault="00000000">
            <w:pPr>
              <w:spacing w:after="40"/>
            </w:pPr>
            <w:r>
              <w:rPr>
                <w:sz w:val="18"/>
              </w:rPr>
              <w:t>Review client data process</w:t>
            </w: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BD84FE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A3EEC0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0AF37F" w14:textId="77777777" w:rsidR="00265579" w:rsidRDefault="00265579">
            <w:pPr>
              <w:spacing w:after="40"/>
            </w:pPr>
          </w:p>
        </w:tc>
      </w:tr>
      <w:tr w:rsidR="00265579" w14:paraId="654AB79A" w14:textId="77777777">
        <w:trPr>
          <w:jc w:val="center"/>
        </w:trPr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FBC72E" w14:textId="77777777" w:rsidR="00265579" w:rsidRDefault="00000000">
            <w:pPr>
              <w:spacing w:after="40"/>
            </w:pPr>
            <w:r>
              <w:rPr>
                <w:sz w:val="18"/>
              </w:rPr>
              <w:t>Implement business plan</w:t>
            </w: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15134B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91E729" w14:textId="77777777" w:rsidR="00265579" w:rsidRDefault="00265579">
            <w:pPr>
              <w:spacing w:after="40"/>
            </w:pPr>
          </w:p>
        </w:tc>
        <w:tc>
          <w:tcPr>
            <w:tcW w:w="2556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5DCB3C" w14:textId="77777777" w:rsidR="00265579" w:rsidRDefault="00265579">
            <w:pPr>
              <w:spacing w:after="40"/>
            </w:pPr>
          </w:p>
        </w:tc>
      </w:tr>
    </w:tbl>
    <w:p w14:paraId="7E72840E" w14:textId="77777777" w:rsidR="00265579" w:rsidRDefault="00000000">
      <w:pPr>
        <w:pStyle w:val="Heading1"/>
      </w:pPr>
      <w:r>
        <w:t>11. Reflection</w:t>
      </w:r>
    </w:p>
    <w:p w14:paraId="0A41099F" w14:textId="77777777" w:rsidR="00265579" w:rsidRDefault="00000000">
      <w:r>
        <w:t>What is the most useful CRM practice I learned?</w:t>
      </w:r>
    </w:p>
    <w:p w14:paraId="7C1AC7E3" w14:textId="77777777" w:rsidR="00265579" w:rsidRDefault="00000000">
      <w:r>
        <w:t>__________________________________________________________________________________</w:t>
      </w:r>
      <w:r>
        <w:br/>
        <w:t>__________________________________________________________________________________</w:t>
      </w:r>
    </w:p>
    <w:p w14:paraId="2A735956" w14:textId="77777777" w:rsidR="00265579" w:rsidRDefault="00000000">
      <w:r>
        <w:t>How will I improve my follow-up discipline?</w:t>
      </w:r>
    </w:p>
    <w:p w14:paraId="2636F41D" w14:textId="77777777" w:rsidR="00265579" w:rsidRDefault="00000000">
      <w:r>
        <w:t>__________________________________________________________________________________</w:t>
      </w:r>
      <w:r>
        <w:br/>
        <w:t>__________________________________________________________________________________</w:t>
      </w:r>
    </w:p>
    <w:p w14:paraId="253FB508" w14:textId="77777777" w:rsidR="00265579" w:rsidRDefault="00000000">
      <w:r>
        <w:t>What will I change about the way I manage client information?</w:t>
      </w:r>
    </w:p>
    <w:p w14:paraId="1810CC1A" w14:textId="77777777" w:rsidR="00265579" w:rsidRDefault="00000000">
      <w:r>
        <w:t>__________________________________________________________________________________</w:t>
      </w:r>
      <w:r>
        <w:br/>
        <w:t>__________________________________________________________________________________</w:t>
      </w:r>
    </w:p>
    <w:p w14:paraId="5772ACE7" w14:textId="77777777" w:rsidR="00265579" w:rsidRDefault="00000000">
      <w:r>
        <w:t>What is the most important element of my one-page business plan?</w:t>
      </w:r>
    </w:p>
    <w:p w14:paraId="6560013E" w14:textId="77777777" w:rsidR="00265579" w:rsidRDefault="00000000">
      <w:r>
        <w:t>__________________________________________________________________________________</w:t>
      </w:r>
      <w:r>
        <w:br/>
        <w:t>__________________________________________________________________________________</w:t>
      </w:r>
    </w:p>
    <w:p w14:paraId="2F1C93DF" w14:textId="77777777" w:rsidR="00265579" w:rsidRDefault="00000000">
      <w:r>
        <w:t>What support or clarification do I still need?</w:t>
      </w:r>
    </w:p>
    <w:p w14:paraId="76619E83" w14:textId="77777777" w:rsidR="00265579" w:rsidRDefault="00000000">
      <w:r>
        <w:t>__________________________________________________________________________________</w:t>
      </w:r>
      <w:r>
        <w:br/>
        <w:t>__________________________________________________________________________________</w:t>
      </w:r>
    </w:p>
    <w:p w14:paraId="1A0AF2E4" w14:textId="77777777" w:rsidR="00265579" w:rsidRDefault="00000000">
      <w:pPr>
        <w:pStyle w:val="Heading1"/>
      </w:pPr>
      <w:r>
        <w:t>12. Questions for Follow-Up</w:t>
      </w:r>
    </w:p>
    <w:p w14:paraId="3114CC80" w14:textId="77777777" w:rsidR="00265579" w:rsidRDefault="00000000">
      <w:r>
        <w:t>1. __________________________________________________________________________________</w:t>
      </w:r>
      <w:r>
        <w:br/>
        <w:t xml:space="preserve">   __________________________________________________________________________________</w:t>
      </w:r>
    </w:p>
    <w:p w14:paraId="05F622C5" w14:textId="77777777" w:rsidR="00265579" w:rsidRDefault="00000000">
      <w:r>
        <w:t>2. __________________________________________________________________________________</w:t>
      </w:r>
      <w:r>
        <w:br/>
        <w:t xml:space="preserve">   __________________________________________________________________________________</w:t>
      </w:r>
    </w:p>
    <w:p w14:paraId="4EA091FE" w14:textId="77777777" w:rsidR="00265579" w:rsidRDefault="00000000">
      <w:r>
        <w:lastRenderedPageBreak/>
        <w:t>3. __________________________________________________________________________________</w:t>
      </w:r>
      <w:r>
        <w:br/>
        <w:t xml:space="preserve">   __________________________________________________________________________________</w:t>
      </w:r>
    </w:p>
    <w:p w14:paraId="010DA07C" w14:textId="77777777" w:rsidR="00265579" w:rsidRDefault="00000000">
      <w:r>
        <w:t>4. __________________________________________________________________________________</w:t>
      </w:r>
      <w:r>
        <w:br/>
        <w:t xml:space="preserve">   __________________________________________________________________________________</w:t>
      </w:r>
    </w:p>
    <w:p w14:paraId="02D2550C" w14:textId="77777777" w:rsidR="00265579" w:rsidRDefault="00000000">
      <w:pPr>
        <w:pStyle w:val="Heading1"/>
      </w:pPr>
      <w:r>
        <w:t>13. Next Session</w:t>
      </w:r>
    </w:p>
    <w:p w14:paraId="5A154FFA" w14:textId="77777777" w:rsidR="00265579" w:rsidRDefault="00000000">
      <w:r>
        <w:t>Session 8 – CIPC BizPortal, SARS Tax Administration &amp; Financial Literacy</w:t>
      </w:r>
      <w:r>
        <w:br/>
        <w:t>24 November 2026 | 09:00–11:00 | Virtual Masterclass</w:t>
      </w:r>
    </w:p>
    <w:p w14:paraId="7EAA0C02" w14:textId="77777777" w:rsidR="00265579" w:rsidRDefault="00265579"/>
    <w:p w14:paraId="5C9BA6AE" w14:textId="77777777" w:rsidR="00265579" w:rsidRDefault="00000000">
      <w:pPr>
        <w:pStyle w:val="Heading1"/>
      </w:pPr>
      <w:r>
        <w:t>Document Control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65579" w14:paraId="30B07C0F" w14:textId="77777777" w:rsidTr="00A33C27">
        <w:trPr>
          <w:jc w:val="center"/>
        </w:trPr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564816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511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85CE4" w14:textId="77777777" w:rsidR="00265579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265579" w14:paraId="77E5A5D5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940E22" w14:textId="77777777" w:rsidR="00265579" w:rsidRDefault="00000000">
            <w:pPr>
              <w:spacing w:after="40"/>
            </w:pPr>
            <w:r>
              <w:rPr>
                <w:sz w:val="18"/>
              </w:rPr>
              <w:t>Document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EF2184" w14:textId="77777777" w:rsidR="00265579" w:rsidRDefault="00000000">
            <w:pPr>
              <w:spacing w:after="40"/>
            </w:pPr>
            <w:r>
              <w:rPr>
                <w:sz w:val="18"/>
              </w:rPr>
              <w:t>Session 7 Learner Workbook – CRM, Client Pipeline &amp; Business Management</w:t>
            </w:r>
          </w:p>
        </w:tc>
      </w:tr>
      <w:tr w:rsidR="00265579" w14:paraId="2D0E60A0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17D743" w14:textId="77777777" w:rsidR="00265579" w:rsidRDefault="00000000">
            <w:pPr>
              <w:spacing w:after="40"/>
            </w:pPr>
            <w:r>
              <w:rPr>
                <w:sz w:val="18"/>
              </w:rPr>
              <w:t>Programme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A9FAFB" w14:textId="77777777" w:rsidR="00265579" w:rsidRDefault="00000000">
            <w:pPr>
              <w:spacing w:after="40"/>
            </w:pPr>
            <w:r>
              <w:rPr>
                <w:sz w:val="18"/>
              </w:rPr>
              <w:t>PPRA KZN Real Estate Learnership Programme – Post-Training Support Programme</w:t>
            </w:r>
          </w:p>
        </w:tc>
      </w:tr>
      <w:tr w:rsidR="00265579" w14:paraId="675A0896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9DB41E" w14:textId="77777777" w:rsidR="00265579" w:rsidRDefault="00000000">
            <w:pPr>
              <w:spacing w:after="40"/>
            </w:pPr>
            <w:r>
              <w:rPr>
                <w:sz w:val="18"/>
              </w:rPr>
              <w:t>Session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139C26" w14:textId="77777777" w:rsidR="00265579" w:rsidRDefault="00000000">
            <w:pPr>
              <w:spacing w:after="40"/>
            </w:pPr>
            <w:r>
              <w:rPr>
                <w:sz w:val="18"/>
              </w:rPr>
              <w:t>Session 7 – CRM, Client Pipeline &amp; Business Management</w:t>
            </w:r>
          </w:p>
        </w:tc>
      </w:tr>
      <w:tr w:rsidR="00265579" w14:paraId="58337A7C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0857D5" w14:textId="77777777" w:rsidR="00265579" w:rsidRDefault="00000000">
            <w:pPr>
              <w:spacing w:after="40"/>
            </w:pPr>
            <w:r>
              <w:rPr>
                <w:sz w:val="18"/>
              </w:rPr>
              <w:t>Date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1E4B16" w14:textId="77777777" w:rsidR="00265579" w:rsidRDefault="00000000">
            <w:pPr>
              <w:spacing w:after="40"/>
            </w:pPr>
            <w:r>
              <w:rPr>
                <w:sz w:val="18"/>
              </w:rPr>
              <w:t>17 November 2026</w:t>
            </w:r>
          </w:p>
        </w:tc>
      </w:tr>
      <w:tr w:rsidR="00265579" w14:paraId="06AA265D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EECBAD" w14:textId="77777777" w:rsidR="00265579" w:rsidRDefault="00000000">
            <w:pPr>
              <w:spacing w:after="40"/>
            </w:pPr>
            <w:r>
              <w:rPr>
                <w:sz w:val="18"/>
              </w:rPr>
              <w:t>Version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088383" w14:textId="77777777" w:rsidR="00265579" w:rsidRDefault="00000000">
            <w:pPr>
              <w:spacing w:after="40"/>
            </w:pPr>
            <w:r>
              <w:rPr>
                <w:sz w:val="18"/>
              </w:rPr>
              <w:t>1.0</w:t>
            </w:r>
          </w:p>
        </w:tc>
      </w:tr>
      <w:tr w:rsidR="00265579" w14:paraId="1BDADDB0" w14:textId="77777777">
        <w:trPr>
          <w:jc w:val="center"/>
        </w:trPr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8E753B" w14:textId="77777777" w:rsidR="00265579" w:rsidRDefault="00000000">
            <w:pPr>
              <w:spacing w:after="40"/>
            </w:pPr>
            <w:r>
              <w:rPr>
                <w:sz w:val="18"/>
              </w:rPr>
              <w:t>Source Basis</w:t>
            </w:r>
          </w:p>
        </w:tc>
        <w:tc>
          <w:tcPr>
            <w:tcW w:w="5112" w:type="dxa"/>
            <w:shd w:val="clear" w:color="auto" w:fill="F8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344229" w14:textId="77777777" w:rsidR="00265579" w:rsidRDefault="00000000">
            <w:pPr>
              <w:spacing w:after="40"/>
            </w:pPr>
            <w:r>
              <w:rPr>
                <w:sz w:val="18"/>
              </w:rPr>
              <w:t>Approved Post-Training Support Training Schedule for Learners</w:t>
            </w:r>
          </w:p>
        </w:tc>
      </w:tr>
      <w:tr w:rsidR="00265579" w14:paraId="201DDE13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7764A8" w14:textId="77777777" w:rsidR="00265579" w:rsidRDefault="00000000">
            <w:pPr>
              <w:spacing w:after="40"/>
            </w:pPr>
            <w:r>
              <w:rPr>
                <w:sz w:val="18"/>
              </w:rPr>
              <w:t>Status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5D51F5" w14:textId="77777777" w:rsidR="00265579" w:rsidRDefault="00000000">
            <w:pPr>
              <w:spacing w:after="40"/>
            </w:pPr>
            <w:r>
              <w:rPr>
                <w:sz w:val="18"/>
              </w:rPr>
              <w:t>Programme Delivery Document</w:t>
            </w:r>
          </w:p>
        </w:tc>
      </w:tr>
    </w:tbl>
    <w:p w14:paraId="34DD4FFA" w14:textId="77777777" w:rsidR="00487084" w:rsidRDefault="00487084"/>
    <w:sectPr w:rsidR="00487084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16340" w14:textId="77777777" w:rsidR="00EC213A" w:rsidRDefault="00EC213A">
      <w:pPr>
        <w:spacing w:after="0" w:line="240" w:lineRule="auto"/>
      </w:pPr>
      <w:r>
        <w:separator/>
      </w:r>
    </w:p>
  </w:endnote>
  <w:endnote w:type="continuationSeparator" w:id="0">
    <w:p w14:paraId="17050192" w14:textId="77777777" w:rsidR="00EC213A" w:rsidRDefault="00EC2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263D8" w14:textId="77777777" w:rsidR="00265579" w:rsidRDefault="00000000">
    <w:pPr>
      <w:pStyle w:val="Footer"/>
      <w:jc w:val="center"/>
    </w:pPr>
    <w:r>
      <w:rPr>
        <w:color w:val="667477"/>
        <w:sz w:val="16"/>
      </w:rPr>
      <w:t xml:space="preserve">PPRA KZN Real Estate Learnership </w:t>
    </w:r>
    <w:proofErr w:type="spellStart"/>
    <w:r>
      <w:rPr>
        <w:color w:val="667477"/>
        <w:sz w:val="16"/>
      </w:rPr>
      <w:t>Programme</w:t>
    </w:r>
    <w:proofErr w:type="spellEnd"/>
    <w:r>
      <w:rPr>
        <w:color w:val="667477"/>
        <w:sz w:val="16"/>
      </w:rPr>
      <w:t xml:space="preserve"> | Post-Training Support </w:t>
    </w:r>
    <w:proofErr w:type="spellStart"/>
    <w:r>
      <w:rPr>
        <w:color w:val="667477"/>
        <w:sz w:val="16"/>
      </w:rPr>
      <w:t>Programme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4902C" w14:textId="77777777" w:rsidR="00EC213A" w:rsidRDefault="00EC213A">
      <w:pPr>
        <w:spacing w:after="0" w:line="240" w:lineRule="auto"/>
      </w:pPr>
      <w:r>
        <w:separator/>
      </w:r>
    </w:p>
  </w:footnote>
  <w:footnote w:type="continuationSeparator" w:id="0">
    <w:p w14:paraId="0659B4C2" w14:textId="77777777" w:rsidR="00EC213A" w:rsidRDefault="00EC2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6CF" w14:textId="2E459F70" w:rsidR="00265579" w:rsidRDefault="0026557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597712">
    <w:abstractNumId w:val="8"/>
  </w:num>
  <w:num w:numId="2" w16cid:durableId="1212112318">
    <w:abstractNumId w:val="6"/>
  </w:num>
  <w:num w:numId="3" w16cid:durableId="324666691">
    <w:abstractNumId w:val="5"/>
  </w:num>
  <w:num w:numId="4" w16cid:durableId="1244491755">
    <w:abstractNumId w:val="4"/>
  </w:num>
  <w:num w:numId="5" w16cid:durableId="175996906">
    <w:abstractNumId w:val="7"/>
  </w:num>
  <w:num w:numId="6" w16cid:durableId="1709911693">
    <w:abstractNumId w:val="3"/>
  </w:num>
  <w:num w:numId="7" w16cid:durableId="269943660">
    <w:abstractNumId w:val="2"/>
  </w:num>
  <w:num w:numId="8" w16cid:durableId="553932652">
    <w:abstractNumId w:val="1"/>
  </w:num>
  <w:num w:numId="9" w16cid:durableId="59339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0FEE"/>
    <w:rsid w:val="00265579"/>
    <w:rsid w:val="0029639D"/>
    <w:rsid w:val="00326F90"/>
    <w:rsid w:val="00487084"/>
    <w:rsid w:val="006A1E8C"/>
    <w:rsid w:val="00A33C27"/>
    <w:rsid w:val="00AA1D8D"/>
    <w:rsid w:val="00B47730"/>
    <w:rsid w:val="00CB0664"/>
    <w:rsid w:val="00EC213A"/>
    <w:rsid w:val="00F2369D"/>
    <w:rsid w:val="00F24F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4B41095"/>
  <w14:defaultImageDpi w14:val="300"/>
  <w15:docId w15:val="{8B98395D-6BB3-7D46-8E52-CD635C12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43238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A87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8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A87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781</Words>
  <Characters>5308</Characters>
  <Application>Microsoft Office Word</Application>
  <DocSecurity>0</DocSecurity>
  <Lines>230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Madoda Khuzwayo</cp:lastModifiedBy>
  <cp:revision>4</cp:revision>
  <dcterms:created xsi:type="dcterms:W3CDTF">2013-12-23T23:15:00Z</dcterms:created>
  <dcterms:modified xsi:type="dcterms:W3CDTF">2026-10-03T13:54:00Z</dcterms:modified>
  <cp:category/>
</cp:coreProperties>
</file>