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98678" w14:textId="77777777" w:rsidR="00ED29A7" w:rsidRDefault="00ED29A7" w:rsidP="00ED29A7">
      <w:pPr>
        <w:jc w:val="center"/>
        <w:rPr>
          <w:b/>
          <w:sz w:val="22"/>
        </w:rPr>
      </w:pPr>
      <w:r w:rsidRPr="00131122">
        <w:rPr>
          <w:noProof/>
        </w:rPr>
        <w:drawing>
          <wp:inline distT="0" distB="0" distL="0" distR="0" wp14:anchorId="01E5E0A8" wp14:editId="6AE83E08">
            <wp:extent cx="2224585" cy="1796532"/>
            <wp:effectExtent l="0" t="0" r="0" b="0"/>
            <wp:docPr id="1945015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152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8606" cy="187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89C03" w14:textId="77777777" w:rsidR="00ED29A7" w:rsidRDefault="00ED29A7" w:rsidP="00ED29A7">
      <w:pPr>
        <w:jc w:val="center"/>
      </w:pPr>
      <w:r>
        <w:rPr>
          <w:b/>
          <w:sz w:val="22"/>
        </w:rPr>
        <w:t xml:space="preserve">REAL ESTATE </w:t>
      </w:r>
      <w:r>
        <w:rPr>
          <w:b/>
          <w:color w:val="263238"/>
          <w:sz w:val="22"/>
        </w:rPr>
        <w:t>POST-TRAINING SUPPORT PROGRAMME</w:t>
      </w:r>
    </w:p>
    <w:p w14:paraId="24779610" w14:textId="3E0EC860" w:rsidR="00C54C05" w:rsidRDefault="00ED29A7" w:rsidP="00ED29A7">
      <w:pPr>
        <w:pStyle w:val="Title"/>
        <w:jc w:val="center"/>
      </w:pPr>
      <w:r>
        <w:br/>
      </w:r>
      <w:r w:rsidR="00000000">
        <w:t>SESSION 4 LEARNER WORKBOOK</w:t>
      </w:r>
    </w:p>
    <w:p w14:paraId="1AC4998A" w14:textId="77777777" w:rsidR="00C54C05" w:rsidRDefault="00000000" w:rsidP="00ED29A7">
      <w:pPr>
        <w:jc w:val="center"/>
      </w:pPr>
      <w:r>
        <w:rPr>
          <w:color w:val="666666"/>
          <w:sz w:val="28"/>
        </w:rPr>
        <w:t>PPRA Continuous Professional Development (CPD)</w:t>
      </w:r>
    </w:p>
    <w:p w14:paraId="0342FFAE" w14:textId="77777777" w:rsidR="00C54C05" w:rsidRDefault="00000000" w:rsidP="00ED29A7">
      <w:pPr>
        <w:jc w:val="center"/>
      </w:pPr>
      <w:r>
        <w:t>KZN REAL ESTATE LEARNERSHIP PROGRAMME</w:t>
      </w:r>
    </w:p>
    <w:p w14:paraId="7F256621" w14:textId="77777777" w:rsidR="00C54C05" w:rsidRDefault="00000000" w:rsidP="00ED29A7">
      <w:pPr>
        <w:jc w:val="center"/>
      </w:pPr>
      <w:r>
        <w:t>Session 4 | 27 October 2026 | 09:00–11:00</w:t>
      </w:r>
    </w:p>
    <w:p w14:paraId="58CBEC2F" w14:textId="77777777" w:rsidR="00C54C05" w:rsidRDefault="00000000" w:rsidP="00ED29A7">
      <w:pPr>
        <w:jc w:val="center"/>
      </w:pPr>
      <w:r>
        <w:t>Facilitator: Hlubi Dlomo</w:t>
      </w:r>
    </w:p>
    <w:p w14:paraId="2230AC01" w14:textId="77777777" w:rsidR="00C54C05" w:rsidRDefault="00C54C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54C05" w14:paraId="7FD38E2D" w14:textId="77777777" w:rsidTr="00ED29A7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40436F8A" w14:textId="77777777" w:rsidR="00C54C05" w:rsidRDefault="00000000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761ADE6A" w14:textId="77777777" w:rsidR="00C54C05" w:rsidRDefault="00000000"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C54C05" w14:paraId="3EE4D5E7" w14:textId="77777777">
        <w:trPr>
          <w:jc w:val="center"/>
        </w:trPr>
        <w:tc>
          <w:tcPr>
            <w:tcW w:w="5112" w:type="dxa"/>
            <w:vAlign w:val="center"/>
          </w:tcPr>
          <w:p w14:paraId="72025658" w14:textId="77777777" w:rsidR="00C54C05" w:rsidRDefault="00000000">
            <w:r>
              <w:rPr>
                <w:sz w:val="18"/>
              </w:rPr>
              <w:t>Programme Format</w:t>
            </w:r>
          </w:p>
        </w:tc>
        <w:tc>
          <w:tcPr>
            <w:tcW w:w="5112" w:type="dxa"/>
            <w:vAlign w:val="center"/>
          </w:tcPr>
          <w:p w14:paraId="5EB773DD" w14:textId="77777777" w:rsidR="00C54C05" w:rsidRDefault="00000000">
            <w:r>
              <w:rPr>
                <w:sz w:val="18"/>
              </w:rPr>
              <w:t>Virtual Training / Masterclass</w:t>
            </w:r>
          </w:p>
        </w:tc>
      </w:tr>
      <w:tr w:rsidR="00C54C05" w14:paraId="37F534F1" w14:textId="77777777">
        <w:trPr>
          <w:jc w:val="center"/>
        </w:trPr>
        <w:tc>
          <w:tcPr>
            <w:tcW w:w="5112" w:type="dxa"/>
            <w:vAlign w:val="center"/>
          </w:tcPr>
          <w:p w14:paraId="6BEED8FB" w14:textId="77777777" w:rsidR="00C54C05" w:rsidRDefault="00000000">
            <w:r>
              <w:rPr>
                <w:sz w:val="18"/>
              </w:rPr>
              <w:t>Beneficiaries</w:t>
            </w:r>
          </w:p>
        </w:tc>
        <w:tc>
          <w:tcPr>
            <w:tcW w:w="5112" w:type="dxa"/>
            <w:vAlign w:val="center"/>
          </w:tcPr>
          <w:p w14:paraId="4506FBC3" w14:textId="77777777" w:rsidR="00C54C05" w:rsidRDefault="00000000">
            <w:r>
              <w:rPr>
                <w:sz w:val="18"/>
              </w:rPr>
              <w:t>454 Learners</w:t>
            </w:r>
          </w:p>
        </w:tc>
      </w:tr>
      <w:tr w:rsidR="00C54C05" w14:paraId="23043188" w14:textId="77777777">
        <w:trPr>
          <w:jc w:val="center"/>
        </w:trPr>
        <w:tc>
          <w:tcPr>
            <w:tcW w:w="5112" w:type="dxa"/>
            <w:vAlign w:val="center"/>
          </w:tcPr>
          <w:p w14:paraId="54FCD7DE" w14:textId="77777777" w:rsidR="00C54C05" w:rsidRDefault="00000000">
            <w:r>
              <w:rPr>
                <w:sz w:val="18"/>
              </w:rPr>
              <w:t>Session Focus</w:t>
            </w:r>
          </w:p>
        </w:tc>
        <w:tc>
          <w:tcPr>
            <w:tcW w:w="5112" w:type="dxa"/>
            <w:vAlign w:val="center"/>
          </w:tcPr>
          <w:p w14:paraId="02F24315" w14:textId="77777777" w:rsidR="00C54C05" w:rsidRDefault="00000000">
            <w:r>
              <w:rPr>
                <w:sz w:val="18"/>
              </w:rPr>
              <w:t>PPRA Continuous Professional Development (CPD)</w:t>
            </w:r>
          </w:p>
        </w:tc>
      </w:tr>
      <w:tr w:rsidR="00C54C05" w14:paraId="7734B059" w14:textId="77777777">
        <w:trPr>
          <w:jc w:val="center"/>
        </w:trPr>
        <w:tc>
          <w:tcPr>
            <w:tcW w:w="5112" w:type="dxa"/>
            <w:vAlign w:val="center"/>
          </w:tcPr>
          <w:p w14:paraId="72ECEB06" w14:textId="77777777" w:rsidR="00C54C05" w:rsidRDefault="00000000">
            <w:r>
              <w:rPr>
                <w:sz w:val="18"/>
              </w:rPr>
              <w:t>Document Status</w:t>
            </w:r>
          </w:p>
        </w:tc>
        <w:tc>
          <w:tcPr>
            <w:tcW w:w="5112" w:type="dxa"/>
            <w:vAlign w:val="center"/>
          </w:tcPr>
          <w:p w14:paraId="06013401" w14:textId="77777777" w:rsidR="00C54C05" w:rsidRDefault="00000000">
            <w:r>
              <w:rPr>
                <w:sz w:val="18"/>
              </w:rPr>
              <w:t>Client-ready programme deliverable</w:t>
            </w:r>
          </w:p>
        </w:tc>
      </w:tr>
    </w:tbl>
    <w:p w14:paraId="3B5E4A0E" w14:textId="77777777" w:rsidR="00C54C05" w:rsidRDefault="00000000">
      <w:r>
        <w:br w:type="page"/>
      </w:r>
    </w:p>
    <w:p w14:paraId="2B4BE15D" w14:textId="77777777" w:rsidR="00C54C05" w:rsidRDefault="00000000">
      <w:pPr>
        <w:pStyle w:val="Heading1"/>
      </w:pPr>
      <w:r>
        <w:lastRenderedPageBreak/>
        <w:t>1. Welcome</w:t>
      </w:r>
    </w:p>
    <w:p w14:paraId="1911844E" w14:textId="77777777" w:rsidR="00C54C05" w:rsidRDefault="00000000">
      <w:r>
        <w:t>Welcome to Session 4. This workbook is your practical working document for the PPRA Continuous Professional Development (CPD) masterclass.</w:t>
      </w:r>
    </w:p>
    <w:p w14:paraId="500D5DCE" w14:textId="77777777" w:rsidR="00C54C05" w:rsidRDefault="00000000">
      <w:pPr>
        <w:pStyle w:val="Heading1"/>
      </w:pPr>
      <w:r>
        <w:t>2. Session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54C05" w14:paraId="7B5382E1" w14:textId="77777777" w:rsidTr="00ED29A7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2BD48DE4" w14:textId="77777777" w:rsidR="00C54C05" w:rsidRDefault="00000000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14542671" w14:textId="77777777" w:rsidR="00C54C05" w:rsidRDefault="00000000">
            <w:r>
              <w:rPr>
                <w:b/>
                <w:color w:val="FFFFFF"/>
                <w:sz w:val="18"/>
              </w:rPr>
              <w:t>Details</w:t>
            </w:r>
          </w:p>
        </w:tc>
      </w:tr>
      <w:tr w:rsidR="00C54C05" w14:paraId="2A0887C9" w14:textId="77777777">
        <w:trPr>
          <w:jc w:val="center"/>
        </w:trPr>
        <w:tc>
          <w:tcPr>
            <w:tcW w:w="5112" w:type="dxa"/>
            <w:vAlign w:val="center"/>
          </w:tcPr>
          <w:p w14:paraId="4DD0FD08" w14:textId="77777777" w:rsidR="00C54C05" w:rsidRDefault="00000000">
            <w:r>
              <w:rPr>
                <w:sz w:val="18"/>
              </w:rPr>
              <w:t>Session</w:t>
            </w:r>
          </w:p>
        </w:tc>
        <w:tc>
          <w:tcPr>
            <w:tcW w:w="5112" w:type="dxa"/>
            <w:vAlign w:val="center"/>
          </w:tcPr>
          <w:p w14:paraId="6587E928" w14:textId="77777777" w:rsidR="00C54C05" w:rsidRDefault="00000000">
            <w:r>
              <w:rPr>
                <w:sz w:val="18"/>
              </w:rPr>
              <w:t>4 | Week 4</w:t>
            </w:r>
          </w:p>
        </w:tc>
      </w:tr>
      <w:tr w:rsidR="00C54C05" w14:paraId="5E0672A3" w14:textId="77777777">
        <w:trPr>
          <w:jc w:val="center"/>
        </w:trPr>
        <w:tc>
          <w:tcPr>
            <w:tcW w:w="5112" w:type="dxa"/>
            <w:vAlign w:val="center"/>
          </w:tcPr>
          <w:p w14:paraId="244E0536" w14:textId="77777777" w:rsidR="00C54C05" w:rsidRDefault="00000000">
            <w:r>
              <w:rPr>
                <w:sz w:val="18"/>
              </w:rPr>
              <w:t>Date</w:t>
            </w:r>
          </w:p>
        </w:tc>
        <w:tc>
          <w:tcPr>
            <w:tcW w:w="5112" w:type="dxa"/>
            <w:vAlign w:val="center"/>
          </w:tcPr>
          <w:p w14:paraId="602A9E44" w14:textId="77777777" w:rsidR="00C54C05" w:rsidRDefault="00000000">
            <w:r>
              <w:rPr>
                <w:sz w:val="18"/>
              </w:rPr>
              <w:t>27 October 2026</w:t>
            </w:r>
          </w:p>
        </w:tc>
      </w:tr>
      <w:tr w:rsidR="00C54C05" w14:paraId="5723CBFE" w14:textId="77777777">
        <w:trPr>
          <w:jc w:val="center"/>
        </w:trPr>
        <w:tc>
          <w:tcPr>
            <w:tcW w:w="5112" w:type="dxa"/>
            <w:vAlign w:val="center"/>
          </w:tcPr>
          <w:p w14:paraId="3868D28C" w14:textId="77777777" w:rsidR="00C54C05" w:rsidRDefault="00000000">
            <w:r>
              <w:rPr>
                <w:sz w:val="18"/>
              </w:rPr>
              <w:t>Time</w:t>
            </w:r>
          </w:p>
        </w:tc>
        <w:tc>
          <w:tcPr>
            <w:tcW w:w="5112" w:type="dxa"/>
            <w:vAlign w:val="center"/>
          </w:tcPr>
          <w:p w14:paraId="28621DF3" w14:textId="77777777" w:rsidR="00C54C05" w:rsidRDefault="00000000">
            <w:r>
              <w:rPr>
                <w:sz w:val="18"/>
              </w:rPr>
              <w:t>09:00–11:00</w:t>
            </w:r>
          </w:p>
        </w:tc>
      </w:tr>
      <w:tr w:rsidR="00C54C05" w14:paraId="4860FA25" w14:textId="77777777">
        <w:trPr>
          <w:jc w:val="center"/>
        </w:trPr>
        <w:tc>
          <w:tcPr>
            <w:tcW w:w="5112" w:type="dxa"/>
            <w:vAlign w:val="center"/>
          </w:tcPr>
          <w:p w14:paraId="1355AB83" w14:textId="77777777" w:rsidR="00C54C05" w:rsidRDefault="00000000">
            <w:r>
              <w:rPr>
                <w:sz w:val="18"/>
              </w:rPr>
              <w:t>Focus</w:t>
            </w:r>
          </w:p>
        </w:tc>
        <w:tc>
          <w:tcPr>
            <w:tcW w:w="5112" w:type="dxa"/>
            <w:vAlign w:val="center"/>
          </w:tcPr>
          <w:p w14:paraId="58A18B11" w14:textId="77777777" w:rsidR="00C54C05" w:rsidRDefault="00000000">
            <w:r>
              <w:rPr>
                <w:sz w:val="18"/>
              </w:rPr>
              <w:t>PPRA Continuous Professional Development (CPD)</w:t>
            </w:r>
          </w:p>
        </w:tc>
      </w:tr>
      <w:tr w:rsidR="00C54C05" w14:paraId="07592DDD" w14:textId="77777777">
        <w:trPr>
          <w:jc w:val="center"/>
        </w:trPr>
        <w:tc>
          <w:tcPr>
            <w:tcW w:w="5112" w:type="dxa"/>
            <w:vAlign w:val="center"/>
          </w:tcPr>
          <w:p w14:paraId="4B6937A8" w14:textId="77777777" w:rsidR="00C54C05" w:rsidRDefault="00000000">
            <w:r>
              <w:rPr>
                <w:sz w:val="18"/>
              </w:rPr>
              <w:t>Format</w:t>
            </w:r>
          </w:p>
        </w:tc>
        <w:tc>
          <w:tcPr>
            <w:tcW w:w="5112" w:type="dxa"/>
            <w:vAlign w:val="center"/>
          </w:tcPr>
          <w:p w14:paraId="1E88F62F" w14:textId="77777777" w:rsidR="00C54C05" w:rsidRDefault="00000000">
            <w:r>
              <w:rPr>
                <w:sz w:val="18"/>
              </w:rPr>
              <w:t>Virtual Masterclass</w:t>
            </w:r>
          </w:p>
        </w:tc>
      </w:tr>
      <w:tr w:rsidR="00C54C05" w14:paraId="374C5132" w14:textId="77777777">
        <w:trPr>
          <w:jc w:val="center"/>
        </w:trPr>
        <w:tc>
          <w:tcPr>
            <w:tcW w:w="5112" w:type="dxa"/>
            <w:vAlign w:val="center"/>
          </w:tcPr>
          <w:p w14:paraId="03412106" w14:textId="77777777" w:rsidR="00C54C05" w:rsidRDefault="00000000">
            <w:r>
              <w:rPr>
                <w:sz w:val="18"/>
              </w:rPr>
              <w:t>Facilitator</w:t>
            </w:r>
          </w:p>
        </w:tc>
        <w:tc>
          <w:tcPr>
            <w:tcW w:w="5112" w:type="dxa"/>
            <w:vAlign w:val="center"/>
          </w:tcPr>
          <w:p w14:paraId="749C9D52" w14:textId="77777777" w:rsidR="00C54C05" w:rsidRDefault="00000000">
            <w:r>
              <w:rPr>
                <w:sz w:val="18"/>
              </w:rPr>
              <w:t>Hlubi Dlomo</w:t>
            </w:r>
          </w:p>
        </w:tc>
      </w:tr>
    </w:tbl>
    <w:p w14:paraId="05D3C60E" w14:textId="77777777" w:rsidR="00C54C05" w:rsidRDefault="00000000">
      <w:pPr>
        <w:pStyle w:val="Heading1"/>
      </w:pPr>
      <w:r>
        <w:t>3. Learning Objectives</w:t>
      </w:r>
    </w:p>
    <w:p w14:paraId="2861C73A" w14:textId="77777777" w:rsidR="00C54C05" w:rsidRDefault="00000000">
      <w:pPr>
        <w:pStyle w:val="ListBullet"/>
      </w:pPr>
      <w:r>
        <w:t>Understand CPD awareness and purpose.</w:t>
      </w:r>
    </w:p>
    <w:p w14:paraId="4A24C221" w14:textId="77777777" w:rsidR="00C54C05" w:rsidRDefault="00000000">
      <w:pPr>
        <w:pStyle w:val="ListBullet"/>
      </w:pPr>
      <w:r>
        <w:t>Understand how CPD supports professional development.</w:t>
      </w:r>
    </w:p>
    <w:p w14:paraId="7F383F74" w14:textId="77777777" w:rsidR="00C54C05" w:rsidRDefault="00000000">
      <w:pPr>
        <w:pStyle w:val="ListBullet"/>
      </w:pPr>
      <w:r>
        <w:t>Prepare a practical CPD plan as a new practitioner.</w:t>
      </w:r>
    </w:p>
    <w:p w14:paraId="2BE752AF" w14:textId="77777777" w:rsidR="00C54C05" w:rsidRDefault="00000000">
      <w:pPr>
        <w:pStyle w:val="ListBullet"/>
      </w:pPr>
      <w:r>
        <w:t>Track CPD obligations and supporting evidence.</w:t>
      </w:r>
    </w:p>
    <w:p w14:paraId="645BBBB2" w14:textId="77777777" w:rsidR="00C54C05" w:rsidRDefault="00000000">
      <w:pPr>
        <w:pStyle w:val="ListBullet"/>
      </w:pPr>
      <w:r>
        <w:t>Understand the PPRA education requirements discussed in the session.</w:t>
      </w:r>
    </w:p>
    <w:p w14:paraId="2E3C7761" w14:textId="77777777" w:rsidR="00C54C05" w:rsidRDefault="00000000">
      <w:pPr>
        <w:pStyle w:val="ListBullet"/>
      </w:pPr>
      <w:r>
        <w:t>Engage with the CPD 2026 Curriculum Training component.</w:t>
      </w:r>
    </w:p>
    <w:p w14:paraId="60BC844D" w14:textId="77777777" w:rsidR="00C54C05" w:rsidRDefault="00000000">
      <w:pPr>
        <w:pStyle w:val="Heading1"/>
      </w:pPr>
      <w:r>
        <w:t>4. How to Use This Workbook</w:t>
      </w:r>
    </w:p>
    <w:p w14:paraId="3B2C636D" w14:textId="77777777" w:rsidR="00C54C05" w:rsidRDefault="00000000">
      <w:pPr>
        <w:pStyle w:val="ListBullet"/>
      </w:pPr>
      <w:r>
        <w:t>Complete each activity during the masterclass unless instructed otherwise.</w:t>
      </w:r>
    </w:p>
    <w:p w14:paraId="30EF2431" w14:textId="77777777" w:rsidR="00C54C05" w:rsidRDefault="00000000">
      <w:pPr>
        <w:pStyle w:val="ListBullet"/>
      </w:pPr>
      <w:r>
        <w:t>Use current PPRA-approved information when verifying CPD or education requirements.</w:t>
      </w:r>
    </w:p>
    <w:p w14:paraId="614C2C3D" w14:textId="77777777" w:rsidR="00C54C05" w:rsidRDefault="00000000">
      <w:pPr>
        <w:pStyle w:val="ListBullet"/>
      </w:pPr>
      <w:r>
        <w:t>Record questions that require follow-up rather than guessing.</w:t>
      </w:r>
    </w:p>
    <w:p w14:paraId="424A0217" w14:textId="77777777" w:rsidR="00C54C05" w:rsidRDefault="00000000">
      <w:pPr>
        <w:pStyle w:val="ListBullet"/>
      </w:pPr>
      <w:r>
        <w:t>Keep your completed workbook as part of your programme evidence.</w:t>
      </w:r>
    </w:p>
    <w:p w14:paraId="2C3F15B5" w14:textId="77777777" w:rsidR="00C54C05" w:rsidRDefault="00000000">
      <w:pPr>
        <w:pStyle w:val="Heading1"/>
      </w:pPr>
      <w:r>
        <w:t>5. Activity 1 – My CPD Understanding</w:t>
      </w:r>
    </w:p>
    <w:p w14:paraId="0B308312" w14:textId="77777777" w:rsidR="00C54C05" w:rsidRDefault="00000000">
      <w:r>
        <w:t>In your own words, explain what CPD means to you and how it can support your development as a property practitioner.</w:t>
      </w:r>
    </w:p>
    <w:p w14:paraId="5F20F37F" w14:textId="77777777" w:rsidR="00C54C05" w:rsidRDefault="00000000">
      <w:r>
        <w:t>____________________________________________________________________________________________________</w:t>
      </w:r>
    </w:p>
    <w:p w14:paraId="0E2A448D" w14:textId="77777777" w:rsidR="00C54C05" w:rsidRDefault="00000000">
      <w:r>
        <w:t>____________________________________________________________________________________________________</w:t>
      </w:r>
    </w:p>
    <w:p w14:paraId="0694A0E7" w14:textId="77777777" w:rsidR="00C54C05" w:rsidRDefault="00000000">
      <w:r>
        <w:t>____________________________________________________________________________________________________</w:t>
      </w:r>
    </w:p>
    <w:p w14:paraId="0EED82EE" w14:textId="77777777" w:rsidR="00C54C05" w:rsidRDefault="00000000">
      <w:r>
        <w:t>____________________________________________________________________________________________________</w:t>
      </w:r>
    </w:p>
    <w:p w14:paraId="48C4A31A" w14:textId="77777777" w:rsidR="00C54C05" w:rsidRDefault="00000000">
      <w:r>
        <w:t>____________________________________________________________________________________________________</w:t>
      </w:r>
    </w:p>
    <w:p w14:paraId="3AB1F097" w14:textId="77777777" w:rsidR="00C54C05" w:rsidRDefault="00000000">
      <w:r>
        <w:t>____________________________________________________________________________________________________</w:t>
      </w:r>
    </w:p>
    <w:p w14:paraId="5767AA05" w14:textId="77777777" w:rsidR="00C54C05" w:rsidRDefault="00000000">
      <w:pPr>
        <w:pStyle w:val="Heading1"/>
      </w:pPr>
      <w:r>
        <w:lastRenderedPageBreak/>
        <w:t>6. Activity 2 – My Professional Development Needs</w:t>
      </w:r>
    </w:p>
    <w:p w14:paraId="3EF26180" w14:textId="77777777" w:rsidR="00C54C05" w:rsidRDefault="00000000">
      <w:r>
        <w:t>Identify areas in which you would like to strengthen your knowledge, skills or professional practice.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54C05" w14:paraId="15163996" w14:textId="77777777" w:rsidTr="00ED29A7">
        <w:trPr>
          <w:jc w:val="center"/>
        </w:trPr>
        <w:tc>
          <w:tcPr>
            <w:tcW w:w="3408" w:type="dxa"/>
            <w:shd w:val="clear" w:color="auto" w:fill="C00000"/>
            <w:vAlign w:val="center"/>
          </w:tcPr>
          <w:p w14:paraId="7393439D" w14:textId="77777777" w:rsidR="00C54C05" w:rsidRDefault="00000000">
            <w:r>
              <w:rPr>
                <w:b/>
                <w:color w:val="FFFFFF"/>
                <w:sz w:val="18"/>
              </w:rPr>
              <w:t>Development Area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7395CF40" w14:textId="77777777" w:rsidR="00C54C05" w:rsidRDefault="00000000">
            <w:r>
              <w:rPr>
                <w:b/>
                <w:color w:val="FFFFFF"/>
                <w:sz w:val="18"/>
              </w:rPr>
              <w:t>Why I Need Development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553CB5C5" w14:textId="77777777" w:rsidR="00C54C05" w:rsidRDefault="00000000">
            <w:r>
              <w:rPr>
                <w:b/>
                <w:color w:val="FFFFFF"/>
                <w:sz w:val="18"/>
              </w:rPr>
              <w:t>Priority / Notes</w:t>
            </w:r>
          </w:p>
        </w:tc>
      </w:tr>
      <w:tr w:rsidR="00C54C05" w14:paraId="72894795" w14:textId="77777777">
        <w:trPr>
          <w:jc w:val="center"/>
        </w:trPr>
        <w:tc>
          <w:tcPr>
            <w:tcW w:w="3408" w:type="dxa"/>
            <w:vAlign w:val="center"/>
          </w:tcPr>
          <w:p w14:paraId="10ABDC01" w14:textId="77777777" w:rsidR="00C54C05" w:rsidRDefault="00C54C05"/>
        </w:tc>
        <w:tc>
          <w:tcPr>
            <w:tcW w:w="3408" w:type="dxa"/>
            <w:vAlign w:val="center"/>
          </w:tcPr>
          <w:p w14:paraId="2C23C1CB" w14:textId="77777777" w:rsidR="00C54C05" w:rsidRDefault="00C54C05"/>
        </w:tc>
        <w:tc>
          <w:tcPr>
            <w:tcW w:w="3408" w:type="dxa"/>
            <w:vAlign w:val="center"/>
          </w:tcPr>
          <w:p w14:paraId="72CE61C2" w14:textId="77777777" w:rsidR="00C54C05" w:rsidRDefault="00C54C05"/>
        </w:tc>
      </w:tr>
      <w:tr w:rsidR="00C54C05" w14:paraId="23F53BFF" w14:textId="77777777">
        <w:trPr>
          <w:jc w:val="center"/>
        </w:trPr>
        <w:tc>
          <w:tcPr>
            <w:tcW w:w="3408" w:type="dxa"/>
            <w:vAlign w:val="center"/>
          </w:tcPr>
          <w:p w14:paraId="178C25ED" w14:textId="77777777" w:rsidR="00C54C05" w:rsidRDefault="00C54C05"/>
        </w:tc>
        <w:tc>
          <w:tcPr>
            <w:tcW w:w="3408" w:type="dxa"/>
            <w:vAlign w:val="center"/>
          </w:tcPr>
          <w:p w14:paraId="7697C63E" w14:textId="77777777" w:rsidR="00C54C05" w:rsidRDefault="00C54C05"/>
        </w:tc>
        <w:tc>
          <w:tcPr>
            <w:tcW w:w="3408" w:type="dxa"/>
            <w:vAlign w:val="center"/>
          </w:tcPr>
          <w:p w14:paraId="379D2DDD" w14:textId="77777777" w:rsidR="00C54C05" w:rsidRDefault="00C54C05"/>
        </w:tc>
      </w:tr>
      <w:tr w:rsidR="00C54C05" w14:paraId="16122BC5" w14:textId="77777777">
        <w:trPr>
          <w:jc w:val="center"/>
        </w:trPr>
        <w:tc>
          <w:tcPr>
            <w:tcW w:w="3408" w:type="dxa"/>
            <w:vAlign w:val="center"/>
          </w:tcPr>
          <w:p w14:paraId="120B6EC5" w14:textId="77777777" w:rsidR="00C54C05" w:rsidRDefault="00C54C05"/>
        </w:tc>
        <w:tc>
          <w:tcPr>
            <w:tcW w:w="3408" w:type="dxa"/>
            <w:vAlign w:val="center"/>
          </w:tcPr>
          <w:p w14:paraId="5BA539D5" w14:textId="77777777" w:rsidR="00C54C05" w:rsidRDefault="00C54C05"/>
        </w:tc>
        <w:tc>
          <w:tcPr>
            <w:tcW w:w="3408" w:type="dxa"/>
            <w:vAlign w:val="center"/>
          </w:tcPr>
          <w:p w14:paraId="6CA8780B" w14:textId="77777777" w:rsidR="00C54C05" w:rsidRDefault="00C54C05"/>
        </w:tc>
      </w:tr>
      <w:tr w:rsidR="00C54C05" w14:paraId="48DCF6C4" w14:textId="77777777">
        <w:trPr>
          <w:jc w:val="center"/>
        </w:trPr>
        <w:tc>
          <w:tcPr>
            <w:tcW w:w="3408" w:type="dxa"/>
            <w:vAlign w:val="center"/>
          </w:tcPr>
          <w:p w14:paraId="5225DC16" w14:textId="77777777" w:rsidR="00C54C05" w:rsidRDefault="00C54C05"/>
        </w:tc>
        <w:tc>
          <w:tcPr>
            <w:tcW w:w="3408" w:type="dxa"/>
            <w:vAlign w:val="center"/>
          </w:tcPr>
          <w:p w14:paraId="117928B0" w14:textId="77777777" w:rsidR="00C54C05" w:rsidRDefault="00C54C05"/>
        </w:tc>
        <w:tc>
          <w:tcPr>
            <w:tcW w:w="3408" w:type="dxa"/>
            <w:vAlign w:val="center"/>
          </w:tcPr>
          <w:p w14:paraId="701AA29B" w14:textId="77777777" w:rsidR="00C54C05" w:rsidRDefault="00C54C05"/>
        </w:tc>
      </w:tr>
      <w:tr w:rsidR="00C54C05" w14:paraId="6284C527" w14:textId="77777777">
        <w:trPr>
          <w:jc w:val="center"/>
        </w:trPr>
        <w:tc>
          <w:tcPr>
            <w:tcW w:w="3408" w:type="dxa"/>
            <w:vAlign w:val="center"/>
          </w:tcPr>
          <w:p w14:paraId="5FF38A9A" w14:textId="77777777" w:rsidR="00C54C05" w:rsidRDefault="00C54C05"/>
        </w:tc>
        <w:tc>
          <w:tcPr>
            <w:tcW w:w="3408" w:type="dxa"/>
            <w:vAlign w:val="center"/>
          </w:tcPr>
          <w:p w14:paraId="1D192823" w14:textId="77777777" w:rsidR="00C54C05" w:rsidRDefault="00C54C05"/>
        </w:tc>
        <w:tc>
          <w:tcPr>
            <w:tcW w:w="3408" w:type="dxa"/>
            <w:vAlign w:val="center"/>
          </w:tcPr>
          <w:p w14:paraId="692599A9" w14:textId="77777777" w:rsidR="00C54C05" w:rsidRDefault="00C54C05"/>
        </w:tc>
      </w:tr>
    </w:tbl>
    <w:p w14:paraId="1A8C646D" w14:textId="77777777" w:rsidR="00C54C05" w:rsidRDefault="00000000">
      <w:pPr>
        <w:pStyle w:val="Heading1"/>
      </w:pPr>
      <w:r>
        <w:t>7. Activity 3 – My CPD Planning Cycle</w:t>
      </w:r>
    </w:p>
    <w:p w14:paraId="16F57BB9" w14:textId="77777777" w:rsidR="00C54C05" w:rsidRDefault="00000000">
      <w:r>
        <w:t>Complete the planning cycle based on the session discussion.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54C05" w14:paraId="594407E7" w14:textId="77777777" w:rsidTr="00ED29A7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62981EAE" w14:textId="77777777" w:rsidR="00C54C05" w:rsidRDefault="00000000">
            <w:r>
              <w:rPr>
                <w:b/>
                <w:color w:val="FFFFFF"/>
                <w:sz w:val="18"/>
              </w:rPr>
              <w:t>Step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00DDD514" w14:textId="77777777" w:rsidR="00C54C05" w:rsidRDefault="00000000">
            <w:r>
              <w:rPr>
                <w:b/>
                <w:color w:val="FFFFFF"/>
                <w:sz w:val="18"/>
              </w:rPr>
              <w:t>My Plan</w:t>
            </w:r>
          </w:p>
        </w:tc>
      </w:tr>
      <w:tr w:rsidR="00C54C05" w14:paraId="6A265A7C" w14:textId="77777777">
        <w:trPr>
          <w:jc w:val="center"/>
        </w:trPr>
        <w:tc>
          <w:tcPr>
            <w:tcW w:w="5112" w:type="dxa"/>
            <w:vAlign w:val="center"/>
          </w:tcPr>
          <w:p w14:paraId="21F00622" w14:textId="77777777" w:rsidR="00C54C05" w:rsidRDefault="00000000">
            <w:r>
              <w:rPr>
                <w:sz w:val="18"/>
              </w:rPr>
              <w:t>1. Development need I have identified</w:t>
            </w:r>
          </w:p>
        </w:tc>
        <w:tc>
          <w:tcPr>
            <w:tcW w:w="5112" w:type="dxa"/>
            <w:vAlign w:val="center"/>
          </w:tcPr>
          <w:p w14:paraId="102803CC" w14:textId="77777777" w:rsidR="00C54C05" w:rsidRDefault="00C54C05"/>
        </w:tc>
      </w:tr>
      <w:tr w:rsidR="00C54C05" w14:paraId="5C8B74DA" w14:textId="77777777">
        <w:trPr>
          <w:jc w:val="center"/>
        </w:trPr>
        <w:tc>
          <w:tcPr>
            <w:tcW w:w="5112" w:type="dxa"/>
            <w:vAlign w:val="center"/>
          </w:tcPr>
          <w:p w14:paraId="5C6A3BC9" w14:textId="77777777" w:rsidR="00C54C05" w:rsidRDefault="00000000">
            <w:r>
              <w:rPr>
                <w:sz w:val="18"/>
              </w:rPr>
              <w:t>2. CPD activity I could undertake</w:t>
            </w:r>
          </w:p>
        </w:tc>
        <w:tc>
          <w:tcPr>
            <w:tcW w:w="5112" w:type="dxa"/>
            <w:vAlign w:val="center"/>
          </w:tcPr>
          <w:p w14:paraId="728467B5" w14:textId="77777777" w:rsidR="00C54C05" w:rsidRDefault="00C54C05"/>
        </w:tc>
      </w:tr>
      <w:tr w:rsidR="00C54C05" w14:paraId="6074EE91" w14:textId="77777777">
        <w:trPr>
          <w:jc w:val="center"/>
        </w:trPr>
        <w:tc>
          <w:tcPr>
            <w:tcW w:w="5112" w:type="dxa"/>
            <w:vAlign w:val="center"/>
          </w:tcPr>
          <w:p w14:paraId="6D0EB0D3" w14:textId="77777777" w:rsidR="00C54C05" w:rsidRDefault="00000000">
            <w:r>
              <w:rPr>
                <w:sz w:val="18"/>
              </w:rPr>
              <w:t>3. What I expect to learn or improve</w:t>
            </w:r>
          </w:p>
        </w:tc>
        <w:tc>
          <w:tcPr>
            <w:tcW w:w="5112" w:type="dxa"/>
            <w:vAlign w:val="center"/>
          </w:tcPr>
          <w:p w14:paraId="67A2827D" w14:textId="77777777" w:rsidR="00C54C05" w:rsidRDefault="00C54C05"/>
        </w:tc>
      </w:tr>
      <w:tr w:rsidR="00C54C05" w14:paraId="2EBA3C9C" w14:textId="77777777">
        <w:trPr>
          <w:jc w:val="center"/>
        </w:trPr>
        <w:tc>
          <w:tcPr>
            <w:tcW w:w="5112" w:type="dxa"/>
            <w:vAlign w:val="center"/>
          </w:tcPr>
          <w:p w14:paraId="00F125DE" w14:textId="77777777" w:rsidR="00C54C05" w:rsidRDefault="00000000">
            <w:r>
              <w:rPr>
                <w:sz w:val="18"/>
              </w:rPr>
              <w:t>4. Evidence I would retain</w:t>
            </w:r>
          </w:p>
        </w:tc>
        <w:tc>
          <w:tcPr>
            <w:tcW w:w="5112" w:type="dxa"/>
            <w:vAlign w:val="center"/>
          </w:tcPr>
          <w:p w14:paraId="3E466C6C" w14:textId="77777777" w:rsidR="00C54C05" w:rsidRDefault="00C54C05"/>
        </w:tc>
      </w:tr>
      <w:tr w:rsidR="00C54C05" w14:paraId="0BD64F55" w14:textId="77777777">
        <w:trPr>
          <w:jc w:val="center"/>
        </w:trPr>
        <w:tc>
          <w:tcPr>
            <w:tcW w:w="5112" w:type="dxa"/>
            <w:vAlign w:val="center"/>
          </w:tcPr>
          <w:p w14:paraId="39B3F5A7" w14:textId="77777777" w:rsidR="00C54C05" w:rsidRDefault="00000000">
            <w:r>
              <w:rPr>
                <w:sz w:val="18"/>
              </w:rPr>
              <w:t>5. How I will review my progress</w:t>
            </w:r>
          </w:p>
        </w:tc>
        <w:tc>
          <w:tcPr>
            <w:tcW w:w="5112" w:type="dxa"/>
            <w:vAlign w:val="center"/>
          </w:tcPr>
          <w:p w14:paraId="47E3DE5C" w14:textId="77777777" w:rsidR="00C54C05" w:rsidRDefault="00C54C05"/>
        </w:tc>
      </w:tr>
    </w:tbl>
    <w:p w14:paraId="37AE368A" w14:textId="77777777" w:rsidR="00C54C05" w:rsidRDefault="00000000">
      <w:pPr>
        <w:pStyle w:val="Heading1"/>
      </w:pPr>
      <w:r>
        <w:t>8. Activity 4 – Personal CPD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C54C05" w14:paraId="0F9593AD" w14:textId="77777777" w:rsidTr="00ED29A7">
        <w:trPr>
          <w:jc w:val="center"/>
        </w:trPr>
        <w:tc>
          <w:tcPr>
            <w:tcW w:w="2045" w:type="dxa"/>
            <w:shd w:val="clear" w:color="auto" w:fill="C00000"/>
            <w:vAlign w:val="center"/>
          </w:tcPr>
          <w:p w14:paraId="316F0AA0" w14:textId="77777777" w:rsidR="00C54C05" w:rsidRDefault="00000000">
            <w:r>
              <w:rPr>
                <w:b/>
                <w:color w:val="FFFFFF"/>
                <w:sz w:val="18"/>
              </w:rPr>
              <w:t>Development Goal</w:t>
            </w:r>
          </w:p>
        </w:tc>
        <w:tc>
          <w:tcPr>
            <w:tcW w:w="2045" w:type="dxa"/>
            <w:shd w:val="clear" w:color="auto" w:fill="C00000"/>
            <w:vAlign w:val="center"/>
          </w:tcPr>
          <w:p w14:paraId="0BF76256" w14:textId="77777777" w:rsidR="00C54C05" w:rsidRDefault="00000000">
            <w:r>
              <w:rPr>
                <w:b/>
                <w:color w:val="FFFFFF"/>
                <w:sz w:val="18"/>
              </w:rPr>
              <w:t>Planned CPD Activity</w:t>
            </w:r>
          </w:p>
        </w:tc>
        <w:tc>
          <w:tcPr>
            <w:tcW w:w="2045" w:type="dxa"/>
            <w:shd w:val="clear" w:color="auto" w:fill="C00000"/>
            <w:vAlign w:val="center"/>
          </w:tcPr>
          <w:p w14:paraId="2C84384A" w14:textId="77777777" w:rsidR="00C54C05" w:rsidRDefault="00000000"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w="2045" w:type="dxa"/>
            <w:shd w:val="clear" w:color="auto" w:fill="C00000"/>
            <w:vAlign w:val="center"/>
          </w:tcPr>
          <w:p w14:paraId="67702774" w14:textId="77777777" w:rsidR="00C54C05" w:rsidRDefault="00000000">
            <w:r>
              <w:rPr>
                <w:b/>
                <w:color w:val="FFFFFF"/>
                <w:sz w:val="18"/>
              </w:rPr>
              <w:t>Evidence to Retain</w:t>
            </w:r>
          </w:p>
        </w:tc>
        <w:tc>
          <w:tcPr>
            <w:tcW w:w="2045" w:type="dxa"/>
            <w:shd w:val="clear" w:color="auto" w:fill="C00000"/>
            <w:vAlign w:val="center"/>
          </w:tcPr>
          <w:p w14:paraId="54A66C4C" w14:textId="77777777" w:rsidR="00C54C05" w:rsidRDefault="00000000">
            <w:r>
              <w:rPr>
                <w:b/>
                <w:color w:val="FFFFFF"/>
                <w:sz w:val="18"/>
              </w:rPr>
              <w:t>Review</w:t>
            </w:r>
          </w:p>
        </w:tc>
      </w:tr>
      <w:tr w:rsidR="00C54C05" w14:paraId="2A835ABE" w14:textId="77777777">
        <w:trPr>
          <w:jc w:val="center"/>
        </w:trPr>
        <w:tc>
          <w:tcPr>
            <w:tcW w:w="2045" w:type="dxa"/>
            <w:vAlign w:val="center"/>
          </w:tcPr>
          <w:p w14:paraId="784F152F" w14:textId="77777777" w:rsidR="00C54C05" w:rsidRDefault="00C54C05"/>
        </w:tc>
        <w:tc>
          <w:tcPr>
            <w:tcW w:w="2045" w:type="dxa"/>
            <w:vAlign w:val="center"/>
          </w:tcPr>
          <w:p w14:paraId="0CEC94E7" w14:textId="77777777" w:rsidR="00C54C05" w:rsidRDefault="00C54C05"/>
        </w:tc>
        <w:tc>
          <w:tcPr>
            <w:tcW w:w="2045" w:type="dxa"/>
            <w:vAlign w:val="center"/>
          </w:tcPr>
          <w:p w14:paraId="6B1919E3" w14:textId="77777777" w:rsidR="00C54C05" w:rsidRDefault="00C54C05"/>
        </w:tc>
        <w:tc>
          <w:tcPr>
            <w:tcW w:w="2045" w:type="dxa"/>
            <w:vAlign w:val="center"/>
          </w:tcPr>
          <w:p w14:paraId="3D030D9B" w14:textId="77777777" w:rsidR="00C54C05" w:rsidRDefault="00C54C05"/>
        </w:tc>
        <w:tc>
          <w:tcPr>
            <w:tcW w:w="2045" w:type="dxa"/>
            <w:vAlign w:val="center"/>
          </w:tcPr>
          <w:p w14:paraId="392DBB9D" w14:textId="77777777" w:rsidR="00C54C05" w:rsidRDefault="00C54C05"/>
        </w:tc>
      </w:tr>
      <w:tr w:rsidR="00C54C05" w14:paraId="39ACAB84" w14:textId="77777777">
        <w:trPr>
          <w:jc w:val="center"/>
        </w:trPr>
        <w:tc>
          <w:tcPr>
            <w:tcW w:w="2045" w:type="dxa"/>
            <w:vAlign w:val="center"/>
          </w:tcPr>
          <w:p w14:paraId="0C3CE34C" w14:textId="77777777" w:rsidR="00C54C05" w:rsidRDefault="00C54C05"/>
        </w:tc>
        <w:tc>
          <w:tcPr>
            <w:tcW w:w="2045" w:type="dxa"/>
            <w:vAlign w:val="center"/>
          </w:tcPr>
          <w:p w14:paraId="16E89DE6" w14:textId="77777777" w:rsidR="00C54C05" w:rsidRDefault="00C54C05"/>
        </w:tc>
        <w:tc>
          <w:tcPr>
            <w:tcW w:w="2045" w:type="dxa"/>
            <w:vAlign w:val="center"/>
          </w:tcPr>
          <w:p w14:paraId="74FE3860" w14:textId="77777777" w:rsidR="00C54C05" w:rsidRDefault="00C54C05"/>
        </w:tc>
        <w:tc>
          <w:tcPr>
            <w:tcW w:w="2045" w:type="dxa"/>
            <w:vAlign w:val="center"/>
          </w:tcPr>
          <w:p w14:paraId="57C5A113" w14:textId="77777777" w:rsidR="00C54C05" w:rsidRDefault="00C54C05"/>
        </w:tc>
        <w:tc>
          <w:tcPr>
            <w:tcW w:w="2045" w:type="dxa"/>
            <w:vAlign w:val="center"/>
          </w:tcPr>
          <w:p w14:paraId="53C14CD0" w14:textId="77777777" w:rsidR="00C54C05" w:rsidRDefault="00C54C05"/>
        </w:tc>
      </w:tr>
      <w:tr w:rsidR="00C54C05" w14:paraId="6746D027" w14:textId="77777777">
        <w:trPr>
          <w:jc w:val="center"/>
        </w:trPr>
        <w:tc>
          <w:tcPr>
            <w:tcW w:w="2045" w:type="dxa"/>
            <w:vAlign w:val="center"/>
          </w:tcPr>
          <w:p w14:paraId="303CCCA2" w14:textId="77777777" w:rsidR="00C54C05" w:rsidRDefault="00C54C05"/>
        </w:tc>
        <w:tc>
          <w:tcPr>
            <w:tcW w:w="2045" w:type="dxa"/>
            <w:vAlign w:val="center"/>
          </w:tcPr>
          <w:p w14:paraId="278328FC" w14:textId="77777777" w:rsidR="00C54C05" w:rsidRDefault="00C54C05"/>
        </w:tc>
        <w:tc>
          <w:tcPr>
            <w:tcW w:w="2045" w:type="dxa"/>
            <w:vAlign w:val="center"/>
          </w:tcPr>
          <w:p w14:paraId="6DC825FC" w14:textId="77777777" w:rsidR="00C54C05" w:rsidRDefault="00C54C05"/>
        </w:tc>
        <w:tc>
          <w:tcPr>
            <w:tcW w:w="2045" w:type="dxa"/>
            <w:vAlign w:val="center"/>
          </w:tcPr>
          <w:p w14:paraId="3266179A" w14:textId="77777777" w:rsidR="00C54C05" w:rsidRDefault="00C54C05"/>
        </w:tc>
        <w:tc>
          <w:tcPr>
            <w:tcW w:w="2045" w:type="dxa"/>
            <w:vAlign w:val="center"/>
          </w:tcPr>
          <w:p w14:paraId="11A44DBC" w14:textId="77777777" w:rsidR="00C54C05" w:rsidRDefault="00C54C05"/>
        </w:tc>
      </w:tr>
      <w:tr w:rsidR="00C54C05" w14:paraId="6E6AC1D1" w14:textId="77777777">
        <w:trPr>
          <w:jc w:val="center"/>
        </w:trPr>
        <w:tc>
          <w:tcPr>
            <w:tcW w:w="2045" w:type="dxa"/>
            <w:vAlign w:val="center"/>
          </w:tcPr>
          <w:p w14:paraId="22AC647A" w14:textId="77777777" w:rsidR="00C54C05" w:rsidRDefault="00C54C05"/>
        </w:tc>
        <w:tc>
          <w:tcPr>
            <w:tcW w:w="2045" w:type="dxa"/>
            <w:vAlign w:val="center"/>
          </w:tcPr>
          <w:p w14:paraId="4A975CE8" w14:textId="77777777" w:rsidR="00C54C05" w:rsidRDefault="00C54C05"/>
        </w:tc>
        <w:tc>
          <w:tcPr>
            <w:tcW w:w="2045" w:type="dxa"/>
            <w:vAlign w:val="center"/>
          </w:tcPr>
          <w:p w14:paraId="2BD42027" w14:textId="77777777" w:rsidR="00C54C05" w:rsidRDefault="00C54C05"/>
        </w:tc>
        <w:tc>
          <w:tcPr>
            <w:tcW w:w="2045" w:type="dxa"/>
            <w:vAlign w:val="center"/>
          </w:tcPr>
          <w:p w14:paraId="03E232EA" w14:textId="77777777" w:rsidR="00C54C05" w:rsidRDefault="00C54C05"/>
        </w:tc>
        <w:tc>
          <w:tcPr>
            <w:tcW w:w="2045" w:type="dxa"/>
            <w:vAlign w:val="center"/>
          </w:tcPr>
          <w:p w14:paraId="17C7FE12" w14:textId="77777777" w:rsidR="00C54C05" w:rsidRDefault="00C54C05"/>
        </w:tc>
      </w:tr>
      <w:tr w:rsidR="00C54C05" w14:paraId="1D4C58F4" w14:textId="77777777">
        <w:trPr>
          <w:jc w:val="center"/>
        </w:trPr>
        <w:tc>
          <w:tcPr>
            <w:tcW w:w="2045" w:type="dxa"/>
            <w:vAlign w:val="center"/>
          </w:tcPr>
          <w:p w14:paraId="109A617F" w14:textId="77777777" w:rsidR="00C54C05" w:rsidRDefault="00C54C05"/>
        </w:tc>
        <w:tc>
          <w:tcPr>
            <w:tcW w:w="2045" w:type="dxa"/>
            <w:vAlign w:val="center"/>
          </w:tcPr>
          <w:p w14:paraId="0D9AEE47" w14:textId="77777777" w:rsidR="00C54C05" w:rsidRDefault="00C54C05"/>
        </w:tc>
        <w:tc>
          <w:tcPr>
            <w:tcW w:w="2045" w:type="dxa"/>
            <w:vAlign w:val="center"/>
          </w:tcPr>
          <w:p w14:paraId="0BB3C28F" w14:textId="77777777" w:rsidR="00C54C05" w:rsidRDefault="00C54C05"/>
        </w:tc>
        <w:tc>
          <w:tcPr>
            <w:tcW w:w="2045" w:type="dxa"/>
            <w:vAlign w:val="center"/>
          </w:tcPr>
          <w:p w14:paraId="0A3B943C" w14:textId="77777777" w:rsidR="00C54C05" w:rsidRDefault="00C54C05"/>
        </w:tc>
        <w:tc>
          <w:tcPr>
            <w:tcW w:w="2045" w:type="dxa"/>
            <w:vAlign w:val="center"/>
          </w:tcPr>
          <w:p w14:paraId="2AB282B0" w14:textId="77777777" w:rsidR="00C54C05" w:rsidRDefault="00C54C05"/>
        </w:tc>
      </w:tr>
    </w:tbl>
    <w:p w14:paraId="14FD5944" w14:textId="77777777" w:rsidR="00C54C05" w:rsidRDefault="00000000">
      <w:pPr>
        <w:pStyle w:val="Heading1"/>
      </w:pPr>
      <w:r>
        <w:t>9. Activity 5 – CPD Tracking Record</w:t>
      </w:r>
    </w:p>
    <w:p w14:paraId="56564A43" w14:textId="77777777" w:rsidR="00C54C05" w:rsidRDefault="00000000">
      <w:r>
        <w:t>Use this record to practise tracking your CPD activities.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C54C05" w14:paraId="241520F5" w14:textId="77777777" w:rsidTr="00ED29A7">
        <w:trPr>
          <w:jc w:val="center"/>
        </w:trPr>
        <w:tc>
          <w:tcPr>
            <w:tcW w:w="2045" w:type="dxa"/>
            <w:shd w:val="clear" w:color="auto" w:fill="C00000"/>
            <w:vAlign w:val="center"/>
          </w:tcPr>
          <w:p w14:paraId="476BCDE5" w14:textId="77777777" w:rsidR="00C54C05" w:rsidRDefault="00000000"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w="2045" w:type="dxa"/>
            <w:shd w:val="clear" w:color="auto" w:fill="C00000"/>
            <w:vAlign w:val="center"/>
          </w:tcPr>
          <w:p w14:paraId="0DC6B711" w14:textId="77777777" w:rsidR="00C54C05" w:rsidRDefault="00000000">
            <w:r>
              <w:rPr>
                <w:b/>
                <w:color w:val="FFFFFF"/>
                <w:sz w:val="18"/>
              </w:rPr>
              <w:t>Activity</w:t>
            </w:r>
          </w:p>
        </w:tc>
        <w:tc>
          <w:tcPr>
            <w:tcW w:w="2045" w:type="dxa"/>
            <w:shd w:val="clear" w:color="auto" w:fill="C00000"/>
            <w:vAlign w:val="center"/>
          </w:tcPr>
          <w:p w14:paraId="1B69B7BB" w14:textId="77777777" w:rsidR="00C54C05" w:rsidRDefault="00000000">
            <w:r>
              <w:rPr>
                <w:b/>
                <w:color w:val="FFFFFF"/>
                <w:sz w:val="18"/>
              </w:rPr>
              <w:t>Development Area</w:t>
            </w:r>
          </w:p>
        </w:tc>
        <w:tc>
          <w:tcPr>
            <w:tcW w:w="2045" w:type="dxa"/>
            <w:shd w:val="clear" w:color="auto" w:fill="C00000"/>
            <w:vAlign w:val="center"/>
          </w:tcPr>
          <w:p w14:paraId="41BA4F62" w14:textId="77777777" w:rsidR="00C54C05" w:rsidRDefault="00000000">
            <w:r>
              <w:rPr>
                <w:b/>
                <w:color w:val="FFFFFF"/>
                <w:sz w:val="18"/>
              </w:rPr>
              <w:t>Evidence / Reference</w:t>
            </w:r>
          </w:p>
        </w:tc>
        <w:tc>
          <w:tcPr>
            <w:tcW w:w="2045" w:type="dxa"/>
            <w:shd w:val="clear" w:color="auto" w:fill="C00000"/>
            <w:vAlign w:val="center"/>
          </w:tcPr>
          <w:p w14:paraId="23844343" w14:textId="77777777" w:rsidR="00C54C05" w:rsidRDefault="00000000">
            <w:r>
              <w:rPr>
                <w:b/>
                <w:color w:val="FFFFFF"/>
                <w:sz w:val="18"/>
              </w:rPr>
              <w:t>Status</w:t>
            </w:r>
          </w:p>
        </w:tc>
      </w:tr>
      <w:tr w:rsidR="00C54C05" w14:paraId="128279AE" w14:textId="77777777">
        <w:trPr>
          <w:jc w:val="center"/>
        </w:trPr>
        <w:tc>
          <w:tcPr>
            <w:tcW w:w="2045" w:type="dxa"/>
            <w:vAlign w:val="center"/>
          </w:tcPr>
          <w:p w14:paraId="599E12A5" w14:textId="77777777" w:rsidR="00C54C05" w:rsidRDefault="00C54C05"/>
        </w:tc>
        <w:tc>
          <w:tcPr>
            <w:tcW w:w="2045" w:type="dxa"/>
            <w:vAlign w:val="center"/>
          </w:tcPr>
          <w:p w14:paraId="203E3443" w14:textId="77777777" w:rsidR="00C54C05" w:rsidRDefault="00C54C05"/>
        </w:tc>
        <w:tc>
          <w:tcPr>
            <w:tcW w:w="2045" w:type="dxa"/>
            <w:vAlign w:val="center"/>
          </w:tcPr>
          <w:p w14:paraId="0D67AC89" w14:textId="77777777" w:rsidR="00C54C05" w:rsidRDefault="00C54C05"/>
        </w:tc>
        <w:tc>
          <w:tcPr>
            <w:tcW w:w="2045" w:type="dxa"/>
            <w:vAlign w:val="center"/>
          </w:tcPr>
          <w:p w14:paraId="5D52AE1A" w14:textId="77777777" w:rsidR="00C54C05" w:rsidRDefault="00C54C05"/>
        </w:tc>
        <w:tc>
          <w:tcPr>
            <w:tcW w:w="2045" w:type="dxa"/>
            <w:vAlign w:val="center"/>
          </w:tcPr>
          <w:p w14:paraId="47EE0D56" w14:textId="77777777" w:rsidR="00C54C05" w:rsidRDefault="00C54C05"/>
        </w:tc>
      </w:tr>
      <w:tr w:rsidR="00C54C05" w14:paraId="234EA7B6" w14:textId="77777777">
        <w:trPr>
          <w:jc w:val="center"/>
        </w:trPr>
        <w:tc>
          <w:tcPr>
            <w:tcW w:w="2045" w:type="dxa"/>
            <w:vAlign w:val="center"/>
          </w:tcPr>
          <w:p w14:paraId="3282CF18" w14:textId="77777777" w:rsidR="00C54C05" w:rsidRDefault="00C54C05"/>
        </w:tc>
        <w:tc>
          <w:tcPr>
            <w:tcW w:w="2045" w:type="dxa"/>
            <w:vAlign w:val="center"/>
          </w:tcPr>
          <w:p w14:paraId="5F4F9F1D" w14:textId="77777777" w:rsidR="00C54C05" w:rsidRDefault="00C54C05"/>
        </w:tc>
        <w:tc>
          <w:tcPr>
            <w:tcW w:w="2045" w:type="dxa"/>
            <w:vAlign w:val="center"/>
          </w:tcPr>
          <w:p w14:paraId="0C97FBBF" w14:textId="77777777" w:rsidR="00C54C05" w:rsidRDefault="00C54C05"/>
        </w:tc>
        <w:tc>
          <w:tcPr>
            <w:tcW w:w="2045" w:type="dxa"/>
            <w:vAlign w:val="center"/>
          </w:tcPr>
          <w:p w14:paraId="3DA18A8E" w14:textId="77777777" w:rsidR="00C54C05" w:rsidRDefault="00C54C05"/>
        </w:tc>
        <w:tc>
          <w:tcPr>
            <w:tcW w:w="2045" w:type="dxa"/>
            <w:vAlign w:val="center"/>
          </w:tcPr>
          <w:p w14:paraId="794D3DF4" w14:textId="77777777" w:rsidR="00C54C05" w:rsidRDefault="00C54C05"/>
        </w:tc>
      </w:tr>
      <w:tr w:rsidR="00C54C05" w14:paraId="31834BDE" w14:textId="77777777">
        <w:trPr>
          <w:jc w:val="center"/>
        </w:trPr>
        <w:tc>
          <w:tcPr>
            <w:tcW w:w="2045" w:type="dxa"/>
            <w:vAlign w:val="center"/>
          </w:tcPr>
          <w:p w14:paraId="1B84C484" w14:textId="77777777" w:rsidR="00C54C05" w:rsidRDefault="00C54C05"/>
        </w:tc>
        <w:tc>
          <w:tcPr>
            <w:tcW w:w="2045" w:type="dxa"/>
            <w:vAlign w:val="center"/>
          </w:tcPr>
          <w:p w14:paraId="4F73B5CC" w14:textId="77777777" w:rsidR="00C54C05" w:rsidRDefault="00C54C05"/>
        </w:tc>
        <w:tc>
          <w:tcPr>
            <w:tcW w:w="2045" w:type="dxa"/>
            <w:vAlign w:val="center"/>
          </w:tcPr>
          <w:p w14:paraId="251235A4" w14:textId="77777777" w:rsidR="00C54C05" w:rsidRDefault="00C54C05"/>
        </w:tc>
        <w:tc>
          <w:tcPr>
            <w:tcW w:w="2045" w:type="dxa"/>
            <w:vAlign w:val="center"/>
          </w:tcPr>
          <w:p w14:paraId="46A0A8F3" w14:textId="77777777" w:rsidR="00C54C05" w:rsidRDefault="00C54C05"/>
        </w:tc>
        <w:tc>
          <w:tcPr>
            <w:tcW w:w="2045" w:type="dxa"/>
            <w:vAlign w:val="center"/>
          </w:tcPr>
          <w:p w14:paraId="1C7E39FC" w14:textId="77777777" w:rsidR="00C54C05" w:rsidRDefault="00C54C05"/>
        </w:tc>
      </w:tr>
      <w:tr w:rsidR="00C54C05" w14:paraId="11F8367B" w14:textId="77777777">
        <w:trPr>
          <w:jc w:val="center"/>
        </w:trPr>
        <w:tc>
          <w:tcPr>
            <w:tcW w:w="2045" w:type="dxa"/>
            <w:vAlign w:val="center"/>
          </w:tcPr>
          <w:p w14:paraId="15025CE4" w14:textId="77777777" w:rsidR="00C54C05" w:rsidRDefault="00C54C05"/>
        </w:tc>
        <w:tc>
          <w:tcPr>
            <w:tcW w:w="2045" w:type="dxa"/>
            <w:vAlign w:val="center"/>
          </w:tcPr>
          <w:p w14:paraId="16B2571F" w14:textId="77777777" w:rsidR="00C54C05" w:rsidRDefault="00C54C05"/>
        </w:tc>
        <w:tc>
          <w:tcPr>
            <w:tcW w:w="2045" w:type="dxa"/>
            <w:vAlign w:val="center"/>
          </w:tcPr>
          <w:p w14:paraId="52C4EDE4" w14:textId="77777777" w:rsidR="00C54C05" w:rsidRDefault="00C54C05"/>
        </w:tc>
        <w:tc>
          <w:tcPr>
            <w:tcW w:w="2045" w:type="dxa"/>
            <w:vAlign w:val="center"/>
          </w:tcPr>
          <w:p w14:paraId="67E7356B" w14:textId="77777777" w:rsidR="00C54C05" w:rsidRDefault="00C54C05"/>
        </w:tc>
        <w:tc>
          <w:tcPr>
            <w:tcW w:w="2045" w:type="dxa"/>
            <w:vAlign w:val="center"/>
          </w:tcPr>
          <w:p w14:paraId="2BF931CC" w14:textId="77777777" w:rsidR="00C54C05" w:rsidRDefault="00C54C05"/>
        </w:tc>
      </w:tr>
      <w:tr w:rsidR="00C54C05" w14:paraId="77E842E0" w14:textId="77777777">
        <w:trPr>
          <w:jc w:val="center"/>
        </w:trPr>
        <w:tc>
          <w:tcPr>
            <w:tcW w:w="2045" w:type="dxa"/>
            <w:vAlign w:val="center"/>
          </w:tcPr>
          <w:p w14:paraId="7A4EB837" w14:textId="77777777" w:rsidR="00C54C05" w:rsidRDefault="00C54C05"/>
        </w:tc>
        <w:tc>
          <w:tcPr>
            <w:tcW w:w="2045" w:type="dxa"/>
            <w:vAlign w:val="center"/>
          </w:tcPr>
          <w:p w14:paraId="38FE0447" w14:textId="77777777" w:rsidR="00C54C05" w:rsidRDefault="00C54C05"/>
        </w:tc>
        <w:tc>
          <w:tcPr>
            <w:tcW w:w="2045" w:type="dxa"/>
            <w:vAlign w:val="center"/>
          </w:tcPr>
          <w:p w14:paraId="03F6D9A9" w14:textId="77777777" w:rsidR="00C54C05" w:rsidRDefault="00C54C05"/>
        </w:tc>
        <w:tc>
          <w:tcPr>
            <w:tcW w:w="2045" w:type="dxa"/>
            <w:vAlign w:val="center"/>
          </w:tcPr>
          <w:p w14:paraId="3008CEE9" w14:textId="77777777" w:rsidR="00C54C05" w:rsidRDefault="00C54C05"/>
        </w:tc>
        <w:tc>
          <w:tcPr>
            <w:tcW w:w="2045" w:type="dxa"/>
            <w:vAlign w:val="center"/>
          </w:tcPr>
          <w:p w14:paraId="5CF6820E" w14:textId="77777777" w:rsidR="00C54C05" w:rsidRDefault="00C54C05"/>
        </w:tc>
      </w:tr>
      <w:tr w:rsidR="00C54C05" w14:paraId="1E849FE3" w14:textId="77777777">
        <w:trPr>
          <w:jc w:val="center"/>
        </w:trPr>
        <w:tc>
          <w:tcPr>
            <w:tcW w:w="2045" w:type="dxa"/>
            <w:vAlign w:val="center"/>
          </w:tcPr>
          <w:p w14:paraId="245A8BE1" w14:textId="77777777" w:rsidR="00C54C05" w:rsidRDefault="00C54C05"/>
        </w:tc>
        <w:tc>
          <w:tcPr>
            <w:tcW w:w="2045" w:type="dxa"/>
            <w:vAlign w:val="center"/>
          </w:tcPr>
          <w:p w14:paraId="40B4FDFF" w14:textId="77777777" w:rsidR="00C54C05" w:rsidRDefault="00C54C05"/>
        </w:tc>
        <w:tc>
          <w:tcPr>
            <w:tcW w:w="2045" w:type="dxa"/>
            <w:vAlign w:val="center"/>
          </w:tcPr>
          <w:p w14:paraId="7A80EF82" w14:textId="77777777" w:rsidR="00C54C05" w:rsidRDefault="00C54C05"/>
        </w:tc>
        <w:tc>
          <w:tcPr>
            <w:tcW w:w="2045" w:type="dxa"/>
            <w:vAlign w:val="center"/>
          </w:tcPr>
          <w:p w14:paraId="3F714031" w14:textId="77777777" w:rsidR="00C54C05" w:rsidRDefault="00C54C05"/>
        </w:tc>
        <w:tc>
          <w:tcPr>
            <w:tcW w:w="2045" w:type="dxa"/>
            <w:vAlign w:val="center"/>
          </w:tcPr>
          <w:p w14:paraId="76B87C47" w14:textId="77777777" w:rsidR="00C54C05" w:rsidRDefault="00C54C05"/>
        </w:tc>
      </w:tr>
    </w:tbl>
    <w:p w14:paraId="60F6971D" w14:textId="77777777" w:rsidR="00C54C05" w:rsidRDefault="00000000">
      <w:pPr>
        <w:pStyle w:val="Heading1"/>
      </w:pPr>
      <w:r>
        <w:t>10. Activity 6 – Evidence 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54C05" w14:paraId="1FE4D711" w14:textId="77777777" w:rsidTr="00ED29A7">
        <w:trPr>
          <w:jc w:val="center"/>
        </w:trPr>
        <w:tc>
          <w:tcPr>
            <w:tcW w:w="3408" w:type="dxa"/>
            <w:shd w:val="clear" w:color="auto" w:fill="C00000"/>
            <w:vAlign w:val="center"/>
          </w:tcPr>
          <w:p w14:paraId="6F101098" w14:textId="77777777" w:rsidR="00C54C05" w:rsidRDefault="00000000">
            <w:r>
              <w:rPr>
                <w:b/>
                <w:color w:val="FFFFFF"/>
                <w:sz w:val="18"/>
              </w:rPr>
              <w:t>Evidence Item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565987FC" w14:textId="77777777" w:rsidR="00C54C05" w:rsidRDefault="00000000">
            <w:r>
              <w:rPr>
                <w:b/>
                <w:color w:val="FFFFFF"/>
                <w:sz w:val="18"/>
              </w:rPr>
              <w:t>Available?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43C2B69F" w14:textId="77777777" w:rsidR="00C54C05" w:rsidRDefault="00000000">
            <w:r>
              <w:rPr>
                <w:b/>
                <w:color w:val="FFFFFF"/>
                <w:sz w:val="18"/>
              </w:rPr>
              <w:t>Where Stored / Reference</w:t>
            </w:r>
          </w:p>
        </w:tc>
      </w:tr>
      <w:tr w:rsidR="00C54C05" w14:paraId="5E6A34E1" w14:textId="77777777">
        <w:trPr>
          <w:jc w:val="center"/>
        </w:trPr>
        <w:tc>
          <w:tcPr>
            <w:tcW w:w="3408" w:type="dxa"/>
            <w:vAlign w:val="center"/>
          </w:tcPr>
          <w:p w14:paraId="291B70D5" w14:textId="77777777" w:rsidR="00C54C05" w:rsidRDefault="00000000">
            <w:r>
              <w:rPr>
                <w:sz w:val="18"/>
              </w:rPr>
              <w:t>Evidence of CPD activity</w:t>
            </w:r>
          </w:p>
        </w:tc>
        <w:tc>
          <w:tcPr>
            <w:tcW w:w="3408" w:type="dxa"/>
            <w:vAlign w:val="center"/>
          </w:tcPr>
          <w:p w14:paraId="1CC46410" w14:textId="77777777" w:rsidR="00C54C05" w:rsidRDefault="00000000">
            <w:r>
              <w:rPr>
                <w:sz w:val="18"/>
              </w:rPr>
              <w:t>Yes / No</w:t>
            </w:r>
          </w:p>
        </w:tc>
        <w:tc>
          <w:tcPr>
            <w:tcW w:w="3408" w:type="dxa"/>
            <w:vAlign w:val="center"/>
          </w:tcPr>
          <w:p w14:paraId="353F74A2" w14:textId="77777777" w:rsidR="00C54C05" w:rsidRDefault="00C54C05"/>
        </w:tc>
      </w:tr>
      <w:tr w:rsidR="00C54C05" w14:paraId="06C81759" w14:textId="77777777">
        <w:trPr>
          <w:jc w:val="center"/>
        </w:trPr>
        <w:tc>
          <w:tcPr>
            <w:tcW w:w="3408" w:type="dxa"/>
            <w:vAlign w:val="center"/>
          </w:tcPr>
          <w:p w14:paraId="2B7B8743" w14:textId="77777777" w:rsidR="00C54C05" w:rsidRDefault="00000000">
            <w:r>
              <w:rPr>
                <w:sz w:val="18"/>
              </w:rPr>
              <w:t>Relevant learning material</w:t>
            </w:r>
          </w:p>
        </w:tc>
        <w:tc>
          <w:tcPr>
            <w:tcW w:w="3408" w:type="dxa"/>
            <w:vAlign w:val="center"/>
          </w:tcPr>
          <w:p w14:paraId="3D00E1EB" w14:textId="77777777" w:rsidR="00C54C05" w:rsidRDefault="00000000">
            <w:r>
              <w:rPr>
                <w:sz w:val="18"/>
              </w:rPr>
              <w:t>Yes / No</w:t>
            </w:r>
          </w:p>
        </w:tc>
        <w:tc>
          <w:tcPr>
            <w:tcW w:w="3408" w:type="dxa"/>
            <w:vAlign w:val="center"/>
          </w:tcPr>
          <w:p w14:paraId="65E7C045" w14:textId="77777777" w:rsidR="00C54C05" w:rsidRDefault="00C54C05"/>
        </w:tc>
      </w:tr>
      <w:tr w:rsidR="00C54C05" w14:paraId="34CCE866" w14:textId="77777777">
        <w:trPr>
          <w:jc w:val="center"/>
        </w:trPr>
        <w:tc>
          <w:tcPr>
            <w:tcW w:w="3408" w:type="dxa"/>
            <w:vAlign w:val="center"/>
          </w:tcPr>
          <w:p w14:paraId="4534639C" w14:textId="77777777" w:rsidR="00C54C05" w:rsidRDefault="00000000">
            <w:r>
              <w:rPr>
                <w:sz w:val="18"/>
              </w:rPr>
              <w:t>Completion/participation evidence</w:t>
            </w:r>
          </w:p>
        </w:tc>
        <w:tc>
          <w:tcPr>
            <w:tcW w:w="3408" w:type="dxa"/>
            <w:vAlign w:val="center"/>
          </w:tcPr>
          <w:p w14:paraId="05DE2CF2" w14:textId="77777777" w:rsidR="00C54C05" w:rsidRDefault="00000000">
            <w:r>
              <w:rPr>
                <w:sz w:val="18"/>
              </w:rPr>
              <w:t>Yes / No</w:t>
            </w:r>
          </w:p>
        </w:tc>
        <w:tc>
          <w:tcPr>
            <w:tcW w:w="3408" w:type="dxa"/>
            <w:vAlign w:val="center"/>
          </w:tcPr>
          <w:p w14:paraId="376EE827" w14:textId="77777777" w:rsidR="00C54C05" w:rsidRDefault="00C54C05"/>
        </w:tc>
      </w:tr>
      <w:tr w:rsidR="00C54C05" w14:paraId="0FDD84B2" w14:textId="77777777">
        <w:trPr>
          <w:jc w:val="center"/>
        </w:trPr>
        <w:tc>
          <w:tcPr>
            <w:tcW w:w="3408" w:type="dxa"/>
            <w:vAlign w:val="center"/>
          </w:tcPr>
          <w:p w14:paraId="33FC6ECB" w14:textId="77777777" w:rsidR="00C54C05" w:rsidRDefault="00000000">
            <w:r>
              <w:rPr>
                <w:sz w:val="18"/>
              </w:rPr>
              <w:t>Personal CPD record</w:t>
            </w:r>
          </w:p>
        </w:tc>
        <w:tc>
          <w:tcPr>
            <w:tcW w:w="3408" w:type="dxa"/>
            <w:vAlign w:val="center"/>
          </w:tcPr>
          <w:p w14:paraId="76331E23" w14:textId="77777777" w:rsidR="00C54C05" w:rsidRDefault="00000000">
            <w:r>
              <w:rPr>
                <w:sz w:val="18"/>
              </w:rPr>
              <w:t>Yes / No</w:t>
            </w:r>
          </w:p>
        </w:tc>
        <w:tc>
          <w:tcPr>
            <w:tcW w:w="3408" w:type="dxa"/>
            <w:vAlign w:val="center"/>
          </w:tcPr>
          <w:p w14:paraId="22180DFE" w14:textId="77777777" w:rsidR="00C54C05" w:rsidRDefault="00C54C05"/>
        </w:tc>
      </w:tr>
      <w:tr w:rsidR="00C54C05" w14:paraId="67F1948F" w14:textId="77777777">
        <w:trPr>
          <w:jc w:val="center"/>
        </w:trPr>
        <w:tc>
          <w:tcPr>
            <w:tcW w:w="3408" w:type="dxa"/>
            <w:vAlign w:val="center"/>
          </w:tcPr>
          <w:p w14:paraId="403855B7" w14:textId="77777777" w:rsidR="00C54C05" w:rsidRDefault="00000000">
            <w:r>
              <w:rPr>
                <w:sz w:val="18"/>
              </w:rPr>
              <w:t>Other supporting evidence</w:t>
            </w:r>
          </w:p>
        </w:tc>
        <w:tc>
          <w:tcPr>
            <w:tcW w:w="3408" w:type="dxa"/>
            <w:vAlign w:val="center"/>
          </w:tcPr>
          <w:p w14:paraId="4C3D1809" w14:textId="77777777" w:rsidR="00C54C05" w:rsidRDefault="00000000">
            <w:r>
              <w:rPr>
                <w:sz w:val="18"/>
              </w:rPr>
              <w:t>Yes / No</w:t>
            </w:r>
          </w:p>
        </w:tc>
        <w:tc>
          <w:tcPr>
            <w:tcW w:w="3408" w:type="dxa"/>
            <w:vAlign w:val="center"/>
          </w:tcPr>
          <w:p w14:paraId="5ECFE0D8" w14:textId="77777777" w:rsidR="00C54C05" w:rsidRDefault="00C54C05"/>
        </w:tc>
      </w:tr>
    </w:tbl>
    <w:p w14:paraId="39DD26D7" w14:textId="77777777" w:rsidR="00C54C05" w:rsidRDefault="00000000">
      <w:pPr>
        <w:pStyle w:val="Heading1"/>
      </w:pPr>
      <w:r>
        <w:lastRenderedPageBreak/>
        <w:t>11. Activity 7 – PPRA Education Requirements</w:t>
      </w:r>
    </w:p>
    <w:p w14:paraId="7427C75D" w14:textId="77777777" w:rsidR="00C54C05" w:rsidRDefault="00000000">
      <w:r>
        <w:t>Based on the session, record what you understand about the PPRA education requirements relevant to your CPD planning. Where you are uncertain, record the question for verification.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54C05" w14:paraId="2928903D" w14:textId="77777777" w:rsidTr="00ED29A7">
        <w:trPr>
          <w:jc w:val="center"/>
        </w:trPr>
        <w:tc>
          <w:tcPr>
            <w:tcW w:w="3408" w:type="dxa"/>
            <w:shd w:val="clear" w:color="auto" w:fill="C00000"/>
            <w:vAlign w:val="center"/>
          </w:tcPr>
          <w:p w14:paraId="35184301" w14:textId="77777777" w:rsidR="00C54C05" w:rsidRDefault="00000000">
            <w:r>
              <w:rPr>
                <w:b/>
                <w:color w:val="FFFFFF"/>
                <w:sz w:val="18"/>
              </w:rPr>
              <w:t>Requirement / Topic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7ECF5FBE" w14:textId="77777777" w:rsidR="00C54C05" w:rsidRDefault="00000000">
            <w:r>
              <w:rPr>
                <w:b/>
                <w:color w:val="FFFFFF"/>
                <w:sz w:val="18"/>
              </w:rPr>
              <w:t>What I Understand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7498E8D1" w14:textId="77777777" w:rsidR="00C54C05" w:rsidRDefault="00000000">
            <w:r>
              <w:rPr>
                <w:b/>
                <w:color w:val="FFFFFF"/>
                <w:sz w:val="18"/>
              </w:rPr>
              <w:t>What I Need to Verify</w:t>
            </w:r>
          </w:p>
        </w:tc>
      </w:tr>
      <w:tr w:rsidR="00C54C05" w14:paraId="157AAE23" w14:textId="77777777">
        <w:trPr>
          <w:jc w:val="center"/>
        </w:trPr>
        <w:tc>
          <w:tcPr>
            <w:tcW w:w="3408" w:type="dxa"/>
            <w:vAlign w:val="center"/>
          </w:tcPr>
          <w:p w14:paraId="143246CF" w14:textId="77777777" w:rsidR="00C54C05" w:rsidRDefault="00C54C05"/>
        </w:tc>
        <w:tc>
          <w:tcPr>
            <w:tcW w:w="3408" w:type="dxa"/>
            <w:vAlign w:val="center"/>
          </w:tcPr>
          <w:p w14:paraId="67D33416" w14:textId="77777777" w:rsidR="00C54C05" w:rsidRDefault="00C54C05"/>
        </w:tc>
        <w:tc>
          <w:tcPr>
            <w:tcW w:w="3408" w:type="dxa"/>
            <w:vAlign w:val="center"/>
          </w:tcPr>
          <w:p w14:paraId="2C82155F" w14:textId="77777777" w:rsidR="00C54C05" w:rsidRDefault="00C54C05"/>
        </w:tc>
      </w:tr>
      <w:tr w:rsidR="00C54C05" w14:paraId="6241BAC9" w14:textId="77777777">
        <w:trPr>
          <w:jc w:val="center"/>
        </w:trPr>
        <w:tc>
          <w:tcPr>
            <w:tcW w:w="3408" w:type="dxa"/>
            <w:vAlign w:val="center"/>
          </w:tcPr>
          <w:p w14:paraId="1E773947" w14:textId="77777777" w:rsidR="00C54C05" w:rsidRDefault="00C54C05"/>
        </w:tc>
        <w:tc>
          <w:tcPr>
            <w:tcW w:w="3408" w:type="dxa"/>
            <w:vAlign w:val="center"/>
          </w:tcPr>
          <w:p w14:paraId="5EDD13FC" w14:textId="77777777" w:rsidR="00C54C05" w:rsidRDefault="00C54C05"/>
        </w:tc>
        <w:tc>
          <w:tcPr>
            <w:tcW w:w="3408" w:type="dxa"/>
            <w:vAlign w:val="center"/>
          </w:tcPr>
          <w:p w14:paraId="6254976A" w14:textId="77777777" w:rsidR="00C54C05" w:rsidRDefault="00C54C05"/>
        </w:tc>
      </w:tr>
      <w:tr w:rsidR="00C54C05" w14:paraId="6A939AE4" w14:textId="77777777">
        <w:trPr>
          <w:jc w:val="center"/>
        </w:trPr>
        <w:tc>
          <w:tcPr>
            <w:tcW w:w="3408" w:type="dxa"/>
            <w:vAlign w:val="center"/>
          </w:tcPr>
          <w:p w14:paraId="0EA7A5D6" w14:textId="77777777" w:rsidR="00C54C05" w:rsidRDefault="00C54C05"/>
        </w:tc>
        <w:tc>
          <w:tcPr>
            <w:tcW w:w="3408" w:type="dxa"/>
            <w:vAlign w:val="center"/>
          </w:tcPr>
          <w:p w14:paraId="5091BD09" w14:textId="77777777" w:rsidR="00C54C05" w:rsidRDefault="00C54C05"/>
        </w:tc>
        <w:tc>
          <w:tcPr>
            <w:tcW w:w="3408" w:type="dxa"/>
            <w:vAlign w:val="center"/>
          </w:tcPr>
          <w:p w14:paraId="020DE840" w14:textId="77777777" w:rsidR="00C54C05" w:rsidRDefault="00C54C05"/>
        </w:tc>
      </w:tr>
      <w:tr w:rsidR="00C54C05" w14:paraId="38049E34" w14:textId="77777777">
        <w:trPr>
          <w:jc w:val="center"/>
        </w:trPr>
        <w:tc>
          <w:tcPr>
            <w:tcW w:w="3408" w:type="dxa"/>
            <w:vAlign w:val="center"/>
          </w:tcPr>
          <w:p w14:paraId="3BAA0D26" w14:textId="77777777" w:rsidR="00C54C05" w:rsidRDefault="00C54C05"/>
        </w:tc>
        <w:tc>
          <w:tcPr>
            <w:tcW w:w="3408" w:type="dxa"/>
            <w:vAlign w:val="center"/>
          </w:tcPr>
          <w:p w14:paraId="05C74001" w14:textId="77777777" w:rsidR="00C54C05" w:rsidRDefault="00C54C05"/>
        </w:tc>
        <w:tc>
          <w:tcPr>
            <w:tcW w:w="3408" w:type="dxa"/>
            <w:vAlign w:val="center"/>
          </w:tcPr>
          <w:p w14:paraId="47EF07A2" w14:textId="77777777" w:rsidR="00C54C05" w:rsidRDefault="00C54C05"/>
        </w:tc>
      </w:tr>
    </w:tbl>
    <w:p w14:paraId="24360E41" w14:textId="77777777" w:rsidR="00C54C05" w:rsidRDefault="00000000">
      <w:pPr>
        <w:pStyle w:val="Heading1"/>
      </w:pPr>
      <w:r>
        <w:t>12. Activity 8 – CPD 2026 Curriculum Training</w:t>
      </w:r>
    </w:p>
    <w:p w14:paraId="48CD9387" w14:textId="77777777" w:rsidR="00C54C05" w:rsidRDefault="00000000">
      <w:r>
        <w:t>Identify curriculum areas discussed in the CPD 2026 Curriculum Training that are relevant to your professional development.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54C05" w14:paraId="242580BB" w14:textId="77777777" w:rsidTr="00ED29A7">
        <w:trPr>
          <w:jc w:val="center"/>
        </w:trPr>
        <w:tc>
          <w:tcPr>
            <w:tcW w:w="3408" w:type="dxa"/>
            <w:shd w:val="clear" w:color="auto" w:fill="C00000"/>
            <w:vAlign w:val="center"/>
          </w:tcPr>
          <w:p w14:paraId="11A17990" w14:textId="77777777" w:rsidR="00C54C05" w:rsidRDefault="00000000">
            <w:r>
              <w:rPr>
                <w:b/>
                <w:color w:val="FFFFFF"/>
                <w:sz w:val="18"/>
              </w:rPr>
              <w:t>Curriculum Area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7AC142C7" w14:textId="77777777" w:rsidR="00C54C05" w:rsidRDefault="00000000">
            <w:r>
              <w:rPr>
                <w:b/>
                <w:color w:val="FFFFFF"/>
                <w:sz w:val="18"/>
              </w:rPr>
              <w:t>Why It Is Relevant to Me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632BD8B5" w14:textId="77777777" w:rsidR="00C54C05" w:rsidRDefault="00000000">
            <w:r>
              <w:rPr>
                <w:b/>
                <w:color w:val="FFFFFF"/>
                <w:sz w:val="18"/>
              </w:rPr>
              <w:t>Planned Action</w:t>
            </w:r>
          </w:p>
        </w:tc>
      </w:tr>
      <w:tr w:rsidR="00C54C05" w14:paraId="2D842455" w14:textId="77777777">
        <w:trPr>
          <w:jc w:val="center"/>
        </w:trPr>
        <w:tc>
          <w:tcPr>
            <w:tcW w:w="3408" w:type="dxa"/>
            <w:vAlign w:val="center"/>
          </w:tcPr>
          <w:p w14:paraId="4DC84BC4" w14:textId="77777777" w:rsidR="00C54C05" w:rsidRDefault="00C54C05"/>
        </w:tc>
        <w:tc>
          <w:tcPr>
            <w:tcW w:w="3408" w:type="dxa"/>
            <w:vAlign w:val="center"/>
          </w:tcPr>
          <w:p w14:paraId="180F8322" w14:textId="77777777" w:rsidR="00C54C05" w:rsidRDefault="00C54C05"/>
        </w:tc>
        <w:tc>
          <w:tcPr>
            <w:tcW w:w="3408" w:type="dxa"/>
            <w:vAlign w:val="center"/>
          </w:tcPr>
          <w:p w14:paraId="26267C88" w14:textId="77777777" w:rsidR="00C54C05" w:rsidRDefault="00C54C05"/>
        </w:tc>
      </w:tr>
      <w:tr w:rsidR="00C54C05" w14:paraId="6094C82E" w14:textId="77777777">
        <w:trPr>
          <w:jc w:val="center"/>
        </w:trPr>
        <w:tc>
          <w:tcPr>
            <w:tcW w:w="3408" w:type="dxa"/>
            <w:vAlign w:val="center"/>
          </w:tcPr>
          <w:p w14:paraId="417289D3" w14:textId="77777777" w:rsidR="00C54C05" w:rsidRDefault="00C54C05"/>
        </w:tc>
        <w:tc>
          <w:tcPr>
            <w:tcW w:w="3408" w:type="dxa"/>
            <w:vAlign w:val="center"/>
          </w:tcPr>
          <w:p w14:paraId="621E3F4A" w14:textId="77777777" w:rsidR="00C54C05" w:rsidRDefault="00C54C05"/>
        </w:tc>
        <w:tc>
          <w:tcPr>
            <w:tcW w:w="3408" w:type="dxa"/>
            <w:vAlign w:val="center"/>
          </w:tcPr>
          <w:p w14:paraId="3D6ED958" w14:textId="77777777" w:rsidR="00C54C05" w:rsidRDefault="00C54C05"/>
        </w:tc>
      </w:tr>
      <w:tr w:rsidR="00C54C05" w14:paraId="37256D42" w14:textId="77777777">
        <w:trPr>
          <w:jc w:val="center"/>
        </w:trPr>
        <w:tc>
          <w:tcPr>
            <w:tcW w:w="3408" w:type="dxa"/>
            <w:vAlign w:val="center"/>
          </w:tcPr>
          <w:p w14:paraId="46D063ED" w14:textId="77777777" w:rsidR="00C54C05" w:rsidRDefault="00C54C05"/>
        </w:tc>
        <w:tc>
          <w:tcPr>
            <w:tcW w:w="3408" w:type="dxa"/>
            <w:vAlign w:val="center"/>
          </w:tcPr>
          <w:p w14:paraId="4396656C" w14:textId="77777777" w:rsidR="00C54C05" w:rsidRDefault="00C54C05"/>
        </w:tc>
        <w:tc>
          <w:tcPr>
            <w:tcW w:w="3408" w:type="dxa"/>
            <w:vAlign w:val="center"/>
          </w:tcPr>
          <w:p w14:paraId="7BBDB068" w14:textId="77777777" w:rsidR="00C54C05" w:rsidRDefault="00C54C05"/>
        </w:tc>
      </w:tr>
      <w:tr w:rsidR="00C54C05" w14:paraId="1455C5DF" w14:textId="77777777">
        <w:trPr>
          <w:jc w:val="center"/>
        </w:trPr>
        <w:tc>
          <w:tcPr>
            <w:tcW w:w="3408" w:type="dxa"/>
            <w:vAlign w:val="center"/>
          </w:tcPr>
          <w:p w14:paraId="31DD50F9" w14:textId="77777777" w:rsidR="00C54C05" w:rsidRDefault="00C54C05"/>
        </w:tc>
        <w:tc>
          <w:tcPr>
            <w:tcW w:w="3408" w:type="dxa"/>
            <w:vAlign w:val="center"/>
          </w:tcPr>
          <w:p w14:paraId="12782BB0" w14:textId="77777777" w:rsidR="00C54C05" w:rsidRDefault="00C54C05"/>
        </w:tc>
        <w:tc>
          <w:tcPr>
            <w:tcW w:w="3408" w:type="dxa"/>
            <w:vAlign w:val="center"/>
          </w:tcPr>
          <w:p w14:paraId="2730C080" w14:textId="77777777" w:rsidR="00C54C05" w:rsidRDefault="00C54C05"/>
        </w:tc>
      </w:tr>
    </w:tbl>
    <w:p w14:paraId="3994A78C" w14:textId="77777777" w:rsidR="00C54C05" w:rsidRDefault="00000000">
      <w:pPr>
        <w:pStyle w:val="Heading1"/>
      </w:pPr>
      <w:r>
        <w:t>13. My CPD Questions for Follow-Up</w:t>
      </w:r>
    </w:p>
    <w:p w14:paraId="16EC6DCB" w14:textId="77777777" w:rsidR="00C54C05" w:rsidRDefault="00000000">
      <w:r>
        <w:t>____________________________________________________________________________________________________</w:t>
      </w:r>
    </w:p>
    <w:p w14:paraId="073CC69D" w14:textId="77777777" w:rsidR="00C54C05" w:rsidRDefault="00000000">
      <w:r>
        <w:t>____________________________________________________________________________________________________</w:t>
      </w:r>
    </w:p>
    <w:p w14:paraId="419C1B8C" w14:textId="77777777" w:rsidR="00C54C05" w:rsidRDefault="00000000">
      <w:r>
        <w:t>____________________________________________________________________________________________________</w:t>
      </w:r>
    </w:p>
    <w:p w14:paraId="1CD9B1A3" w14:textId="77777777" w:rsidR="00C54C05" w:rsidRDefault="00000000">
      <w:r>
        <w:t>____________________________________________________________________________________________________</w:t>
      </w:r>
    </w:p>
    <w:p w14:paraId="668083A4" w14:textId="77777777" w:rsidR="00C54C05" w:rsidRDefault="00000000">
      <w:r>
        <w:t>____________________________________________________________________________________________________</w:t>
      </w:r>
    </w:p>
    <w:p w14:paraId="6B472B14" w14:textId="77777777" w:rsidR="00C54C05" w:rsidRDefault="00000000">
      <w:pPr>
        <w:pStyle w:val="Heading1"/>
      </w:pPr>
      <w:r>
        <w:t>14. My CPD Commitment</w:t>
      </w:r>
    </w:p>
    <w:p w14:paraId="244C8BD0" w14:textId="77777777" w:rsidR="00C54C05" w:rsidRDefault="00000000">
      <w:r>
        <w:t>One CPD habit I will establish: ________________________________________________</w:t>
      </w:r>
    </w:p>
    <w:p w14:paraId="279C7378" w14:textId="77777777" w:rsidR="00C54C05" w:rsidRDefault="00000000">
      <w:r>
        <w:t>One development area I will prioritise: ________________________________________</w:t>
      </w:r>
    </w:p>
    <w:p w14:paraId="38069251" w14:textId="77777777" w:rsidR="00C54C05" w:rsidRDefault="00000000">
      <w:r>
        <w:t>One record/evidence habit I will maintain: ______________________________________</w:t>
      </w:r>
    </w:p>
    <w:p w14:paraId="6F281174" w14:textId="77777777" w:rsidR="00C54C05" w:rsidRDefault="00000000">
      <w:pPr>
        <w:pStyle w:val="Heading1"/>
      </w:pPr>
      <w:r>
        <w:t>15. Session 4 Reflection</w:t>
      </w:r>
    </w:p>
    <w:p w14:paraId="6F327BC9" w14:textId="77777777" w:rsidR="00C54C05" w:rsidRDefault="00000000">
      <w:r>
        <w:t>What has changed in your understanding of CPD as a result of this session?</w:t>
      </w:r>
    </w:p>
    <w:p w14:paraId="7EC3B664" w14:textId="77777777" w:rsidR="00C54C05" w:rsidRDefault="00000000">
      <w:r>
        <w:t>____________________________________________________________________________________________________</w:t>
      </w:r>
    </w:p>
    <w:p w14:paraId="35391B95" w14:textId="77777777" w:rsidR="00C54C05" w:rsidRDefault="00000000">
      <w:r>
        <w:t>____________________________________________________________________________________________________</w:t>
      </w:r>
    </w:p>
    <w:p w14:paraId="6AE3E357" w14:textId="77777777" w:rsidR="00C54C05" w:rsidRDefault="00000000">
      <w:r>
        <w:t>____________________________________________________________________________________________________</w:t>
      </w:r>
    </w:p>
    <w:p w14:paraId="439573FF" w14:textId="77777777" w:rsidR="00C54C05" w:rsidRDefault="00000000">
      <w:r>
        <w:lastRenderedPageBreak/>
        <w:t>____________________________________________________________________________________________________</w:t>
      </w:r>
    </w:p>
    <w:p w14:paraId="578FCCFC" w14:textId="77777777" w:rsidR="00C54C05" w:rsidRDefault="00000000">
      <w:r>
        <w:t>____________________________________________________________________________________________________</w:t>
      </w:r>
    </w:p>
    <w:p w14:paraId="42B7C719" w14:textId="77777777" w:rsidR="00C54C05" w:rsidRDefault="00000000">
      <w:pPr>
        <w:pStyle w:val="Heading1"/>
      </w:pPr>
      <w:r>
        <w:t>16. Next Session</w:t>
      </w:r>
    </w:p>
    <w:p w14:paraId="1F5DE4F9" w14:textId="77777777" w:rsidR="00C54C05" w:rsidRDefault="00000000">
      <w:r>
        <w:t>Session 5: Real Estate Sales Practice &amp; Digital Marketing | 03 November 2026 | 09:00–11:00</w:t>
      </w:r>
    </w:p>
    <w:p w14:paraId="7025E498" w14:textId="77777777" w:rsidR="00C54C05" w:rsidRDefault="00000000">
      <w:pPr>
        <w:pStyle w:val="Heading1"/>
      </w:pPr>
      <w:r>
        <w:t>17. Document Control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54C05" w14:paraId="72FDFD7A" w14:textId="77777777" w:rsidTr="00ED29A7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78BF87A3" w14:textId="77777777" w:rsidR="00C54C05" w:rsidRDefault="00000000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66C3721F" w14:textId="77777777" w:rsidR="00C54C05" w:rsidRDefault="00000000"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C54C05" w14:paraId="4CC25043" w14:textId="77777777">
        <w:trPr>
          <w:jc w:val="center"/>
        </w:trPr>
        <w:tc>
          <w:tcPr>
            <w:tcW w:w="5112" w:type="dxa"/>
            <w:vAlign w:val="center"/>
          </w:tcPr>
          <w:p w14:paraId="14F238F2" w14:textId="77777777" w:rsidR="00C54C05" w:rsidRDefault="00000000">
            <w:r>
              <w:rPr>
                <w:sz w:val="18"/>
              </w:rPr>
              <w:t>Document</w:t>
            </w:r>
          </w:p>
        </w:tc>
        <w:tc>
          <w:tcPr>
            <w:tcW w:w="5112" w:type="dxa"/>
            <w:vAlign w:val="center"/>
          </w:tcPr>
          <w:p w14:paraId="2B7F468D" w14:textId="77777777" w:rsidR="00C54C05" w:rsidRDefault="00000000">
            <w:r>
              <w:rPr>
                <w:sz w:val="18"/>
              </w:rPr>
              <w:t>Session 4 Learner Workbook</w:t>
            </w:r>
          </w:p>
        </w:tc>
      </w:tr>
      <w:tr w:rsidR="00C54C05" w14:paraId="4C9215CC" w14:textId="77777777">
        <w:trPr>
          <w:jc w:val="center"/>
        </w:trPr>
        <w:tc>
          <w:tcPr>
            <w:tcW w:w="5112" w:type="dxa"/>
            <w:vAlign w:val="center"/>
          </w:tcPr>
          <w:p w14:paraId="558DE74A" w14:textId="77777777" w:rsidR="00C54C05" w:rsidRDefault="00000000">
            <w:r>
              <w:rPr>
                <w:sz w:val="18"/>
              </w:rPr>
              <w:t>Version</w:t>
            </w:r>
          </w:p>
        </w:tc>
        <w:tc>
          <w:tcPr>
            <w:tcW w:w="5112" w:type="dxa"/>
            <w:vAlign w:val="center"/>
          </w:tcPr>
          <w:p w14:paraId="3FEEF0A1" w14:textId="77777777" w:rsidR="00C54C05" w:rsidRDefault="00000000">
            <w:r>
              <w:rPr>
                <w:sz w:val="18"/>
              </w:rPr>
              <w:t>1.0</w:t>
            </w:r>
          </w:p>
        </w:tc>
      </w:tr>
      <w:tr w:rsidR="00C54C05" w14:paraId="51A7D7AF" w14:textId="77777777">
        <w:trPr>
          <w:jc w:val="center"/>
        </w:trPr>
        <w:tc>
          <w:tcPr>
            <w:tcW w:w="5112" w:type="dxa"/>
            <w:vAlign w:val="center"/>
          </w:tcPr>
          <w:p w14:paraId="1B5B0DA0" w14:textId="77777777" w:rsidR="00C54C05" w:rsidRDefault="00000000">
            <w:r>
              <w:rPr>
                <w:sz w:val="18"/>
              </w:rPr>
              <w:t>Programme</w:t>
            </w:r>
          </w:p>
        </w:tc>
        <w:tc>
          <w:tcPr>
            <w:tcW w:w="5112" w:type="dxa"/>
            <w:vAlign w:val="center"/>
          </w:tcPr>
          <w:p w14:paraId="0F2676CA" w14:textId="77777777" w:rsidR="00C54C05" w:rsidRDefault="00000000">
            <w:r>
              <w:rPr>
                <w:sz w:val="18"/>
              </w:rPr>
              <w:t>KZN Real Estate Learnership Programme – Post-Training Support</w:t>
            </w:r>
          </w:p>
        </w:tc>
      </w:tr>
      <w:tr w:rsidR="00C54C05" w14:paraId="19EBC021" w14:textId="77777777">
        <w:trPr>
          <w:jc w:val="center"/>
        </w:trPr>
        <w:tc>
          <w:tcPr>
            <w:tcW w:w="5112" w:type="dxa"/>
            <w:vAlign w:val="center"/>
          </w:tcPr>
          <w:p w14:paraId="2F0A262C" w14:textId="77777777" w:rsidR="00C54C05" w:rsidRDefault="00000000">
            <w:r>
              <w:rPr>
                <w:sz w:val="18"/>
              </w:rPr>
              <w:t>Date</w:t>
            </w:r>
          </w:p>
        </w:tc>
        <w:tc>
          <w:tcPr>
            <w:tcW w:w="5112" w:type="dxa"/>
            <w:vAlign w:val="center"/>
          </w:tcPr>
          <w:p w14:paraId="33673868" w14:textId="77777777" w:rsidR="00C54C05" w:rsidRDefault="00000000">
            <w:r>
              <w:rPr>
                <w:sz w:val="18"/>
              </w:rPr>
              <w:t>October 2026</w:t>
            </w:r>
          </w:p>
        </w:tc>
      </w:tr>
    </w:tbl>
    <w:p w14:paraId="04367D5F" w14:textId="77777777" w:rsidR="00251F5C" w:rsidRDefault="00251F5C"/>
    <w:sectPr w:rsidR="00251F5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D2E8" w14:textId="77777777" w:rsidR="00A109C4" w:rsidRDefault="00A109C4">
      <w:pPr>
        <w:spacing w:after="0" w:line="240" w:lineRule="auto"/>
      </w:pPr>
      <w:r>
        <w:separator/>
      </w:r>
    </w:p>
  </w:endnote>
  <w:endnote w:type="continuationSeparator" w:id="0">
    <w:p w14:paraId="4F847031" w14:textId="77777777" w:rsidR="00A109C4" w:rsidRDefault="00A10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05122" w14:textId="77777777" w:rsidR="00C54C05" w:rsidRDefault="00000000">
    <w:pPr>
      <w:pStyle w:val="Footer"/>
      <w:jc w:val="center"/>
    </w:pPr>
    <w:r>
      <w:rPr>
        <w:sz w:val="16"/>
      </w:rPr>
      <w:t xml:space="preserve">PPRA KZN Real Estate Learnership </w:t>
    </w:r>
    <w:proofErr w:type="spellStart"/>
    <w:r>
      <w:rPr>
        <w:sz w:val="16"/>
      </w:rPr>
      <w:t>Programme</w:t>
    </w:r>
    <w:proofErr w:type="spellEnd"/>
    <w:r>
      <w:rPr>
        <w:sz w:val="16"/>
      </w:rPr>
      <w:t xml:space="preserve"> | Post-Training Support </w:t>
    </w:r>
    <w:proofErr w:type="spellStart"/>
    <w:r>
      <w:rPr>
        <w:sz w:val="16"/>
      </w:rPr>
      <w:t>Programme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C830F" w14:textId="77777777" w:rsidR="00A109C4" w:rsidRDefault="00A109C4">
      <w:pPr>
        <w:spacing w:after="0" w:line="240" w:lineRule="auto"/>
      </w:pPr>
      <w:r>
        <w:separator/>
      </w:r>
    </w:p>
  </w:footnote>
  <w:footnote w:type="continuationSeparator" w:id="0">
    <w:p w14:paraId="1BE41F06" w14:textId="77777777" w:rsidR="00A109C4" w:rsidRDefault="00A10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C69A" w14:textId="5423ED6F" w:rsidR="00C54C05" w:rsidRDefault="00C54C0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859181">
    <w:abstractNumId w:val="8"/>
  </w:num>
  <w:num w:numId="2" w16cid:durableId="531725534">
    <w:abstractNumId w:val="6"/>
  </w:num>
  <w:num w:numId="3" w16cid:durableId="1026715135">
    <w:abstractNumId w:val="5"/>
  </w:num>
  <w:num w:numId="4" w16cid:durableId="1238858742">
    <w:abstractNumId w:val="4"/>
  </w:num>
  <w:num w:numId="5" w16cid:durableId="1276791728">
    <w:abstractNumId w:val="7"/>
  </w:num>
  <w:num w:numId="6" w16cid:durableId="1439136984">
    <w:abstractNumId w:val="3"/>
  </w:num>
  <w:num w:numId="7" w16cid:durableId="1016419955">
    <w:abstractNumId w:val="2"/>
  </w:num>
  <w:num w:numId="8" w16cid:durableId="1034383303">
    <w:abstractNumId w:val="1"/>
  </w:num>
  <w:num w:numId="9" w16cid:durableId="187152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629"/>
    <w:rsid w:val="0015074B"/>
    <w:rsid w:val="0024370F"/>
    <w:rsid w:val="00251F5C"/>
    <w:rsid w:val="0029639D"/>
    <w:rsid w:val="00326F90"/>
    <w:rsid w:val="006A1E8C"/>
    <w:rsid w:val="00A109C4"/>
    <w:rsid w:val="00AA1D8D"/>
    <w:rsid w:val="00B47730"/>
    <w:rsid w:val="00C54C05"/>
    <w:rsid w:val="00CB0664"/>
    <w:rsid w:val="00EB4C34"/>
    <w:rsid w:val="00ED29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6142068"/>
  <w14:defaultImageDpi w14:val="300"/>
  <w15:docId w15:val="{8B98395D-6BB3-7D46-8E52-CD635C12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3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B2222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4E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715</Words>
  <Characters>4855</Characters>
  <Application>Microsoft Office Word</Application>
  <DocSecurity>0</DocSecurity>
  <Lines>211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Madoda Khuzwayo</cp:lastModifiedBy>
  <cp:revision>4</cp:revision>
  <dcterms:created xsi:type="dcterms:W3CDTF">2013-12-23T23:15:00Z</dcterms:created>
  <dcterms:modified xsi:type="dcterms:W3CDTF">2026-10-03T13:19:00Z</dcterms:modified>
  <cp:category/>
</cp:coreProperties>
</file>