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03EEF" w14:textId="77777777" w:rsidR="009B33E3" w:rsidRDefault="009B33E3" w:rsidP="009B33E3">
      <w:pPr>
        <w:jc w:val="center"/>
        <w:rPr>
          <w:b/>
          <w:sz w:val="22"/>
        </w:rPr>
      </w:pPr>
      <w:r w:rsidRPr="00131122">
        <w:rPr>
          <w:noProof/>
        </w:rPr>
        <w:drawing>
          <wp:inline distT="0" distB="0" distL="0" distR="0" wp14:anchorId="0C3D6988" wp14:editId="2B062E45">
            <wp:extent cx="2224585" cy="1796532"/>
            <wp:effectExtent l="0" t="0" r="0" b="0"/>
            <wp:docPr id="1945015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015294" name=""/>
                    <pic:cNvPicPr/>
                  </pic:nvPicPr>
                  <pic:blipFill>
                    <a:blip r:embed="rId8"/>
                    <a:stretch>
                      <a:fillRect/>
                    </a:stretch>
                  </pic:blipFill>
                  <pic:spPr>
                    <a:xfrm>
                      <a:off x="0" y="0"/>
                      <a:ext cx="2318606" cy="1872461"/>
                    </a:xfrm>
                    <a:prstGeom prst="rect">
                      <a:avLst/>
                    </a:prstGeom>
                  </pic:spPr>
                </pic:pic>
              </a:graphicData>
            </a:graphic>
          </wp:inline>
        </w:drawing>
      </w:r>
    </w:p>
    <w:p w14:paraId="29581504" w14:textId="44403660" w:rsidR="00C8312D" w:rsidRDefault="009B33E3">
      <w:pPr>
        <w:jc w:val="center"/>
      </w:pPr>
      <w:r>
        <w:rPr>
          <w:b/>
          <w:sz w:val="22"/>
        </w:rPr>
        <w:t xml:space="preserve">REAL ESTATE </w:t>
      </w:r>
      <w:r>
        <w:rPr>
          <w:b/>
          <w:color w:val="263238"/>
          <w:sz w:val="22"/>
        </w:rPr>
        <w:t>POST-TRAINING SUPPORT PROGRAMME</w:t>
      </w:r>
      <w:r>
        <w:rPr>
          <w:b/>
          <w:sz w:val="24"/>
        </w:rPr>
        <w:br/>
      </w:r>
      <w:r>
        <w:rPr>
          <w:b/>
          <w:sz w:val="24"/>
        </w:rPr>
        <w:br/>
      </w:r>
      <w:r w:rsidR="00000000">
        <w:rPr>
          <w:color w:val="C00000"/>
          <w:sz w:val="10"/>
        </w:rPr>
        <w:t>━━━━━━━━━━━━━━━━━━━━━━━━━━━━━━━━━━━━━━━━━━━━━━━━━━━━━━━━━━━━━━━━━━━━━━━━━━━━━━━━━━━━━━━━</w:t>
      </w:r>
    </w:p>
    <w:p w14:paraId="332B0695" w14:textId="77777777" w:rsidR="00C8312D" w:rsidRDefault="00000000">
      <w:pPr>
        <w:spacing w:before="400"/>
        <w:jc w:val="center"/>
      </w:pPr>
      <w:r>
        <w:rPr>
          <w:b/>
          <w:sz w:val="40"/>
        </w:rPr>
        <w:t>POST-TRAINING SUPPORT PROGRAMME</w:t>
      </w:r>
    </w:p>
    <w:p w14:paraId="14A84A96" w14:textId="77777777" w:rsidR="00C8312D" w:rsidRDefault="00000000">
      <w:pPr>
        <w:jc w:val="center"/>
      </w:pPr>
      <w:r>
        <w:rPr>
          <w:b/>
          <w:color w:val="C00000"/>
          <w:sz w:val="28"/>
        </w:rPr>
        <w:t>KZN REAL ESTATE LEARNERSHIP PROGRAMME</w:t>
      </w:r>
    </w:p>
    <w:p w14:paraId="174228C6" w14:textId="77777777" w:rsidR="00C8312D" w:rsidRDefault="00000000">
      <w:pPr>
        <w:spacing w:before="400"/>
        <w:jc w:val="center"/>
      </w:pPr>
      <w:r>
        <w:rPr>
          <w:b/>
          <w:sz w:val="38"/>
        </w:rPr>
        <w:t>SESSION 1 LEARNER WORKBOOK</w:t>
      </w:r>
    </w:p>
    <w:p w14:paraId="6022E3F5" w14:textId="77777777" w:rsidR="00C8312D" w:rsidRDefault="00000000">
      <w:pPr>
        <w:jc w:val="center"/>
      </w:pPr>
      <w:r>
        <w:rPr>
          <w:b/>
          <w:sz w:val="30"/>
        </w:rPr>
        <w:t>Virtual Onboarding &amp; Digital Readiness</w:t>
      </w:r>
    </w:p>
    <w:p w14:paraId="35901867" w14:textId="77777777" w:rsidR="00C8312D" w:rsidRDefault="00000000">
      <w:pPr>
        <w:spacing w:before="320"/>
        <w:jc w:val="center"/>
      </w:pPr>
      <w:r>
        <w:rPr>
          <w:b/>
          <w:sz w:val="22"/>
        </w:rPr>
        <w:t>06 October 2026 | 09:00–11:00 | Virtual</w:t>
      </w:r>
    </w:p>
    <w:tbl>
      <w:tblPr>
        <w:tblStyle w:val="TableGrid"/>
        <w:tblW w:w="0" w:type="auto"/>
        <w:jc w:val="center"/>
        <w:tblLook w:val="04A0" w:firstRow="1" w:lastRow="0" w:firstColumn="1" w:lastColumn="0" w:noHBand="0" w:noVBand="1"/>
      </w:tblPr>
      <w:tblGrid>
        <w:gridCol w:w="2541"/>
        <w:gridCol w:w="2541"/>
        <w:gridCol w:w="2541"/>
        <w:gridCol w:w="2541"/>
      </w:tblGrid>
      <w:tr w:rsidR="00C8312D" w14:paraId="66907A2A" w14:textId="77777777">
        <w:trPr>
          <w:jc w:val="center"/>
        </w:trPr>
        <w:tc>
          <w:tcPr>
            <w:tcW w:w="2541" w:type="dxa"/>
            <w:shd w:val="clear" w:color="auto" w:fill="C00000"/>
            <w:tcMar>
              <w:top w:w="90" w:type="dxa"/>
              <w:left w:w="100" w:type="dxa"/>
              <w:bottom w:w="90" w:type="dxa"/>
              <w:right w:w="100" w:type="dxa"/>
            </w:tcMar>
            <w:vAlign w:val="center"/>
          </w:tcPr>
          <w:p w14:paraId="7404FE8F" w14:textId="77777777" w:rsidR="00C8312D" w:rsidRDefault="00000000">
            <w:r>
              <w:rPr>
                <w:b/>
                <w:color w:val="FFFFFF"/>
                <w:sz w:val="18"/>
              </w:rPr>
              <w:t>Programme</w:t>
            </w:r>
          </w:p>
        </w:tc>
        <w:tc>
          <w:tcPr>
            <w:tcW w:w="2541" w:type="dxa"/>
            <w:shd w:val="clear" w:color="auto" w:fill="F5F6F8"/>
            <w:tcMar>
              <w:top w:w="90" w:type="dxa"/>
              <w:left w:w="100" w:type="dxa"/>
              <w:bottom w:w="90" w:type="dxa"/>
              <w:right w:w="100" w:type="dxa"/>
            </w:tcMar>
            <w:vAlign w:val="center"/>
          </w:tcPr>
          <w:p w14:paraId="7EA6974D" w14:textId="77777777" w:rsidR="00C8312D" w:rsidRDefault="00000000">
            <w:r>
              <w:rPr>
                <w:sz w:val="18"/>
              </w:rPr>
              <w:t>KZN Real Estate Learnership Programme</w:t>
            </w:r>
          </w:p>
        </w:tc>
        <w:tc>
          <w:tcPr>
            <w:tcW w:w="2541" w:type="dxa"/>
            <w:shd w:val="clear" w:color="auto" w:fill="C00000"/>
            <w:tcMar>
              <w:top w:w="90" w:type="dxa"/>
              <w:left w:w="100" w:type="dxa"/>
              <w:bottom w:w="90" w:type="dxa"/>
              <w:right w:w="100" w:type="dxa"/>
            </w:tcMar>
            <w:vAlign w:val="center"/>
          </w:tcPr>
          <w:p w14:paraId="58075FA1" w14:textId="77777777" w:rsidR="00C8312D" w:rsidRDefault="00000000">
            <w:r>
              <w:rPr>
                <w:b/>
                <w:color w:val="FFFFFF"/>
                <w:sz w:val="18"/>
              </w:rPr>
              <w:t>Session</w:t>
            </w:r>
          </w:p>
        </w:tc>
        <w:tc>
          <w:tcPr>
            <w:tcW w:w="2541" w:type="dxa"/>
            <w:shd w:val="clear" w:color="auto" w:fill="F5F6F8"/>
            <w:tcMar>
              <w:top w:w="90" w:type="dxa"/>
              <w:left w:w="100" w:type="dxa"/>
              <w:bottom w:w="90" w:type="dxa"/>
              <w:right w:w="100" w:type="dxa"/>
            </w:tcMar>
            <w:vAlign w:val="center"/>
          </w:tcPr>
          <w:p w14:paraId="2DEC8AAA" w14:textId="77777777" w:rsidR="00C8312D" w:rsidRDefault="00000000">
            <w:r>
              <w:rPr>
                <w:sz w:val="18"/>
              </w:rPr>
              <w:t>1 of 10</w:t>
            </w:r>
          </w:p>
        </w:tc>
      </w:tr>
      <w:tr w:rsidR="00C8312D" w14:paraId="6ED120F1" w14:textId="77777777">
        <w:trPr>
          <w:jc w:val="center"/>
        </w:trPr>
        <w:tc>
          <w:tcPr>
            <w:tcW w:w="2541" w:type="dxa"/>
            <w:shd w:val="clear" w:color="auto" w:fill="C00000"/>
            <w:tcMar>
              <w:top w:w="90" w:type="dxa"/>
              <w:left w:w="100" w:type="dxa"/>
              <w:bottom w:w="90" w:type="dxa"/>
              <w:right w:w="100" w:type="dxa"/>
            </w:tcMar>
            <w:vAlign w:val="center"/>
          </w:tcPr>
          <w:p w14:paraId="4FAB985D" w14:textId="77777777" w:rsidR="00C8312D" w:rsidRDefault="00000000">
            <w:r>
              <w:rPr>
                <w:b/>
                <w:color w:val="FFFFFF"/>
                <w:sz w:val="18"/>
              </w:rPr>
              <w:t>Beneficiaries</w:t>
            </w:r>
          </w:p>
        </w:tc>
        <w:tc>
          <w:tcPr>
            <w:tcW w:w="2541" w:type="dxa"/>
            <w:shd w:val="clear" w:color="auto" w:fill="F5F6F8"/>
            <w:tcMar>
              <w:top w:w="90" w:type="dxa"/>
              <w:left w:w="100" w:type="dxa"/>
              <w:bottom w:w="90" w:type="dxa"/>
              <w:right w:w="100" w:type="dxa"/>
            </w:tcMar>
            <w:vAlign w:val="center"/>
          </w:tcPr>
          <w:p w14:paraId="05011256" w14:textId="77777777" w:rsidR="00C8312D" w:rsidRDefault="00000000">
            <w:r>
              <w:rPr>
                <w:sz w:val="18"/>
              </w:rPr>
              <w:t>454 Learners</w:t>
            </w:r>
          </w:p>
        </w:tc>
        <w:tc>
          <w:tcPr>
            <w:tcW w:w="2541" w:type="dxa"/>
            <w:shd w:val="clear" w:color="auto" w:fill="C00000"/>
            <w:tcMar>
              <w:top w:w="90" w:type="dxa"/>
              <w:left w:w="100" w:type="dxa"/>
              <w:bottom w:w="90" w:type="dxa"/>
              <w:right w:w="100" w:type="dxa"/>
            </w:tcMar>
            <w:vAlign w:val="center"/>
          </w:tcPr>
          <w:p w14:paraId="15292BF6" w14:textId="77777777" w:rsidR="00C8312D" w:rsidRDefault="00000000">
            <w:r>
              <w:rPr>
                <w:b/>
                <w:color w:val="FFFFFF"/>
                <w:sz w:val="18"/>
              </w:rPr>
              <w:t>Facilitator</w:t>
            </w:r>
          </w:p>
        </w:tc>
        <w:tc>
          <w:tcPr>
            <w:tcW w:w="2541" w:type="dxa"/>
            <w:shd w:val="clear" w:color="auto" w:fill="F5F6F8"/>
            <w:tcMar>
              <w:top w:w="90" w:type="dxa"/>
              <w:left w:w="100" w:type="dxa"/>
              <w:bottom w:w="90" w:type="dxa"/>
              <w:right w:w="100" w:type="dxa"/>
            </w:tcMar>
            <w:vAlign w:val="center"/>
          </w:tcPr>
          <w:p w14:paraId="6788311D" w14:textId="77777777" w:rsidR="00C8312D" w:rsidRDefault="00000000">
            <w:r>
              <w:rPr>
                <w:sz w:val="18"/>
              </w:rPr>
              <w:t>Hlubi Dlomo</w:t>
            </w:r>
          </w:p>
        </w:tc>
      </w:tr>
      <w:tr w:rsidR="00C8312D" w14:paraId="1697F6F8" w14:textId="77777777">
        <w:trPr>
          <w:jc w:val="center"/>
        </w:trPr>
        <w:tc>
          <w:tcPr>
            <w:tcW w:w="2541" w:type="dxa"/>
            <w:shd w:val="clear" w:color="auto" w:fill="C00000"/>
            <w:tcMar>
              <w:top w:w="90" w:type="dxa"/>
              <w:left w:w="100" w:type="dxa"/>
              <w:bottom w:w="90" w:type="dxa"/>
              <w:right w:w="100" w:type="dxa"/>
            </w:tcMar>
            <w:vAlign w:val="center"/>
          </w:tcPr>
          <w:p w14:paraId="67E99D9B" w14:textId="77777777" w:rsidR="00C8312D" w:rsidRDefault="00000000">
            <w:r>
              <w:rPr>
                <w:b/>
                <w:color w:val="FFFFFF"/>
                <w:sz w:val="18"/>
              </w:rPr>
              <w:t>Format</w:t>
            </w:r>
          </w:p>
        </w:tc>
        <w:tc>
          <w:tcPr>
            <w:tcW w:w="2541" w:type="dxa"/>
            <w:shd w:val="clear" w:color="auto" w:fill="F5F6F8"/>
            <w:tcMar>
              <w:top w:w="90" w:type="dxa"/>
              <w:left w:w="100" w:type="dxa"/>
              <w:bottom w:w="90" w:type="dxa"/>
              <w:right w:w="100" w:type="dxa"/>
            </w:tcMar>
            <w:vAlign w:val="center"/>
          </w:tcPr>
          <w:p w14:paraId="08503E45" w14:textId="77777777" w:rsidR="00C8312D" w:rsidRDefault="00000000">
            <w:r>
              <w:rPr>
                <w:sz w:val="18"/>
              </w:rPr>
              <w:t>Virtual Training / Masterclass</w:t>
            </w:r>
          </w:p>
        </w:tc>
        <w:tc>
          <w:tcPr>
            <w:tcW w:w="2541" w:type="dxa"/>
            <w:shd w:val="clear" w:color="auto" w:fill="C00000"/>
            <w:tcMar>
              <w:top w:w="90" w:type="dxa"/>
              <w:left w:w="100" w:type="dxa"/>
              <w:bottom w:w="90" w:type="dxa"/>
              <w:right w:w="100" w:type="dxa"/>
            </w:tcMar>
            <w:vAlign w:val="center"/>
          </w:tcPr>
          <w:p w14:paraId="09719351" w14:textId="77777777" w:rsidR="00C8312D" w:rsidRDefault="00000000">
            <w:r>
              <w:rPr>
                <w:b/>
                <w:color w:val="FFFFFF"/>
                <w:sz w:val="18"/>
              </w:rPr>
              <w:t>Cohort</w:t>
            </w:r>
          </w:p>
        </w:tc>
        <w:tc>
          <w:tcPr>
            <w:tcW w:w="2541" w:type="dxa"/>
            <w:shd w:val="clear" w:color="auto" w:fill="F5F6F8"/>
            <w:tcMar>
              <w:top w:w="90" w:type="dxa"/>
              <w:left w:w="100" w:type="dxa"/>
              <w:bottom w:w="90" w:type="dxa"/>
              <w:right w:w="100" w:type="dxa"/>
            </w:tcMar>
            <w:vAlign w:val="center"/>
          </w:tcPr>
          <w:p w14:paraId="652D5162" w14:textId="77777777" w:rsidR="00C8312D" w:rsidRDefault="00000000">
            <w:r>
              <w:rPr>
                <w:sz w:val="18"/>
              </w:rPr>
              <w:t>Joint Virtual Cohort</w:t>
            </w:r>
          </w:p>
        </w:tc>
      </w:tr>
      <w:tr w:rsidR="00C8312D" w14:paraId="0D9FEBF8" w14:textId="77777777">
        <w:trPr>
          <w:jc w:val="center"/>
        </w:trPr>
        <w:tc>
          <w:tcPr>
            <w:tcW w:w="2541" w:type="dxa"/>
            <w:shd w:val="clear" w:color="auto" w:fill="C00000"/>
            <w:tcMar>
              <w:top w:w="90" w:type="dxa"/>
              <w:left w:w="100" w:type="dxa"/>
              <w:bottom w:w="90" w:type="dxa"/>
              <w:right w:w="100" w:type="dxa"/>
            </w:tcMar>
            <w:vAlign w:val="center"/>
          </w:tcPr>
          <w:p w14:paraId="5EEA3DD1" w14:textId="77777777" w:rsidR="00C8312D" w:rsidRDefault="00000000">
            <w:r>
              <w:rPr>
                <w:b/>
                <w:color w:val="FFFFFF"/>
                <w:sz w:val="18"/>
              </w:rPr>
              <w:t>Duration</w:t>
            </w:r>
          </w:p>
        </w:tc>
        <w:tc>
          <w:tcPr>
            <w:tcW w:w="2541" w:type="dxa"/>
            <w:shd w:val="clear" w:color="auto" w:fill="F5F6F8"/>
            <w:tcMar>
              <w:top w:w="90" w:type="dxa"/>
              <w:left w:w="100" w:type="dxa"/>
              <w:bottom w:w="90" w:type="dxa"/>
              <w:right w:w="100" w:type="dxa"/>
            </w:tcMar>
            <w:vAlign w:val="center"/>
          </w:tcPr>
          <w:p w14:paraId="5B525DD4" w14:textId="77777777" w:rsidR="00C8312D" w:rsidRDefault="00000000">
            <w:r>
              <w:rPr>
                <w:sz w:val="18"/>
              </w:rPr>
              <w:t>2 Hours</w:t>
            </w:r>
          </w:p>
        </w:tc>
        <w:tc>
          <w:tcPr>
            <w:tcW w:w="2541" w:type="dxa"/>
            <w:shd w:val="clear" w:color="auto" w:fill="C00000"/>
            <w:tcMar>
              <w:top w:w="90" w:type="dxa"/>
              <w:left w:w="100" w:type="dxa"/>
              <w:bottom w:w="90" w:type="dxa"/>
              <w:right w:w="100" w:type="dxa"/>
            </w:tcMar>
            <w:vAlign w:val="center"/>
          </w:tcPr>
          <w:p w14:paraId="01E6853B" w14:textId="77777777" w:rsidR="00C8312D" w:rsidRDefault="00000000">
            <w:r>
              <w:rPr>
                <w:b/>
                <w:color w:val="FFFFFF"/>
                <w:sz w:val="18"/>
              </w:rPr>
              <w:t>Delivery</w:t>
            </w:r>
          </w:p>
        </w:tc>
        <w:tc>
          <w:tcPr>
            <w:tcW w:w="2541" w:type="dxa"/>
            <w:shd w:val="clear" w:color="auto" w:fill="F5F6F8"/>
            <w:tcMar>
              <w:top w:w="90" w:type="dxa"/>
              <w:left w:w="100" w:type="dxa"/>
              <w:bottom w:w="90" w:type="dxa"/>
              <w:right w:w="100" w:type="dxa"/>
            </w:tcMar>
            <w:vAlign w:val="center"/>
          </w:tcPr>
          <w:p w14:paraId="0391DB8A" w14:textId="77777777" w:rsidR="00C8312D" w:rsidRDefault="00000000">
            <w:r>
              <w:rPr>
                <w:sz w:val="18"/>
              </w:rPr>
              <w:t>Zoom / PPRA Post-Training Support Platform</w:t>
            </w:r>
          </w:p>
        </w:tc>
      </w:tr>
    </w:tbl>
    <w:p w14:paraId="4B2C415C" w14:textId="77777777" w:rsidR="00C8312D" w:rsidRDefault="00000000">
      <w:pPr>
        <w:spacing w:before="320"/>
        <w:jc w:val="center"/>
      </w:pPr>
      <w:r>
        <w:rPr>
          <w:b/>
          <w:color w:val="C00000"/>
          <w:sz w:val="18"/>
        </w:rPr>
        <w:t>LEARNER-FACING TRAINING RESOURCE</w:t>
      </w:r>
    </w:p>
    <w:p w14:paraId="7BD44872" w14:textId="77777777" w:rsidR="00C8312D" w:rsidRDefault="00000000">
      <w:r>
        <w:br w:type="page"/>
      </w:r>
    </w:p>
    <w:p w14:paraId="19EC25DE" w14:textId="77777777" w:rsidR="00C8312D" w:rsidRDefault="00000000">
      <w:pPr>
        <w:pStyle w:val="Heading1"/>
      </w:pPr>
      <w:r>
        <w:lastRenderedPageBreak/>
        <w:t>1. Welcome to Session 1</w:t>
      </w:r>
    </w:p>
    <w:p w14:paraId="13757112" w14:textId="77777777" w:rsidR="00C8312D" w:rsidRDefault="00000000">
      <w:r>
        <w:t>Welcome to Session 1 of the PPRA KZN Real Estate Learnership Programme Post-Training Support Programme. This session is designed to ensure that you are digitally ready to participate fully in the 10-week programme.</w:t>
      </w:r>
    </w:p>
    <w:p w14:paraId="1B7F7497" w14:textId="77777777" w:rsidR="00C8312D" w:rsidRDefault="00000000">
      <w:r>
        <w:t>During this session, you will become familiar with the Real Estate Post-Training Support Platform, confirm your access and registration, locate your digital learning materials and masterclass toolkits, learn how assignments will be submitted, and understand the standards that apply to participation in the virtual classroom.</w:t>
      </w:r>
    </w:p>
    <w:tbl>
      <w:tblPr>
        <w:tblW w:w="0" w:type="auto"/>
        <w:jc w:val="center"/>
        <w:tblLook w:val="04A0" w:firstRow="1" w:lastRow="0" w:firstColumn="1" w:lastColumn="0" w:noHBand="0" w:noVBand="1"/>
      </w:tblPr>
      <w:tblGrid>
        <w:gridCol w:w="10166"/>
      </w:tblGrid>
      <w:tr w:rsidR="00C8312D" w14:paraId="33142EF0" w14:textId="77777777">
        <w:trPr>
          <w:jc w:val="center"/>
        </w:trPr>
        <w:tc>
          <w:tcPr>
            <w:tcW w:w="10166" w:type="dxa"/>
            <w:shd w:val="clear" w:color="auto" w:fill="FDECEC"/>
            <w:tcMar>
              <w:top w:w="110" w:type="dxa"/>
              <w:left w:w="120" w:type="dxa"/>
              <w:bottom w:w="110" w:type="dxa"/>
              <w:right w:w="120" w:type="dxa"/>
            </w:tcMar>
          </w:tcPr>
          <w:p w14:paraId="03A88F6A" w14:textId="77777777" w:rsidR="00C8312D" w:rsidRDefault="00000000">
            <w:pPr>
              <w:spacing w:after="40"/>
            </w:pPr>
            <w:r>
              <w:rPr>
                <w:b/>
                <w:color w:val="C00000"/>
              </w:rPr>
              <w:t>Your goal for today</w:t>
            </w:r>
          </w:p>
          <w:p w14:paraId="74927EB7" w14:textId="77777777" w:rsidR="00C8312D" w:rsidRDefault="00000000">
            <w:pPr>
              <w:spacing w:after="0"/>
            </w:pPr>
            <w:r>
              <w:rPr>
                <w:sz w:val="18"/>
              </w:rPr>
              <w:t>By the end of this session, you should be able to independently access the programme's digital environment, find the resources you need and understand how you will participate in the remaining sessions.</w:t>
            </w:r>
          </w:p>
        </w:tc>
      </w:tr>
    </w:tbl>
    <w:p w14:paraId="28597BCA" w14:textId="77777777" w:rsidR="00C8312D" w:rsidRDefault="00C8312D">
      <w:pPr>
        <w:spacing w:after="0"/>
      </w:pPr>
    </w:p>
    <w:p w14:paraId="0BEEBC9E" w14:textId="77777777" w:rsidR="00C8312D" w:rsidRDefault="00000000">
      <w:pPr>
        <w:pStyle w:val="Heading1"/>
      </w:pPr>
      <w:r>
        <w:t>2. Session Information</w:t>
      </w:r>
    </w:p>
    <w:tbl>
      <w:tblPr>
        <w:tblStyle w:val="TableGrid"/>
        <w:tblW w:w="0" w:type="auto"/>
        <w:tblLook w:val="04A0" w:firstRow="1" w:lastRow="0" w:firstColumn="1" w:lastColumn="0" w:noHBand="0" w:noVBand="1"/>
      </w:tblPr>
      <w:tblGrid>
        <w:gridCol w:w="5083"/>
        <w:gridCol w:w="5083"/>
      </w:tblGrid>
      <w:tr w:rsidR="00C8312D" w14:paraId="40E12B10" w14:textId="77777777">
        <w:tc>
          <w:tcPr>
            <w:tcW w:w="5083" w:type="dxa"/>
            <w:shd w:val="clear" w:color="auto" w:fill="C00000"/>
            <w:tcMar>
              <w:top w:w="90" w:type="dxa"/>
              <w:left w:w="100" w:type="dxa"/>
              <w:bottom w:w="90" w:type="dxa"/>
              <w:right w:w="100" w:type="dxa"/>
            </w:tcMar>
            <w:vAlign w:val="center"/>
          </w:tcPr>
          <w:p w14:paraId="60C6B0C5" w14:textId="77777777" w:rsidR="00C8312D" w:rsidRDefault="00000000">
            <w:r>
              <w:rPr>
                <w:b/>
                <w:color w:val="FFFFFF"/>
                <w:sz w:val="18"/>
              </w:rPr>
              <w:t>Session</w:t>
            </w:r>
          </w:p>
        </w:tc>
        <w:tc>
          <w:tcPr>
            <w:tcW w:w="5083" w:type="dxa"/>
            <w:tcMar>
              <w:top w:w="90" w:type="dxa"/>
              <w:left w:w="100" w:type="dxa"/>
              <w:bottom w:w="90" w:type="dxa"/>
              <w:right w:w="100" w:type="dxa"/>
            </w:tcMar>
            <w:vAlign w:val="center"/>
          </w:tcPr>
          <w:p w14:paraId="41785852" w14:textId="77777777" w:rsidR="00C8312D" w:rsidRDefault="00000000">
            <w:r>
              <w:rPr>
                <w:sz w:val="18"/>
              </w:rPr>
              <w:t>Session 1 of 10</w:t>
            </w:r>
          </w:p>
        </w:tc>
      </w:tr>
      <w:tr w:rsidR="00C8312D" w14:paraId="71441783" w14:textId="77777777">
        <w:tc>
          <w:tcPr>
            <w:tcW w:w="5083" w:type="dxa"/>
            <w:shd w:val="clear" w:color="auto" w:fill="C00000"/>
            <w:tcMar>
              <w:top w:w="90" w:type="dxa"/>
              <w:left w:w="100" w:type="dxa"/>
              <w:bottom w:w="90" w:type="dxa"/>
              <w:right w:w="100" w:type="dxa"/>
            </w:tcMar>
            <w:vAlign w:val="center"/>
          </w:tcPr>
          <w:p w14:paraId="193DE686" w14:textId="77777777" w:rsidR="00C8312D" w:rsidRDefault="00000000">
            <w:r>
              <w:rPr>
                <w:b/>
                <w:color w:val="FFFFFF"/>
                <w:sz w:val="18"/>
              </w:rPr>
              <w:t>Masterclass</w:t>
            </w:r>
          </w:p>
        </w:tc>
        <w:tc>
          <w:tcPr>
            <w:tcW w:w="5083" w:type="dxa"/>
            <w:tcMar>
              <w:top w:w="90" w:type="dxa"/>
              <w:left w:w="100" w:type="dxa"/>
              <w:bottom w:w="90" w:type="dxa"/>
              <w:right w:w="100" w:type="dxa"/>
            </w:tcMar>
            <w:vAlign w:val="center"/>
          </w:tcPr>
          <w:p w14:paraId="76C150C2" w14:textId="77777777" w:rsidR="00C8312D" w:rsidRDefault="00000000">
            <w:r>
              <w:rPr>
                <w:sz w:val="18"/>
              </w:rPr>
              <w:t>Virtual Onboarding &amp; Digital Readiness</w:t>
            </w:r>
          </w:p>
        </w:tc>
      </w:tr>
      <w:tr w:rsidR="00C8312D" w14:paraId="199C0AA9" w14:textId="77777777">
        <w:tc>
          <w:tcPr>
            <w:tcW w:w="5083" w:type="dxa"/>
            <w:shd w:val="clear" w:color="auto" w:fill="C00000"/>
            <w:tcMar>
              <w:top w:w="90" w:type="dxa"/>
              <w:left w:w="100" w:type="dxa"/>
              <w:bottom w:w="90" w:type="dxa"/>
              <w:right w:w="100" w:type="dxa"/>
            </w:tcMar>
            <w:vAlign w:val="center"/>
          </w:tcPr>
          <w:p w14:paraId="5C46F227" w14:textId="77777777" w:rsidR="00C8312D" w:rsidRDefault="00000000">
            <w:r>
              <w:rPr>
                <w:b/>
                <w:color w:val="FFFFFF"/>
                <w:sz w:val="18"/>
              </w:rPr>
              <w:t>Date</w:t>
            </w:r>
          </w:p>
        </w:tc>
        <w:tc>
          <w:tcPr>
            <w:tcW w:w="5083" w:type="dxa"/>
            <w:tcMar>
              <w:top w:w="90" w:type="dxa"/>
              <w:left w:w="100" w:type="dxa"/>
              <w:bottom w:w="90" w:type="dxa"/>
              <w:right w:w="100" w:type="dxa"/>
            </w:tcMar>
            <w:vAlign w:val="center"/>
          </w:tcPr>
          <w:p w14:paraId="28C49BDC" w14:textId="77777777" w:rsidR="00C8312D" w:rsidRDefault="00000000">
            <w:r>
              <w:rPr>
                <w:sz w:val="18"/>
              </w:rPr>
              <w:t>06 October 2026</w:t>
            </w:r>
          </w:p>
        </w:tc>
      </w:tr>
      <w:tr w:rsidR="00C8312D" w14:paraId="279ACB98" w14:textId="77777777">
        <w:tc>
          <w:tcPr>
            <w:tcW w:w="5083" w:type="dxa"/>
            <w:shd w:val="clear" w:color="auto" w:fill="C00000"/>
            <w:tcMar>
              <w:top w:w="90" w:type="dxa"/>
              <w:left w:w="100" w:type="dxa"/>
              <w:bottom w:w="90" w:type="dxa"/>
              <w:right w:w="100" w:type="dxa"/>
            </w:tcMar>
            <w:vAlign w:val="center"/>
          </w:tcPr>
          <w:p w14:paraId="1251B0AA" w14:textId="77777777" w:rsidR="00C8312D" w:rsidRDefault="00000000">
            <w:r>
              <w:rPr>
                <w:b/>
                <w:color w:val="FFFFFF"/>
                <w:sz w:val="18"/>
              </w:rPr>
              <w:t>Time</w:t>
            </w:r>
          </w:p>
        </w:tc>
        <w:tc>
          <w:tcPr>
            <w:tcW w:w="5083" w:type="dxa"/>
            <w:tcMar>
              <w:top w:w="90" w:type="dxa"/>
              <w:left w:w="100" w:type="dxa"/>
              <w:bottom w:w="90" w:type="dxa"/>
              <w:right w:w="100" w:type="dxa"/>
            </w:tcMar>
            <w:vAlign w:val="center"/>
          </w:tcPr>
          <w:p w14:paraId="62F3373B" w14:textId="77777777" w:rsidR="00C8312D" w:rsidRDefault="00000000">
            <w:r>
              <w:rPr>
                <w:sz w:val="18"/>
              </w:rPr>
              <w:t>09:00–11:00</w:t>
            </w:r>
          </w:p>
        </w:tc>
      </w:tr>
      <w:tr w:rsidR="00C8312D" w14:paraId="1B163DCD" w14:textId="77777777">
        <w:tc>
          <w:tcPr>
            <w:tcW w:w="5083" w:type="dxa"/>
            <w:shd w:val="clear" w:color="auto" w:fill="C00000"/>
            <w:tcMar>
              <w:top w:w="90" w:type="dxa"/>
              <w:left w:w="100" w:type="dxa"/>
              <w:bottom w:w="90" w:type="dxa"/>
              <w:right w:w="100" w:type="dxa"/>
            </w:tcMar>
            <w:vAlign w:val="center"/>
          </w:tcPr>
          <w:p w14:paraId="7881550A" w14:textId="77777777" w:rsidR="00C8312D" w:rsidRDefault="00000000">
            <w:r>
              <w:rPr>
                <w:b/>
                <w:color w:val="FFFFFF"/>
                <w:sz w:val="18"/>
              </w:rPr>
              <w:t>Format</w:t>
            </w:r>
          </w:p>
        </w:tc>
        <w:tc>
          <w:tcPr>
            <w:tcW w:w="5083" w:type="dxa"/>
            <w:tcMar>
              <w:top w:w="90" w:type="dxa"/>
              <w:left w:w="100" w:type="dxa"/>
              <w:bottom w:w="90" w:type="dxa"/>
              <w:right w:w="100" w:type="dxa"/>
            </w:tcMar>
            <w:vAlign w:val="center"/>
          </w:tcPr>
          <w:p w14:paraId="14A86423" w14:textId="77777777" w:rsidR="00C8312D" w:rsidRDefault="00000000">
            <w:r>
              <w:rPr>
                <w:sz w:val="18"/>
              </w:rPr>
              <w:t>Virtual Training / Masterclass</w:t>
            </w:r>
          </w:p>
        </w:tc>
      </w:tr>
      <w:tr w:rsidR="00C8312D" w14:paraId="7972CBD8" w14:textId="77777777">
        <w:tc>
          <w:tcPr>
            <w:tcW w:w="5083" w:type="dxa"/>
            <w:shd w:val="clear" w:color="auto" w:fill="C00000"/>
            <w:tcMar>
              <w:top w:w="90" w:type="dxa"/>
              <w:left w:w="100" w:type="dxa"/>
              <w:bottom w:w="90" w:type="dxa"/>
              <w:right w:w="100" w:type="dxa"/>
            </w:tcMar>
            <w:vAlign w:val="center"/>
          </w:tcPr>
          <w:p w14:paraId="3F4DA5F5" w14:textId="77777777" w:rsidR="00C8312D" w:rsidRDefault="00000000">
            <w:r>
              <w:rPr>
                <w:b/>
                <w:color w:val="FFFFFF"/>
                <w:sz w:val="18"/>
              </w:rPr>
              <w:t>Facilitator</w:t>
            </w:r>
          </w:p>
        </w:tc>
        <w:tc>
          <w:tcPr>
            <w:tcW w:w="5083" w:type="dxa"/>
            <w:tcMar>
              <w:top w:w="90" w:type="dxa"/>
              <w:left w:w="100" w:type="dxa"/>
              <w:bottom w:w="90" w:type="dxa"/>
              <w:right w:w="100" w:type="dxa"/>
            </w:tcMar>
            <w:vAlign w:val="center"/>
          </w:tcPr>
          <w:p w14:paraId="20E48298" w14:textId="77777777" w:rsidR="00C8312D" w:rsidRDefault="00000000">
            <w:r>
              <w:rPr>
                <w:sz w:val="18"/>
              </w:rPr>
              <w:t>Hlubi Dlomo</w:t>
            </w:r>
          </w:p>
        </w:tc>
      </w:tr>
      <w:tr w:rsidR="00C8312D" w14:paraId="146B819B" w14:textId="77777777">
        <w:tc>
          <w:tcPr>
            <w:tcW w:w="5083" w:type="dxa"/>
            <w:shd w:val="clear" w:color="auto" w:fill="C00000"/>
            <w:tcMar>
              <w:top w:w="90" w:type="dxa"/>
              <w:left w:w="100" w:type="dxa"/>
              <w:bottom w:w="90" w:type="dxa"/>
              <w:right w:w="100" w:type="dxa"/>
            </w:tcMar>
            <w:vAlign w:val="center"/>
          </w:tcPr>
          <w:p w14:paraId="44031A60" w14:textId="77777777" w:rsidR="00C8312D" w:rsidRDefault="00000000">
            <w:r>
              <w:rPr>
                <w:b/>
                <w:color w:val="FFFFFF"/>
                <w:sz w:val="18"/>
              </w:rPr>
              <w:t>Cohort</w:t>
            </w:r>
          </w:p>
        </w:tc>
        <w:tc>
          <w:tcPr>
            <w:tcW w:w="5083" w:type="dxa"/>
            <w:tcMar>
              <w:top w:w="90" w:type="dxa"/>
              <w:left w:w="100" w:type="dxa"/>
              <w:bottom w:w="90" w:type="dxa"/>
              <w:right w:w="100" w:type="dxa"/>
            </w:tcMar>
            <w:vAlign w:val="center"/>
          </w:tcPr>
          <w:p w14:paraId="4617A6EC" w14:textId="77777777" w:rsidR="00C8312D" w:rsidRDefault="00000000">
            <w:r>
              <w:rPr>
                <w:sz w:val="18"/>
              </w:rPr>
              <w:t>Joint Virtual Cohort</w:t>
            </w:r>
          </w:p>
        </w:tc>
      </w:tr>
    </w:tbl>
    <w:p w14:paraId="7B57D0ED" w14:textId="77777777" w:rsidR="00C8312D" w:rsidRDefault="00000000">
      <w:pPr>
        <w:pStyle w:val="Heading1"/>
      </w:pPr>
      <w:r>
        <w:t>3. What You Will Learn</w:t>
      </w:r>
    </w:p>
    <w:p w14:paraId="72F70815" w14:textId="77777777" w:rsidR="00C8312D" w:rsidRDefault="00000000">
      <w:r>
        <w:t>By the end of this session, you should be able to:</w:t>
      </w:r>
    </w:p>
    <w:p w14:paraId="09FE14BA" w14:textId="77777777" w:rsidR="00C8312D" w:rsidRDefault="00000000">
      <w:pPr>
        <w:pStyle w:val="ListBullet"/>
        <w:spacing w:after="60"/>
      </w:pPr>
      <w:r>
        <w:t>Access and navigate the Real Estate Post-Training Support Platform.</w:t>
      </w:r>
    </w:p>
    <w:p w14:paraId="736DEA3A" w14:textId="77777777" w:rsidR="00C8312D" w:rsidRDefault="00000000">
      <w:pPr>
        <w:pStyle w:val="ListBullet"/>
        <w:spacing w:after="60"/>
      </w:pPr>
      <w:r>
        <w:t>Complete or confirm your platform registration.</w:t>
      </w:r>
    </w:p>
    <w:p w14:paraId="5ABF97EC" w14:textId="77777777" w:rsidR="00C8312D" w:rsidRDefault="00000000">
      <w:pPr>
        <w:pStyle w:val="ListBullet"/>
        <w:spacing w:after="60"/>
      </w:pPr>
      <w:r>
        <w:t>Locate your digital study materials.</w:t>
      </w:r>
    </w:p>
    <w:p w14:paraId="0334254F" w14:textId="77777777" w:rsidR="00C8312D" w:rsidRDefault="00000000">
      <w:pPr>
        <w:pStyle w:val="ListBullet"/>
        <w:spacing w:after="60"/>
      </w:pPr>
      <w:r>
        <w:t>Locate the masterclass toolkits and other programme resources.</w:t>
      </w:r>
    </w:p>
    <w:p w14:paraId="028802BF" w14:textId="77777777" w:rsidR="00C8312D" w:rsidRDefault="00000000">
      <w:pPr>
        <w:pStyle w:val="ListBullet"/>
        <w:spacing w:after="60"/>
      </w:pPr>
      <w:r>
        <w:t>Identify the assignment submission area.</w:t>
      </w:r>
    </w:p>
    <w:p w14:paraId="36DE11F6" w14:textId="77777777" w:rsidR="00C8312D" w:rsidRDefault="00000000">
      <w:pPr>
        <w:pStyle w:val="ListBullet"/>
        <w:spacing w:after="60"/>
      </w:pPr>
      <w:r>
        <w:t>Understand the expectations for virtual classroom participation.</w:t>
      </w:r>
    </w:p>
    <w:p w14:paraId="0063DA2A" w14:textId="77777777" w:rsidR="00C8312D" w:rsidRDefault="00000000">
      <w:pPr>
        <w:pStyle w:val="ListBullet"/>
        <w:spacing w:after="60"/>
      </w:pPr>
      <w:r>
        <w:t>Understand how attendance and participation are recorded.</w:t>
      </w:r>
    </w:p>
    <w:p w14:paraId="11B53A41" w14:textId="77777777" w:rsidR="00C8312D" w:rsidRDefault="00000000">
      <w:pPr>
        <w:pStyle w:val="ListBullet"/>
        <w:spacing w:after="60"/>
      </w:pPr>
      <w:r>
        <w:t>Identify the correct channel for programme communication and support.</w:t>
      </w:r>
    </w:p>
    <w:p w14:paraId="70887D8B" w14:textId="77777777" w:rsidR="00C8312D" w:rsidRDefault="00000000">
      <w:pPr>
        <w:pStyle w:val="ListBullet"/>
        <w:spacing w:after="60"/>
      </w:pPr>
      <w:r>
        <w:t>Recognise and report any access or technical problem that may affect your participation.</w:t>
      </w:r>
    </w:p>
    <w:p w14:paraId="3F4532F7" w14:textId="77777777" w:rsidR="00C8312D" w:rsidRDefault="00000000">
      <w:pPr>
        <w:pStyle w:val="Heading1"/>
      </w:pPr>
      <w:r>
        <w:t>4. How to Use This Workbook</w:t>
      </w:r>
    </w:p>
    <w:p w14:paraId="5CC1082B" w14:textId="77777777" w:rsidR="00C8312D" w:rsidRDefault="00000000">
      <w:r>
        <w:t>Keep this workbook available during the session. You will be asked to complete practical checks, record information, confirm your access and complete the Digital Readiness Checklist. Use the spaces provided to make notes and record any issues that require follow-up.</w:t>
      </w:r>
    </w:p>
    <w:p w14:paraId="74633CAC" w14:textId="77777777" w:rsidR="00C8312D" w:rsidRDefault="00000000">
      <w:pPr>
        <w:pStyle w:val="ListBullet"/>
        <w:spacing w:after="60"/>
      </w:pPr>
      <w:r>
        <w:t>Follow the facilitator's live demonstration.</w:t>
      </w:r>
    </w:p>
    <w:p w14:paraId="1E1B97A2" w14:textId="77777777" w:rsidR="00C8312D" w:rsidRDefault="00000000">
      <w:pPr>
        <w:pStyle w:val="ListBullet"/>
        <w:spacing w:after="60"/>
      </w:pPr>
      <w:r>
        <w:t>Complete each practical activity on your own device where possible.</w:t>
      </w:r>
    </w:p>
    <w:p w14:paraId="2394F327" w14:textId="77777777" w:rsidR="00C8312D" w:rsidRDefault="00000000">
      <w:pPr>
        <w:pStyle w:val="ListBullet"/>
        <w:spacing w:after="60"/>
      </w:pPr>
      <w:r>
        <w:lastRenderedPageBreak/>
        <w:t>Ask questions when you encounter a problem.</w:t>
      </w:r>
    </w:p>
    <w:p w14:paraId="2440D5B8" w14:textId="77777777" w:rsidR="00C8312D" w:rsidRDefault="00000000">
      <w:pPr>
        <w:pStyle w:val="ListBullet"/>
        <w:spacing w:after="60"/>
      </w:pPr>
      <w:r>
        <w:t>Record any unresolved access or technical issue.</w:t>
      </w:r>
    </w:p>
    <w:p w14:paraId="6653B04F" w14:textId="77777777" w:rsidR="00C8312D" w:rsidRDefault="00000000">
      <w:pPr>
        <w:pStyle w:val="ListBullet"/>
        <w:spacing w:after="60"/>
      </w:pPr>
      <w:r>
        <w:t>Complete the Digital Readiness Checklist before the end of the session.</w:t>
      </w:r>
    </w:p>
    <w:p w14:paraId="339FB6F1" w14:textId="77777777" w:rsidR="00C8312D" w:rsidRDefault="00000000">
      <w:r>
        <w:br w:type="page"/>
      </w:r>
    </w:p>
    <w:p w14:paraId="113A1924" w14:textId="77777777" w:rsidR="00C8312D" w:rsidRDefault="00000000">
      <w:pPr>
        <w:pStyle w:val="Heading1"/>
      </w:pPr>
      <w:r>
        <w:lastRenderedPageBreak/>
        <w:t>5. Your 10-Week Programme Journey</w:t>
      </w:r>
    </w:p>
    <w:p w14:paraId="7CE32888" w14:textId="77777777" w:rsidR="00C8312D" w:rsidRDefault="00000000">
      <w:r>
        <w:t>The Post-Training Support Programme is delivered through 10 weekly virtual masterclasses. Session 1 establishes your digital readiness so that you can participate effectively in the sessions that follow.</w:t>
      </w:r>
    </w:p>
    <w:tbl>
      <w:tblPr>
        <w:tblStyle w:val="TableGrid"/>
        <w:tblW w:w="0" w:type="auto"/>
        <w:tblLook w:val="04A0" w:firstRow="1" w:lastRow="0" w:firstColumn="1" w:lastColumn="0" w:noHBand="0" w:noVBand="1"/>
      </w:tblPr>
      <w:tblGrid>
        <w:gridCol w:w="2541"/>
        <w:gridCol w:w="2541"/>
        <w:gridCol w:w="2541"/>
        <w:gridCol w:w="2541"/>
      </w:tblGrid>
      <w:tr w:rsidR="00C8312D" w14:paraId="662E36EF" w14:textId="77777777">
        <w:trPr>
          <w:tblHeader/>
        </w:trPr>
        <w:tc>
          <w:tcPr>
            <w:tcW w:w="2541" w:type="dxa"/>
            <w:shd w:val="clear" w:color="auto" w:fill="C00000"/>
            <w:tcMar>
              <w:top w:w="90" w:type="dxa"/>
              <w:left w:w="100" w:type="dxa"/>
              <w:bottom w:w="90" w:type="dxa"/>
              <w:right w:w="100" w:type="dxa"/>
            </w:tcMar>
            <w:vAlign w:val="center"/>
          </w:tcPr>
          <w:p w14:paraId="3196DAEC" w14:textId="77777777" w:rsidR="00C8312D" w:rsidRDefault="00000000">
            <w:r>
              <w:rPr>
                <w:b/>
                <w:color w:val="FFFFFF"/>
                <w:sz w:val="17"/>
              </w:rPr>
              <w:t>Session</w:t>
            </w:r>
          </w:p>
        </w:tc>
        <w:tc>
          <w:tcPr>
            <w:tcW w:w="2541" w:type="dxa"/>
            <w:shd w:val="clear" w:color="auto" w:fill="C00000"/>
            <w:tcMar>
              <w:top w:w="90" w:type="dxa"/>
              <w:left w:w="100" w:type="dxa"/>
              <w:bottom w:w="90" w:type="dxa"/>
              <w:right w:w="100" w:type="dxa"/>
            </w:tcMar>
            <w:vAlign w:val="center"/>
          </w:tcPr>
          <w:p w14:paraId="035970C5" w14:textId="77777777" w:rsidR="00C8312D" w:rsidRDefault="00000000">
            <w:r>
              <w:rPr>
                <w:b/>
                <w:color w:val="FFFFFF"/>
                <w:sz w:val="17"/>
              </w:rPr>
              <w:t>Date</w:t>
            </w:r>
          </w:p>
        </w:tc>
        <w:tc>
          <w:tcPr>
            <w:tcW w:w="2541" w:type="dxa"/>
            <w:shd w:val="clear" w:color="auto" w:fill="C00000"/>
            <w:tcMar>
              <w:top w:w="90" w:type="dxa"/>
              <w:left w:w="100" w:type="dxa"/>
              <w:bottom w:w="90" w:type="dxa"/>
              <w:right w:w="100" w:type="dxa"/>
            </w:tcMar>
            <w:vAlign w:val="center"/>
          </w:tcPr>
          <w:p w14:paraId="1947F1A9" w14:textId="77777777" w:rsidR="00C8312D" w:rsidRDefault="00000000">
            <w:r>
              <w:rPr>
                <w:b/>
                <w:color w:val="FFFFFF"/>
                <w:sz w:val="17"/>
              </w:rPr>
              <w:t>Masterclass</w:t>
            </w:r>
          </w:p>
        </w:tc>
        <w:tc>
          <w:tcPr>
            <w:tcW w:w="2541" w:type="dxa"/>
            <w:shd w:val="clear" w:color="auto" w:fill="C00000"/>
            <w:tcMar>
              <w:top w:w="90" w:type="dxa"/>
              <w:left w:w="100" w:type="dxa"/>
              <w:bottom w:w="90" w:type="dxa"/>
              <w:right w:w="100" w:type="dxa"/>
            </w:tcMar>
            <w:vAlign w:val="center"/>
          </w:tcPr>
          <w:p w14:paraId="780EADCB" w14:textId="77777777" w:rsidR="00C8312D" w:rsidRDefault="00000000">
            <w:r>
              <w:rPr>
                <w:b/>
                <w:color w:val="FFFFFF"/>
                <w:sz w:val="17"/>
              </w:rPr>
              <w:t>Purpose</w:t>
            </w:r>
          </w:p>
        </w:tc>
      </w:tr>
      <w:tr w:rsidR="00C8312D" w14:paraId="1E4B5E78" w14:textId="77777777">
        <w:tc>
          <w:tcPr>
            <w:tcW w:w="2541" w:type="dxa"/>
            <w:tcMar>
              <w:top w:w="90" w:type="dxa"/>
              <w:left w:w="100" w:type="dxa"/>
              <w:bottom w:w="90" w:type="dxa"/>
              <w:right w:w="100" w:type="dxa"/>
            </w:tcMar>
            <w:vAlign w:val="center"/>
          </w:tcPr>
          <w:p w14:paraId="15FE6823" w14:textId="77777777" w:rsidR="00C8312D" w:rsidRDefault="00000000">
            <w:r>
              <w:rPr>
                <w:b/>
                <w:sz w:val="16"/>
              </w:rPr>
              <w:t>1</w:t>
            </w:r>
          </w:p>
        </w:tc>
        <w:tc>
          <w:tcPr>
            <w:tcW w:w="2541" w:type="dxa"/>
            <w:tcMar>
              <w:top w:w="90" w:type="dxa"/>
              <w:left w:w="100" w:type="dxa"/>
              <w:bottom w:w="90" w:type="dxa"/>
              <w:right w:w="100" w:type="dxa"/>
            </w:tcMar>
            <w:vAlign w:val="center"/>
          </w:tcPr>
          <w:p w14:paraId="5BEDBD1D" w14:textId="77777777" w:rsidR="00C8312D" w:rsidRDefault="00000000">
            <w:r>
              <w:rPr>
                <w:sz w:val="16"/>
              </w:rPr>
              <w:t>06 October</w:t>
            </w:r>
          </w:p>
        </w:tc>
        <w:tc>
          <w:tcPr>
            <w:tcW w:w="2541" w:type="dxa"/>
            <w:tcMar>
              <w:top w:w="90" w:type="dxa"/>
              <w:left w:w="100" w:type="dxa"/>
              <w:bottom w:w="90" w:type="dxa"/>
              <w:right w:w="100" w:type="dxa"/>
            </w:tcMar>
            <w:vAlign w:val="center"/>
          </w:tcPr>
          <w:p w14:paraId="4A7CD66E" w14:textId="77777777" w:rsidR="00C8312D" w:rsidRDefault="00000000">
            <w:r>
              <w:rPr>
                <w:b/>
                <w:sz w:val="16"/>
              </w:rPr>
              <w:t>Virtual Onboarding &amp; Digital Readiness</w:t>
            </w:r>
          </w:p>
        </w:tc>
        <w:tc>
          <w:tcPr>
            <w:tcW w:w="2541" w:type="dxa"/>
            <w:tcMar>
              <w:top w:w="90" w:type="dxa"/>
              <w:left w:w="100" w:type="dxa"/>
              <w:bottom w:w="90" w:type="dxa"/>
              <w:right w:w="100" w:type="dxa"/>
            </w:tcMar>
            <w:vAlign w:val="center"/>
          </w:tcPr>
          <w:p w14:paraId="323B0C15" w14:textId="77777777" w:rsidR="00C8312D" w:rsidRDefault="00000000">
            <w:r>
              <w:rPr>
                <w:sz w:val="16"/>
              </w:rPr>
              <w:t>Getting ready for the digital learning environment.</w:t>
            </w:r>
          </w:p>
        </w:tc>
      </w:tr>
      <w:tr w:rsidR="00C8312D" w14:paraId="33D6375B" w14:textId="77777777">
        <w:tc>
          <w:tcPr>
            <w:tcW w:w="2541" w:type="dxa"/>
            <w:shd w:val="clear" w:color="auto" w:fill="F7F7F7"/>
            <w:tcMar>
              <w:top w:w="90" w:type="dxa"/>
              <w:left w:w="100" w:type="dxa"/>
              <w:bottom w:w="90" w:type="dxa"/>
              <w:right w:w="100" w:type="dxa"/>
            </w:tcMar>
            <w:vAlign w:val="center"/>
          </w:tcPr>
          <w:p w14:paraId="4C73D718" w14:textId="77777777" w:rsidR="00C8312D" w:rsidRDefault="00000000">
            <w:r>
              <w:rPr>
                <w:b/>
                <w:sz w:val="16"/>
              </w:rPr>
              <w:t>2</w:t>
            </w:r>
          </w:p>
        </w:tc>
        <w:tc>
          <w:tcPr>
            <w:tcW w:w="2541" w:type="dxa"/>
            <w:shd w:val="clear" w:color="auto" w:fill="F7F7F7"/>
            <w:tcMar>
              <w:top w:w="90" w:type="dxa"/>
              <w:left w:w="100" w:type="dxa"/>
              <w:bottom w:w="90" w:type="dxa"/>
              <w:right w:w="100" w:type="dxa"/>
            </w:tcMar>
            <w:vAlign w:val="center"/>
          </w:tcPr>
          <w:p w14:paraId="130F81B9" w14:textId="77777777" w:rsidR="00C8312D" w:rsidRDefault="00000000">
            <w:r>
              <w:rPr>
                <w:sz w:val="16"/>
              </w:rPr>
              <w:t>13 October</w:t>
            </w:r>
          </w:p>
        </w:tc>
        <w:tc>
          <w:tcPr>
            <w:tcW w:w="2541" w:type="dxa"/>
            <w:shd w:val="clear" w:color="auto" w:fill="F7F7F7"/>
            <w:tcMar>
              <w:top w:w="90" w:type="dxa"/>
              <w:left w:w="100" w:type="dxa"/>
              <w:bottom w:w="90" w:type="dxa"/>
              <w:right w:w="100" w:type="dxa"/>
            </w:tcMar>
            <w:vAlign w:val="center"/>
          </w:tcPr>
          <w:p w14:paraId="54F04D0E" w14:textId="77777777" w:rsidR="00C8312D" w:rsidRDefault="00000000">
            <w:r>
              <w:rPr>
                <w:b/>
                <w:sz w:val="16"/>
              </w:rPr>
              <w:t>PPRA Practitioner FFC Compliance</w:t>
            </w:r>
          </w:p>
        </w:tc>
        <w:tc>
          <w:tcPr>
            <w:tcW w:w="2541" w:type="dxa"/>
            <w:shd w:val="clear" w:color="auto" w:fill="F7F7F7"/>
            <w:tcMar>
              <w:top w:w="90" w:type="dxa"/>
              <w:left w:w="100" w:type="dxa"/>
              <w:bottom w:w="90" w:type="dxa"/>
              <w:right w:w="100" w:type="dxa"/>
            </w:tcMar>
            <w:vAlign w:val="center"/>
          </w:tcPr>
          <w:p w14:paraId="21C8EA6E" w14:textId="77777777" w:rsidR="00C8312D" w:rsidRDefault="00000000">
            <w:r>
              <w:rPr>
                <w:sz w:val="16"/>
              </w:rPr>
              <w:t>FFC status, renewal, employment changes, upgrades and firm requirements.</w:t>
            </w:r>
          </w:p>
        </w:tc>
      </w:tr>
      <w:tr w:rsidR="00C8312D" w14:paraId="08A49F4E" w14:textId="77777777">
        <w:tc>
          <w:tcPr>
            <w:tcW w:w="2541" w:type="dxa"/>
            <w:tcMar>
              <w:top w:w="90" w:type="dxa"/>
              <w:left w:w="100" w:type="dxa"/>
              <w:bottom w:w="90" w:type="dxa"/>
              <w:right w:w="100" w:type="dxa"/>
            </w:tcMar>
            <w:vAlign w:val="center"/>
          </w:tcPr>
          <w:p w14:paraId="3C167D25" w14:textId="77777777" w:rsidR="00C8312D" w:rsidRDefault="00000000">
            <w:r>
              <w:rPr>
                <w:b/>
                <w:sz w:val="16"/>
              </w:rPr>
              <w:t>3</w:t>
            </w:r>
          </w:p>
        </w:tc>
        <w:tc>
          <w:tcPr>
            <w:tcW w:w="2541" w:type="dxa"/>
            <w:tcMar>
              <w:top w:w="90" w:type="dxa"/>
              <w:left w:w="100" w:type="dxa"/>
              <w:bottom w:w="90" w:type="dxa"/>
              <w:right w:w="100" w:type="dxa"/>
            </w:tcMar>
            <w:vAlign w:val="center"/>
          </w:tcPr>
          <w:p w14:paraId="45CBBB2C" w14:textId="77777777" w:rsidR="00C8312D" w:rsidRDefault="00000000">
            <w:r>
              <w:rPr>
                <w:sz w:val="16"/>
              </w:rPr>
              <w:t>20 October</w:t>
            </w:r>
          </w:p>
        </w:tc>
        <w:tc>
          <w:tcPr>
            <w:tcW w:w="2541" w:type="dxa"/>
            <w:tcMar>
              <w:top w:w="90" w:type="dxa"/>
              <w:left w:w="100" w:type="dxa"/>
              <w:bottom w:w="90" w:type="dxa"/>
              <w:right w:w="100" w:type="dxa"/>
            </w:tcMar>
            <w:vAlign w:val="center"/>
          </w:tcPr>
          <w:p w14:paraId="33D872CF" w14:textId="77777777" w:rsidR="00C8312D" w:rsidRDefault="00000000">
            <w:r>
              <w:rPr>
                <w:b/>
                <w:sz w:val="16"/>
              </w:rPr>
              <w:t>PPRA Practitioner Professional Obligations</w:t>
            </w:r>
          </w:p>
        </w:tc>
        <w:tc>
          <w:tcPr>
            <w:tcW w:w="2541" w:type="dxa"/>
            <w:tcMar>
              <w:top w:w="90" w:type="dxa"/>
              <w:left w:w="100" w:type="dxa"/>
              <w:bottom w:w="90" w:type="dxa"/>
              <w:right w:w="100" w:type="dxa"/>
            </w:tcMar>
            <w:vAlign w:val="center"/>
          </w:tcPr>
          <w:p w14:paraId="11B9314A" w14:textId="77777777" w:rsidR="00C8312D" w:rsidRDefault="00000000">
            <w:r>
              <w:rPr>
                <w:sz w:val="16"/>
              </w:rPr>
              <w:t>Professional obligations, supervision, records, reporting and risk management.</w:t>
            </w:r>
          </w:p>
        </w:tc>
      </w:tr>
      <w:tr w:rsidR="00C8312D" w14:paraId="73C35942" w14:textId="77777777">
        <w:tc>
          <w:tcPr>
            <w:tcW w:w="2541" w:type="dxa"/>
            <w:shd w:val="clear" w:color="auto" w:fill="F7F7F7"/>
            <w:tcMar>
              <w:top w:w="90" w:type="dxa"/>
              <w:left w:w="100" w:type="dxa"/>
              <w:bottom w:w="90" w:type="dxa"/>
              <w:right w:w="100" w:type="dxa"/>
            </w:tcMar>
            <w:vAlign w:val="center"/>
          </w:tcPr>
          <w:p w14:paraId="2E802863" w14:textId="77777777" w:rsidR="00C8312D" w:rsidRDefault="00000000">
            <w:r>
              <w:rPr>
                <w:b/>
                <w:sz w:val="16"/>
              </w:rPr>
              <w:t>4</w:t>
            </w:r>
          </w:p>
        </w:tc>
        <w:tc>
          <w:tcPr>
            <w:tcW w:w="2541" w:type="dxa"/>
            <w:shd w:val="clear" w:color="auto" w:fill="F7F7F7"/>
            <w:tcMar>
              <w:top w:w="90" w:type="dxa"/>
              <w:left w:w="100" w:type="dxa"/>
              <w:bottom w:w="90" w:type="dxa"/>
              <w:right w:w="100" w:type="dxa"/>
            </w:tcMar>
            <w:vAlign w:val="center"/>
          </w:tcPr>
          <w:p w14:paraId="059A2886" w14:textId="77777777" w:rsidR="00C8312D" w:rsidRDefault="00000000">
            <w:r>
              <w:rPr>
                <w:sz w:val="16"/>
              </w:rPr>
              <w:t>27 October</w:t>
            </w:r>
          </w:p>
        </w:tc>
        <w:tc>
          <w:tcPr>
            <w:tcW w:w="2541" w:type="dxa"/>
            <w:shd w:val="clear" w:color="auto" w:fill="F7F7F7"/>
            <w:tcMar>
              <w:top w:w="90" w:type="dxa"/>
              <w:left w:w="100" w:type="dxa"/>
              <w:bottom w:w="90" w:type="dxa"/>
              <w:right w:w="100" w:type="dxa"/>
            </w:tcMar>
            <w:vAlign w:val="center"/>
          </w:tcPr>
          <w:p w14:paraId="061145E5" w14:textId="77777777" w:rsidR="00C8312D" w:rsidRDefault="00000000">
            <w:r>
              <w:rPr>
                <w:b/>
                <w:sz w:val="16"/>
              </w:rPr>
              <w:t>PPRA Continuous Professional Development (CPD)</w:t>
            </w:r>
          </w:p>
        </w:tc>
        <w:tc>
          <w:tcPr>
            <w:tcW w:w="2541" w:type="dxa"/>
            <w:shd w:val="clear" w:color="auto" w:fill="F7F7F7"/>
            <w:tcMar>
              <w:top w:w="90" w:type="dxa"/>
              <w:left w:w="100" w:type="dxa"/>
              <w:bottom w:w="90" w:type="dxa"/>
              <w:right w:w="100" w:type="dxa"/>
            </w:tcMar>
            <w:vAlign w:val="center"/>
          </w:tcPr>
          <w:p w14:paraId="5FB311EB" w14:textId="77777777" w:rsidR="00C8312D" w:rsidRDefault="00000000">
            <w:r>
              <w:rPr>
                <w:sz w:val="16"/>
              </w:rPr>
              <w:t>CPD awareness, planning, tracking and PPRA education requirements.</w:t>
            </w:r>
          </w:p>
        </w:tc>
      </w:tr>
      <w:tr w:rsidR="00C8312D" w14:paraId="0500DE6E" w14:textId="77777777">
        <w:tc>
          <w:tcPr>
            <w:tcW w:w="2541" w:type="dxa"/>
            <w:tcMar>
              <w:top w:w="90" w:type="dxa"/>
              <w:left w:w="100" w:type="dxa"/>
              <w:bottom w:w="90" w:type="dxa"/>
              <w:right w:w="100" w:type="dxa"/>
            </w:tcMar>
            <w:vAlign w:val="center"/>
          </w:tcPr>
          <w:p w14:paraId="2844209B" w14:textId="77777777" w:rsidR="00C8312D" w:rsidRDefault="00000000">
            <w:r>
              <w:rPr>
                <w:b/>
                <w:sz w:val="16"/>
              </w:rPr>
              <w:t>5</w:t>
            </w:r>
          </w:p>
        </w:tc>
        <w:tc>
          <w:tcPr>
            <w:tcW w:w="2541" w:type="dxa"/>
            <w:tcMar>
              <w:top w:w="90" w:type="dxa"/>
              <w:left w:w="100" w:type="dxa"/>
              <w:bottom w:w="90" w:type="dxa"/>
              <w:right w:w="100" w:type="dxa"/>
            </w:tcMar>
            <w:vAlign w:val="center"/>
          </w:tcPr>
          <w:p w14:paraId="58A395E0" w14:textId="77777777" w:rsidR="00C8312D" w:rsidRDefault="00000000">
            <w:r>
              <w:rPr>
                <w:sz w:val="16"/>
              </w:rPr>
              <w:t>03 November</w:t>
            </w:r>
          </w:p>
        </w:tc>
        <w:tc>
          <w:tcPr>
            <w:tcW w:w="2541" w:type="dxa"/>
            <w:tcMar>
              <w:top w:w="90" w:type="dxa"/>
              <w:left w:w="100" w:type="dxa"/>
              <w:bottom w:w="90" w:type="dxa"/>
              <w:right w:w="100" w:type="dxa"/>
            </w:tcMar>
            <w:vAlign w:val="center"/>
          </w:tcPr>
          <w:p w14:paraId="16B99BBA" w14:textId="77777777" w:rsidR="00C8312D" w:rsidRDefault="00000000">
            <w:r>
              <w:rPr>
                <w:b/>
                <w:sz w:val="16"/>
              </w:rPr>
              <w:t>Real Estate Sales Practice &amp; Digital Marketing</w:t>
            </w:r>
          </w:p>
        </w:tc>
        <w:tc>
          <w:tcPr>
            <w:tcW w:w="2541" w:type="dxa"/>
            <w:tcMar>
              <w:top w:w="90" w:type="dxa"/>
              <w:left w:w="100" w:type="dxa"/>
              <w:bottom w:w="90" w:type="dxa"/>
              <w:right w:w="100" w:type="dxa"/>
            </w:tcMar>
            <w:vAlign w:val="center"/>
          </w:tcPr>
          <w:p w14:paraId="6997F0E1" w14:textId="77777777" w:rsidR="00C8312D" w:rsidRDefault="00000000">
            <w:r>
              <w:rPr>
                <w:sz w:val="16"/>
              </w:rPr>
              <w:t>Sales execution, mandates, objections, pipeline management and digital marketing.</w:t>
            </w:r>
          </w:p>
        </w:tc>
      </w:tr>
      <w:tr w:rsidR="00C8312D" w14:paraId="159D59F3" w14:textId="77777777">
        <w:tc>
          <w:tcPr>
            <w:tcW w:w="2541" w:type="dxa"/>
            <w:shd w:val="clear" w:color="auto" w:fill="F7F7F7"/>
            <w:tcMar>
              <w:top w:w="90" w:type="dxa"/>
              <w:left w:w="100" w:type="dxa"/>
              <w:bottom w:w="90" w:type="dxa"/>
              <w:right w:w="100" w:type="dxa"/>
            </w:tcMar>
            <w:vAlign w:val="center"/>
          </w:tcPr>
          <w:p w14:paraId="0D61CAA7" w14:textId="77777777" w:rsidR="00C8312D" w:rsidRDefault="00000000">
            <w:r>
              <w:rPr>
                <w:b/>
                <w:sz w:val="16"/>
              </w:rPr>
              <w:t>6</w:t>
            </w:r>
          </w:p>
        </w:tc>
        <w:tc>
          <w:tcPr>
            <w:tcW w:w="2541" w:type="dxa"/>
            <w:shd w:val="clear" w:color="auto" w:fill="F7F7F7"/>
            <w:tcMar>
              <w:top w:w="90" w:type="dxa"/>
              <w:left w:w="100" w:type="dxa"/>
              <w:bottom w:w="90" w:type="dxa"/>
              <w:right w:w="100" w:type="dxa"/>
            </w:tcMar>
            <w:vAlign w:val="center"/>
          </w:tcPr>
          <w:p w14:paraId="7BA80DFB" w14:textId="77777777" w:rsidR="00C8312D" w:rsidRDefault="00000000">
            <w:r>
              <w:rPr>
                <w:sz w:val="16"/>
              </w:rPr>
              <w:t>10 November</w:t>
            </w:r>
          </w:p>
        </w:tc>
        <w:tc>
          <w:tcPr>
            <w:tcW w:w="2541" w:type="dxa"/>
            <w:shd w:val="clear" w:color="auto" w:fill="F7F7F7"/>
            <w:tcMar>
              <w:top w:w="90" w:type="dxa"/>
              <w:left w:w="100" w:type="dxa"/>
              <w:bottom w:w="90" w:type="dxa"/>
              <w:right w:w="100" w:type="dxa"/>
            </w:tcMar>
            <w:vAlign w:val="center"/>
          </w:tcPr>
          <w:p w14:paraId="792D418D" w14:textId="77777777" w:rsidR="00C8312D" w:rsidRDefault="00000000">
            <w:r>
              <w:rPr>
                <w:b/>
                <w:sz w:val="16"/>
              </w:rPr>
              <w:t>Client Management &amp; Personal Branding</w:t>
            </w:r>
          </w:p>
        </w:tc>
        <w:tc>
          <w:tcPr>
            <w:tcW w:w="2541" w:type="dxa"/>
            <w:shd w:val="clear" w:color="auto" w:fill="F7F7F7"/>
            <w:tcMar>
              <w:top w:w="90" w:type="dxa"/>
              <w:left w:w="100" w:type="dxa"/>
              <w:bottom w:w="90" w:type="dxa"/>
              <w:right w:w="100" w:type="dxa"/>
            </w:tcMar>
            <w:vAlign w:val="center"/>
          </w:tcPr>
          <w:p w14:paraId="5838C9AA" w14:textId="77777777" w:rsidR="00C8312D" w:rsidRDefault="00000000">
            <w:r>
              <w:rPr>
                <w:sz w:val="16"/>
              </w:rPr>
              <w:t>Client onboarding, communication, relationships and professional brand.</w:t>
            </w:r>
          </w:p>
        </w:tc>
      </w:tr>
      <w:tr w:rsidR="00C8312D" w14:paraId="15460AF8" w14:textId="77777777">
        <w:tc>
          <w:tcPr>
            <w:tcW w:w="2541" w:type="dxa"/>
            <w:tcMar>
              <w:top w:w="90" w:type="dxa"/>
              <w:left w:w="100" w:type="dxa"/>
              <w:bottom w:w="90" w:type="dxa"/>
              <w:right w:w="100" w:type="dxa"/>
            </w:tcMar>
            <w:vAlign w:val="center"/>
          </w:tcPr>
          <w:p w14:paraId="509074ED" w14:textId="77777777" w:rsidR="00C8312D" w:rsidRDefault="00000000">
            <w:r>
              <w:rPr>
                <w:b/>
                <w:sz w:val="16"/>
              </w:rPr>
              <w:t>7</w:t>
            </w:r>
          </w:p>
        </w:tc>
        <w:tc>
          <w:tcPr>
            <w:tcW w:w="2541" w:type="dxa"/>
            <w:tcMar>
              <w:top w:w="90" w:type="dxa"/>
              <w:left w:w="100" w:type="dxa"/>
              <w:bottom w:w="90" w:type="dxa"/>
              <w:right w:w="100" w:type="dxa"/>
            </w:tcMar>
            <w:vAlign w:val="center"/>
          </w:tcPr>
          <w:p w14:paraId="50E28409" w14:textId="77777777" w:rsidR="00C8312D" w:rsidRDefault="00000000">
            <w:r>
              <w:rPr>
                <w:sz w:val="16"/>
              </w:rPr>
              <w:t>17 November</w:t>
            </w:r>
          </w:p>
        </w:tc>
        <w:tc>
          <w:tcPr>
            <w:tcW w:w="2541" w:type="dxa"/>
            <w:tcMar>
              <w:top w:w="90" w:type="dxa"/>
              <w:left w:w="100" w:type="dxa"/>
              <w:bottom w:w="90" w:type="dxa"/>
              <w:right w:w="100" w:type="dxa"/>
            </w:tcMar>
            <w:vAlign w:val="center"/>
          </w:tcPr>
          <w:p w14:paraId="1CF0223E" w14:textId="77777777" w:rsidR="00C8312D" w:rsidRDefault="00000000">
            <w:r>
              <w:rPr>
                <w:b/>
                <w:sz w:val="16"/>
              </w:rPr>
              <w:t>CRM, Client Pipeline &amp; Business Management</w:t>
            </w:r>
          </w:p>
        </w:tc>
        <w:tc>
          <w:tcPr>
            <w:tcW w:w="2541" w:type="dxa"/>
            <w:tcMar>
              <w:top w:w="90" w:type="dxa"/>
              <w:left w:w="100" w:type="dxa"/>
              <w:bottom w:w="90" w:type="dxa"/>
              <w:right w:w="100" w:type="dxa"/>
            </w:tcMar>
            <w:vAlign w:val="center"/>
          </w:tcPr>
          <w:p w14:paraId="435E5740" w14:textId="77777777" w:rsidR="00C8312D" w:rsidRDefault="00000000">
            <w:r>
              <w:rPr>
                <w:sz w:val="16"/>
              </w:rPr>
              <w:t>CRM, lead management, POPIA and a one-page business plan.</w:t>
            </w:r>
          </w:p>
        </w:tc>
      </w:tr>
      <w:tr w:rsidR="00C8312D" w14:paraId="50BA1EB3" w14:textId="77777777">
        <w:tc>
          <w:tcPr>
            <w:tcW w:w="2541" w:type="dxa"/>
            <w:shd w:val="clear" w:color="auto" w:fill="F7F7F7"/>
            <w:tcMar>
              <w:top w:w="90" w:type="dxa"/>
              <w:left w:w="100" w:type="dxa"/>
              <w:bottom w:w="90" w:type="dxa"/>
              <w:right w:w="100" w:type="dxa"/>
            </w:tcMar>
            <w:vAlign w:val="center"/>
          </w:tcPr>
          <w:p w14:paraId="3B1F81F8" w14:textId="77777777" w:rsidR="00C8312D" w:rsidRDefault="00000000">
            <w:r>
              <w:rPr>
                <w:b/>
                <w:sz w:val="16"/>
              </w:rPr>
              <w:t>8</w:t>
            </w:r>
          </w:p>
        </w:tc>
        <w:tc>
          <w:tcPr>
            <w:tcW w:w="2541" w:type="dxa"/>
            <w:shd w:val="clear" w:color="auto" w:fill="F7F7F7"/>
            <w:tcMar>
              <w:top w:w="90" w:type="dxa"/>
              <w:left w:w="100" w:type="dxa"/>
              <w:bottom w:w="90" w:type="dxa"/>
              <w:right w:w="100" w:type="dxa"/>
            </w:tcMar>
            <w:vAlign w:val="center"/>
          </w:tcPr>
          <w:p w14:paraId="42C9D193" w14:textId="77777777" w:rsidR="00C8312D" w:rsidRDefault="00000000">
            <w:r>
              <w:rPr>
                <w:sz w:val="16"/>
              </w:rPr>
              <w:t>24 November</w:t>
            </w:r>
          </w:p>
        </w:tc>
        <w:tc>
          <w:tcPr>
            <w:tcW w:w="2541" w:type="dxa"/>
            <w:shd w:val="clear" w:color="auto" w:fill="F7F7F7"/>
            <w:tcMar>
              <w:top w:w="90" w:type="dxa"/>
              <w:left w:w="100" w:type="dxa"/>
              <w:bottom w:w="90" w:type="dxa"/>
              <w:right w:w="100" w:type="dxa"/>
            </w:tcMar>
            <w:vAlign w:val="center"/>
          </w:tcPr>
          <w:p w14:paraId="5379BD02" w14:textId="77777777" w:rsidR="00C8312D" w:rsidRDefault="00000000">
            <w:r>
              <w:rPr>
                <w:b/>
                <w:sz w:val="16"/>
              </w:rPr>
              <w:t>CIPC BizPortal, SARS Tax Admin &amp; Financial Literacy</w:t>
            </w:r>
          </w:p>
        </w:tc>
        <w:tc>
          <w:tcPr>
            <w:tcW w:w="2541" w:type="dxa"/>
            <w:shd w:val="clear" w:color="auto" w:fill="F7F7F7"/>
            <w:tcMar>
              <w:top w:w="90" w:type="dxa"/>
              <w:left w:w="100" w:type="dxa"/>
              <w:bottom w:w="90" w:type="dxa"/>
              <w:right w:w="100" w:type="dxa"/>
            </w:tcMar>
            <w:vAlign w:val="center"/>
          </w:tcPr>
          <w:p w14:paraId="0054CFF2" w14:textId="77777777" w:rsidR="00C8312D" w:rsidRDefault="00000000">
            <w:r>
              <w:rPr>
                <w:sz w:val="16"/>
              </w:rPr>
              <w:t>Business registration, tax administration and real estate financial literacy.</w:t>
            </w:r>
          </w:p>
        </w:tc>
      </w:tr>
      <w:tr w:rsidR="00C8312D" w14:paraId="5FBA052F" w14:textId="77777777">
        <w:tc>
          <w:tcPr>
            <w:tcW w:w="2541" w:type="dxa"/>
            <w:tcMar>
              <w:top w:w="90" w:type="dxa"/>
              <w:left w:w="100" w:type="dxa"/>
              <w:bottom w:w="90" w:type="dxa"/>
              <w:right w:w="100" w:type="dxa"/>
            </w:tcMar>
            <w:vAlign w:val="center"/>
          </w:tcPr>
          <w:p w14:paraId="0F38A42E" w14:textId="77777777" w:rsidR="00C8312D" w:rsidRDefault="00000000">
            <w:r>
              <w:rPr>
                <w:b/>
                <w:sz w:val="16"/>
              </w:rPr>
              <w:t>9</w:t>
            </w:r>
          </w:p>
        </w:tc>
        <w:tc>
          <w:tcPr>
            <w:tcW w:w="2541" w:type="dxa"/>
            <w:tcMar>
              <w:top w:w="90" w:type="dxa"/>
              <w:left w:w="100" w:type="dxa"/>
              <w:bottom w:w="90" w:type="dxa"/>
              <w:right w:w="100" w:type="dxa"/>
            </w:tcMar>
            <w:vAlign w:val="center"/>
          </w:tcPr>
          <w:p w14:paraId="0AFF30D6" w14:textId="77777777" w:rsidR="00C8312D" w:rsidRDefault="00000000">
            <w:r>
              <w:rPr>
                <w:sz w:val="16"/>
              </w:rPr>
              <w:t>01 December</w:t>
            </w:r>
          </w:p>
        </w:tc>
        <w:tc>
          <w:tcPr>
            <w:tcW w:w="2541" w:type="dxa"/>
            <w:tcMar>
              <w:top w:w="90" w:type="dxa"/>
              <w:left w:w="100" w:type="dxa"/>
              <w:bottom w:w="90" w:type="dxa"/>
              <w:right w:w="100" w:type="dxa"/>
            </w:tcMar>
            <w:vAlign w:val="center"/>
          </w:tcPr>
          <w:p w14:paraId="7B013716" w14:textId="77777777" w:rsidR="00C8312D" w:rsidRDefault="00000000">
            <w:r>
              <w:rPr>
                <w:b/>
                <w:sz w:val="16"/>
              </w:rPr>
              <w:t>Portfolio Review, Assessment &amp; Certification</w:t>
            </w:r>
          </w:p>
        </w:tc>
        <w:tc>
          <w:tcPr>
            <w:tcW w:w="2541" w:type="dxa"/>
            <w:tcMar>
              <w:top w:w="90" w:type="dxa"/>
              <w:left w:w="100" w:type="dxa"/>
              <w:bottom w:w="90" w:type="dxa"/>
              <w:right w:w="100" w:type="dxa"/>
            </w:tcMar>
            <w:vAlign w:val="center"/>
          </w:tcPr>
          <w:p w14:paraId="78AB53C8" w14:textId="77777777" w:rsidR="00C8312D" w:rsidRDefault="00000000">
            <w:r>
              <w:rPr>
                <w:sz w:val="16"/>
              </w:rPr>
              <w:t>Portfolio review, final competency assessment, evaluation and certification.</w:t>
            </w:r>
          </w:p>
        </w:tc>
      </w:tr>
      <w:tr w:rsidR="00C8312D" w14:paraId="0804D05B" w14:textId="77777777">
        <w:tc>
          <w:tcPr>
            <w:tcW w:w="2541" w:type="dxa"/>
            <w:shd w:val="clear" w:color="auto" w:fill="F7F7F7"/>
            <w:tcMar>
              <w:top w:w="90" w:type="dxa"/>
              <w:left w:w="100" w:type="dxa"/>
              <w:bottom w:w="90" w:type="dxa"/>
              <w:right w:w="100" w:type="dxa"/>
            </w:tcMar>
            <w:vAlign w:val="center"/>
          </w:tcPr>
          <w:p w14:paraId="7E65BAB5" w14:textId="77777777" w:rsidR="00C8312D" w:rsidRDefault="00000000">
            <w:r>
              <w:rPr>
                <w:b/>
                <w:sz w:val="16"/>
              </w:rPr>
              <w:t>10</w:t>
            </w:r>
          </w:p>
        </w:tc>
        <w:tc>
          <w:tcPr>
            <w:tcW w:w="2541" w:type="dxa"/>
            <w:shd w:val="clear" w:color="auto" w:fill="F7F7F7"/>
            <w:tcMar>
              <w:top w:w="90" w:type="dxa"/>
              <w:left w:w="100" w:type="dxa"/>
              <w:bottom w:w="90" w:type="dxa"/>
              <w:right w:w="100" w:type="dxa"/>
            </w:tcMar>
            <w:vAlign w:val="center"/>
          </w:tcPr>
          <w:p w14:paraId="1FB89B68" w14:textId="77777777" w:rsidR="00C8312D" w:rsidRDefault="00000000">
            <w:r>
              <w:rPr>
                <w:sz w:val="16"/>
              </w:rPr>
              <w:t>08 December</w:t>
            </w:r>
          </w:p>
        </w:tc>
        <w:tc>
          <w:tcPr>
            <w:tcW w:w="2541" w:type="dxa"/>
            <w:shd w:val="clear" w:color="auto" w:fill="F7F7F7"/>
            <w:tcMar>
              <w:top w:w="90" w:type="dxa"/>
              <w:left w:w="100" w:type="dxa"/>
              <w:bottom w:w="90" w:type="dxa"/>
              <w:right w:w="100" w:type="dxa"/>
            </w:tcMar>
            <w:vAlign w:val="center"/>
          </w:tcPr>
          <w:p w14:paraId="082E9C9B" w14:textId="77777777" w:rsidR="00C8312D" w:rsidRDefault="00000000">
            <w:r>
              <w:rPr>
                <w:b/>
                <w:sz w:val="16"/>
              </w:rPr>
              <w:t>Programme Closing and Reviews</w:t>
            </w:r>
          </w:p>
        </w:tc>
        <w:tc>
          <w:tcPr>
            <w:tcW w:w="2541" w:type="dxa"/>
            <w:shd w:val="clear" w:color="auto" w:fill="F7F7F7"/>
            <w:tcMar>
              <w:top w:w="90" w:type="dxa"/>
              <w:left w:w="100" w:type="dxa"/>
              <w:bottom w:w="90" w:type="dxa"/>
              <w:right w:w="100" w:type="dxa"/>
            </w:tcMar>
            <w:vAlign w:val="center"/>
          </w:tcPr>
          <w:p w14:paraId="7F3AA625" w14:textId="77777777" w:rsidR="00C8312D" w:rsidRDefault="00000000">
            <w:r>
              <w:rPr>
                <w:sz w:val="16"/>
              </w:rPr>
              <w:t>Programme review, questions and way forward.</w:t>
            </w:r>
          </w:p>
        </w:tc>
      </w:tr>
    </w:tbl>
    <w:p w14:paraId="3BB9F0BA" w14:textId="77777777" w:rsidR="00C8312D" w:rsidRDefault="00000000">
      <w:pPr>
        <w:pStyle w:val="Heading1"/>
      </w:pPr>
      <w:r>
        <w:t>6. Activity 1 — Platform Access &amp; Registration Check</w:t>
      </w:r>
    </w:p>
    <w:p w14:paraId="6754D5DA" w14:textId="77777777" w:rsidR="00C8312D" w:rsidRDefault="00000000">
      <w:r>
        <w:t>Your first task is to confirm that you can access the Real Estate Post-Training Support Platform and that your registration or login details are working.</w:t>
      </w:r>
    </w:p>
    <w:p w14:paraId="3C9CF492" w14:textId="77777777" w:rsidR="00C8312D" w:rsidRDefault="00000000">
      <w:pPr>
        <w:pStyle w:val="Heading2"/>
      </w:pPr>
      <w:r>
        <w:t>Follow these steps</w:t>
      </w:r>
    </w:p>
    <w:p w14:paraId="6C5F5FDA" w14:textId="77777777" w:rsidR="00C8312D" w:rsidRDefault="00000000">
      <w:pPr>
        <w:pStyle w:val="ListNumber"/>
        <w:spacing w:after="60"/>
      </w:pPr>
      <w:r>
        <w:t>Open the Real Estate Post-Training Support Platform.</w:t>
      </w:r>
    </w:p>
    <w:p w14:paraId="21ED0DBB" w14:textId="77777777" w:rsidR="00C8312D" w:rsidRDefault="00000000">
      <w:pPr>
        <w:pStyle w:val="ListNumber"/>
        <w:spacing w:after="60"/>
      </w:pPr>
      <w:r>
        <w:t>Locate the registration or login area.</w:t>
      </w:r>
    </w:p>
    <w:p w14:paraId="1E348931" w14:textId="77777777" w:rsidR="00C8312D" w:rsidRDefault="00000000">
      <w:pPr>
        <w:pStyle w:val="ListNumber"/>
        <w:spacing w:after="60"/>
      </w:pPr>
      <w:r>
        <w:t>Register or log in using the details provided to you.</w:t>
      </w:r>
    </w:p>
    <w:p w14:paraId="607FD080" w14:textId="77777777" w:rsidR="00C8312D" w:rsidRDefault="00000000">
      <w:pPr>
        <w:pStyle w:val="ListNumber"/>
        <w:spacing w:after="60"/>
      </w:pPr>
      <w:r>
        <w:t>Confirm that you can reach your programme area.</w:t>
      </w:r>
    </w:p>
    <w:p w14:paraId="226EA514" w14:textId="77777777" w:rsidR="00C8312D" w:rsidRDefault="00000000">
      <w:pPr>
        <w:pStyle w:val="ListNumber"/>
        <w:spacing w:after="60"/>
      </w:pPr>
      <w:r>
        <w:t>Identify where your programme information is displayed.</w:t>
      </w:r>
    </w:p>
    <w:p w14:paraId="09BFBD4C" w14:textId="77777777" w:rsidR="00C8312D" w:rsidRDefault="00000000">
      <w:pPr>
        <w:pStyle w:val="ListNumber"/>
        <w:spacing w:after="60"/>
      </w:pPr>
      <w:r>
        <w:t>If you cannot access the platform, tell the facilitator before moving on.</w:t>
      </w:r>
    </w:p>
    <w:p w14:paraId="1BCDB599" w14:textId="77777777" w:rsidR="00C8312D" w:rsidRDefault="00000000">
      <w:r>
        <w:rPr>
          <w:b/>
        </w:rPr>
        <w:t xml:space="preserve">My access status: </w:t>
      </w:r>
      <w:r>
        <w:t>☐ Access confirmed    ☐ Registration completed    ☐ Assistance required</w:t>
      </w:r>
    </w:p>
    <w:p w14:paraId="3DBC6FC5" w14:textId="77777777" w:rsidR="00C8312D" w:rsidRDefault="00000000">
      <w:r>
        <w:t>My platform/login notes:</w:t>
      </w:r>
    </w:p>
    <w:p w14:paraId="0118B375" w14:textId="77777777" w:rsidR="00C8312D" w:rsidRDefault="00000000">
      <w:r>
        <w:t>________________________________________________________________________________</w:t>
      </w:r>
    </w:p>
    <w:p w14:paraId="2BA94FA5" w14:textId="77777777" w:rsidR="00C8312D" w:rsidRDefault="00000000">
      <w:r>
        <w:lastRenderedPageBreak/>
        <w:t>________________________________________________________________________________</w:t>
      </w:r>
    </w:p>
    <w:p w14:paraId="19613301" w14:textId="77777777" w:rsidR="00C8312D" w:rsidRDefault="00000000">
      <w:r>
        <w:t>________________________________________________________________________________</w:t>
      </w:r>
    </w:p>
    <w:p w14:paraId="40EE65F9" w14:textId="77777777" w:rsidR="00C8312D" w:rsidRDefault="00000000">
      <w:r>
        <w:t>________________________________________________________________________________</w:t>
      </w:r>
    </w:p>
    <w:p w14:paraId="14CAD0EC" w14:textId="77777777" w:rsidR="00C8312D" w:rsidRDefault="00000000">
      <w:pPr>
        <w:pStyle w:val="Heading1"/>
      </w:pPr>
      <w:r>
        <w:t>7. Activity 2 — Platform Navigation</w:t>
      </w:r>
    </w:p>
    <w:p w14:paraId="43BDA63B" w14:textId="77777777" w:rsidR="00C8312D" w:rsidRDefault="00000000">
      <w:r>
        <w:t>Follow the facilitator's demonstration and then repeat the navigation steps yourself. The purpose of this activity is to ensure that you can find the main areas you will use during the programme.</w:t>
      </w:r>
    </w:p>
    <w:tbl>
      <w:tblPr>
        <w:tblStyle w:val="TableGrid"/>
        <w:tblW w:w="0" w:type="auto"/>
        <w:tblLook w:val="04A0" w:firstRow="1" w:lastRow="0" w:firstColumn="1" w:lastColumn="0" w:noHBand="0" w:noVBand="1"/>
      </w:tblPr>
      <w:tblGrid>
        <w:gridCol w:w="3389"/>
        <w:gridCol w:w="3389"/>
        <w:gridCol w:w="3389"/>
      </w:tblGrid>
      <w:tr w:rsidR="00C8312D" w14:paraId="47DA0382" w14:textId="77777777">
        <w:trPr>
          <w:tblHeader/>
        </w:trPr>
        <w:tc>
          <w:tcPr>
            <w:tcW w:w="3389" w:type="dxa"/>
            <w:shd w:val="clear" w:color="auto" w:fill="C00000"/>
            <w:tcMar>
              <w:top w:w="90" w:type="dxa"/>
              <w:left w:w="100" w:type="dxa"/>
              <w:bottom w:w="90" w:type="dxa"/>
              <w:right w:w="100" w:type="dxa"/>
            </w:tcMar>
            <w:vAlign w:val="center"/>
          </w:tcPr>
          <w:p w14:paraId="5D9EFD9F" w14:textId="77777777" w:rsidR="00C8312D" w:rsidRDefault="00000000">
            <w:r>
              <w:rPr>
                <w:b/>
                <w:color w:val="FFFFFF"/>
                <w:sz w:val="18"/>
              </w:rPr>
              <w:t>Area to Locate</w:t>
            </w:r>
          </w:p>
        </w:tc>
        <w:tc>
          <w:tcPr>
            <w:tcW w:w="3389" w:type="dxa"/>
            <w:shd w:val="clear" w:color="auto" w:fill="C00000"/>
            <w:tcMar>
              <w:top w:w="90" w:type="dxa"/>
              <w:left w:w="100" w:type="dxa"/>
              <w:bottom w:w="90" w:type="dxa"/>
              <w:right w:w="100" w:type="dxa"/>
            </w:tcMar>
            <w:vAlign w:val="center"/>
          </w:tcPr>
          <w:p w14:paraId="3774B4F3" w14:textId="77777777" w:rsidR="00C8312D" w:rsidRDefault="00000000">
            <w:r>
              <w:rPr>
                <w:b/>
                <w:color w:val="FFFFFF"/>
                <w:sz w:val="18"/>
              </w:rPr>
              <w:t>Found?</w:t>
            </w:r>
          </w:p>
        </w:tc>
        <w:tc>
          <w:tcPr>
            <w:tcW w:w="3389" w:type="dxa"/>
            <w:shd w:val="clear" w:color="auto" w:fill="C00000"/>
            <w:tcMar>
              <w:top w:w="90" w:type="dxa"/>
              <w:left w:w="100" w:type="dxa"/>
              <w:bottom w:w="90" w:type="dxa"/>
              <w:right w:w="100" w:type="dxa"/>
            </w:tcMar>
            <w:vAlign w:val="center"/>
          </w:tcPr>
          <w:p w14:paraId="134E8F3E" w14:textId="77777777" w:rsidR="00C8312D" w:rsidRDefault="00000000">
            <w:r>
              <w:rPr>
                <w:b/>
                <w:color w:val="FFFFFF"/>
                <w:sz w:val="18"/>
              </w:rPr>
              <w:t>Notes / Location</w:t>
            </w:r>
          </w:p>
        </w:tc>
      </w:tr>
      <w:tr w:rsidR="00C8312D" w14:paraId="7E68DBD6" w14:textId="77777777">
        <w:tc>
          <w:tcPr>
            <w:tcW w:w="3389" w:type="dxa"/>
            <w:tcMar>
              <w:top w:w="90" w:type="dxa"/>
              <w:left w:w="100" w:type="dxa"/>
              <w:bottom w:w="90" w:type="dxa"/>
              <w:right w:w="100" w:type="dxa"/>
            </w:tcMar>
            <w:vAlign w:val="center"/>
          </w:tcPr>
          <w:p w14:paraId="11C55EBB" w14:textId="77777777" w:rsidR="00C8312D" w:rsidRDefault="00000000">
            <w:r>
              <w:rPr>
                <w:b/>
                <w:sz w:val="18"/>
              </w:rPr>
              <w:t>Programme information</w:t>
            </w:r>
          </w:p>
        </w:tc>
        <w:tc>
          <w:tcPr>
            <w:tcW w:w="3389" w:type="dxa"/>
            <w:tcMar>
              <w:top w:w="90" w:type="dxa"/>
              <w:left w:w="100" w:type="dxa"/>
              <w:bottom w:w="90" w:type="dxa"/>
              <w:right w:w="100" w:type="dxa"/>
            </w:tcMar>
            <w:vAlign w:val="center"/>
          </w:tcPr>
          <w:p w14:paraId="5BCFF0DE" w14:textId="77777777" w:rsidR="00C8312D" w:rsidRDefault="00000000">
            <w:r>
              <w:rPr>
                <w:sz w:val="18"/>
              </w:rPr>
              <w:t>☐ Yes  ☐ No</w:t>
            </w:r>
          </w:p>
        </w:tc>
        <w:tc>
          <w:tcPr>
            <w:tcW w:w="3389" w:type="dxa"/>
            <w:tcMar>
              <w:top w:w="90" w:type="dxa"/>
              <w:left w:w="100" w:type="dxa"/>
              <w:bottom w:w="90" w:type="dxa"/>
              <w:right w:w="100" w:type="dxa"/>
            </w:tcMar>
            <w:vAlign w:val="center"/>
          </w:tcPr>
          <w:p w14:paraId="535852AF" w14:textId="77777777" w:rsidR="00C8312D" w:rsidRDefault="00C8312D"/>
        </w:tc>
      </w:tr>
      <w:tr w:rsidR="00C8312D" w14:paraId="3A5B7761" w14:textId="77777777">
        <w:tc>
          <w:tcPr>
            <w:tcW w:w="3389" w:type="dxa"/>
            <w:shd w:val="clear" w:color="auto" w:fill="F7F7F7"/>
            <w:tcMar>
              <w:top w:w="90" w:type="dxa"/>
              <w:left w:w="100" w:type="dxa"/>
              <w:bottom w:w="90" w:type="dxa"/>
              <w:right w:w="100" w:type="dxa"/>
            </w:tcMar>
            <w:vAlign w:val="center"/>
          </w:tcPr>
          <w:p w14:paraId="17C69FE6" w14:textId="77777777" w:rsidR="00C8312D" w:rsidRDefault="00000000">
            <w:r>
              <w:rPr>
                <w:b/>
                <w:sz w:val="18"/>
              </w:rPr>
              <w:t>Learning materials</w:t>
            </w:r>
          </w:p>
        </w:tc>
        <w:tc>
          <w:tcPr>
            <w:tcW w:w="3389" w:type="dxa"/>
            <w:shd w:val="clear" w:color="auto" w:fill="F7F7F7"/>
            <w:tcMar>
              <w:top w:w="90" w:type="dxa"/>
              <w:left w:w="100" w:type="dxa"/>
              <w:bottom w:w="90" w:type="dxa"/>
              <w:right w:w="100" w:type="dxa"/>
            </w:tcMar>
            <w:vAlign w:val="center"/>
          </w:tcPr>
          <w:p w14:paraId="39F0F779" w14:textId="77777777" w:rsidR="00C8312D" w:rsidRDefault="00000000">
            <w:r>
              <w:rPr>
                <w:sz w:val="18"/>
              </w:rPr>
              <w:t>☐ Yes  ☐ No</w:t>
            </w:r>
          </w:p>
        </w:tc>
        <w:tc>
          <w:tcPr>
            <w:tcW w:w="3389" w:type="dxa"/>
            <w:shd w:val="clear" w:color="auto" w:fill="F7F7F7"/>
            <w:tcMar>
              <w:top w:w="90" w:type="dxa"/>
              <w:left w:w="100" w:type="dxa"/>
              <w:bottom w:w="90" w:type="dxa"/>
              <w:right w:w="100" w:type="dxa"/>
            </w:tcMar>
            <w:vAlign w:val="center"/>
          </w:tcPr>
          <w:p w14:paraId="6C52AA48" w14:textId="77777777" w:rsidR="00C8312D" w:rsidRDefault="00C8312D"/>
        </w:tc>
      </w:tr>
      <w:tr w:rsidR="00C8312D" w14:paraId="376BAAB1" w14:textId="77777777">
        <w:tc>
          <w:tcPr>
            <w:tcW w:w="3389" w:type="dxa"/>
            <w:tcMar>
              <w:top w:w="90" w:type="dxa"/>
              <w:left w:w="100" w:type="dxa"/>
              <w:bottom w:w="90" w:type="dxa"/>
              <w:right w:w="100" w:type="dxa"/>
            </w:tcMar>
            <w:vAlign w:val="center"/>
          </w:tcPr>
          <w:p w14:paraId="61FF9B61" w14:textId="77777777" w:rsidR="00C8312D" w:rsidRDefault="00000000">
            <w:r>
              <w:rPr>
                <w:b/>
                <w:sz w:val="18"/>
              </w:rPr>
              <w:t>Masterclass toolkit</w:t>
            </w:r>
          </w:p>
        </w:tc>
        <w:tc>
          <w:tcPr>
            <w:tcW w:w="3389" w:type="dxa"/>
            <w:tcMar>
              <w:top w:w="90" w:type="dxa"/>
              <w:left w:w="100" w:type="dxa"/>
              <w:bottom w:w="90" w:type="dxa"/>
              <w:right w:w="100" w:type="dxa"/>
            </w:tcMar>
            <w:vAlign w:val="center"/>
          </w:tcPr>
          <w:p w14:paraId="25F8BB98" w14:textId="77777777" w:rsidR="00C8312D" w:rsidRDefault="00000000">
            <w:r>
              <w:rPr>
                <w:sz w:val="18"/>
              </w:rPr>
              <w:t>☐ Yes  ☐ No</w:t>
            </w:r>
          </w:p>
        </w:tc>
        <w:tc>
          <w:tcPr>
            <w:tcW w:w="3389" w:type="dxa"/>
            <w:tcMar>
              <w:top w:w="90" w:type="dxa"/>
              <w:left w:w="100" w:type="dxa"/>
              <w:bottom w:w="90" w:type="dxa"/>
              <w:right w:w="100" w:type="dxa"/>
            </w:tcMar>
            <w:vAlign w:val="center"/>
          </w:tcPr>
          <w:p w14:paraId="52418A83" w14:textId="77777777" w:rsidR="00C8312D" w:rsidRDefault="00C8312D"/>
        </w:tc>
      </w:tr>
      <w:tr w:rsidR="00C8312D" w14:paraId="757BFFD0" w14:textId="77777777">
        <w:tc>
          <w:tcPr>
            <w:tcW w:w="3389" w:type="dxa"/>
            <w:shd w:val="clear" w:color="auto" w:fill="F7F7F7"/>
            <w:tcMar>
              <w:top w:w="90" w:type="dxa"/>
              <w:left w:w="100" w:type="dxa"/>
              <w:bottom w:w="90" w:type="dxa"/>
              <w:right w:w="100" w:type="dxa"/>
            </w:tcMar>
            <w:vAlign w:val="center"/>
          </w:tcPr>
          <w:p w14:paraId="38801FBE" w14:textId="77777777" w:rsidR="00C8312D" w:rsidRDefault="00000000">
            <w:r>
              <w:rPr>
                <w:b/>
                <w:sz w:val="18"/>
              </w:rPr>
              <w:t>Assignment/submission area</w:t>
            </w:r>
          </w:p>
        </w:tc>
        <w:tc>
          <w:tcPr>
            <w:tcW w:w="3389" w:type="dxa"/>
            <w:shd w:val="clear" w:color="auto" w:fill="F7F7F7"/>
            <w:tcMar>
              <w:top w:w="90" w:type="dxa"/>
              <w:left w:w="100" w:type="dxa"/>
              <w:bottom w:w="90" w:type="dxa"/>
              <w:right w:w="100" w:type="dxa"/>
            </w:tcMar>
            <w:vAlign w:val="center"/>
          </w:tcPr>
          <w:p w14:paraId="264E94E4" w14:textId="77777777" w:rsidR="00C8312D" w:rsidRDefault="00000000">
            <w:r>
              <w:rPr>
                <w:sz w:val="18"/>
              </w:rPr>
              <w:t>☐ Yes  ☐ No</w:t>
            </w:r>
          </w:p>
        </w:tc>
        <w:tc>
          <w:tcPr>
            <w:tcW w:w="3389" w:type="dxa"/>
            <w:shd w:val="clear" w:color="auto" w:fill="F7F7F7"/>
            <w:tcMar>
              <w:top w:w="90" w:type="dxa"/>
              <w:left w:w="100" w:type="dxa"/>
              <w:bottom w:w="90" w:type="dxa"/>
              <w:right w:w="100" w:type="dxa"/>
            </w:tcMar>
            <w:vAlign w:val="center"/>
          </w:tcPr>
          <w:p w14:paraId="2FB2B2A4" w14:textId="77777777" w:rsidR="00C8312D" w:rsidRDefault="00C8312D"/>
        </w:tc>
      </w:tr>
      <w:tr w:rsidR="00C8312D" w14:paraId="694CE2B5" w14:textId="77777777">
        <w:tc>
          <w:tcPr>
            <w:tcW w:w="3389" w:type="dxa"/>
            <w:tcMar>
              <w:top w:w="90" w:type="dxa"/>
              <w:left w:w="100" w:type="dxa"/>
              <w:bottom w:w="90" w:type="dxa"/>
              <w:right w:w="100" w:type="dxa"/>
            </w:tcMar>
            <w:vAlign w:val="center"/>
          </w:tcPr>
          <w:p w14:paraId="3111BE48" w14:textId="77777777" w:rsidR="00C8312D" w:rsidRDefault="00000000">
            <w:r>
              <w:rPr>
                <w:b/>
                <w:sz w:val="18"/>
              </w:rPr>
              <w:t>Any learner support or communication area</w:t>
            </w:r>
          </w:p>
        </w:tc>
        <w:tc>
          <w:tcPr>
            <w:tcW w:w="3389" w:type="dxa"/>
            <w:tcMar>
              <w:top w:w="90" w:type="dxa"/>
              <w:left w:w="100" w:type="dxa"/>
              <w:bottom w:w="90" w:type="dxa"/>
              <w:right w:w="100" w:type="dxa"/>
            </w:tcMar>
            <w:vAlign w:val="center"/>
          </w:tcPr>
          <w:p w14:paraId="10BDA368" w14:textId="77777777" w:rsidR="00C8312D" w:rsidRDefault="00000000">
            <w:r>
              <w:rPr>
                <w:sz w:val="18"/>
              </w:rPr>
              <w:t>☐ Yes  ☐ No</w:t>
            </w:r>
          </w:p>
        </w:tc>
        <w:tc>
          <w:tcPr>
            <w:tcW w:w="3389" w:type="dxa"/>
            <w:tcMar>
              <w:top w:w="90" w:type="dxa"/>
              <w:left w:w="100" w:type="dxa"/>
              <w:bottom w:w="90" w:type="dxa"/>
              <w:right w:w="100" w:type="dxa"/>
            </w:tcMar>
            <w:vAlign w:val="center"/>
          </w:tcPr>
          <w:p w14:paraId="563278B0" w14:textId="77777777" w:rsidR="00C8312D" w:rsidRDefault="00C8312D"/>
        </w:tc>
      </w:tr>
    </w:tbl>
    <w:p w14:paraId="45A233BD" w14:textId="77777777" w:rsidR="00C8312D" w:rsidRDefault="00000000">
      <w:r>
        <w:t>What did you find easiest to locate?</w:t>
      </w:r>
    </w:p>
    <w:p w14:paraId="7AA7A868" w14:textId="77777777" w:rsidR="00C8312D" w:rsidRDefault="00000000">
      <w:r>
        <w:t>________________________________________________________________________________</w:t>
      </w:r>
    </w:p>
    <w:p w14:paraId="0CF49A51" w14:textId="77777777" w:rsidR="00C8312D" w:rsidRDefault="00000000">
      <w:r>
        <w:t>What did you need help finding?</w:t>
      </w:r>
    </w:p>
    <w:p w14:paraId="1ED0C48F" w14:textId="77777777" w:rsidR="00C8312D" w:rsidRDefault="00000000">
      <w:r>
        <w:t>________________________________________________________________________________</w:t>
      </w:r>
    </w:p>
    <w:p w14:paraId="4A115F17" w14:textId="77777777" w:rsidR="00C8312D" w:rsidRDefault="00000000">
      <w:r>
        <w:br w:type="page"/>
      </w:r>
    </w:p>
    <w:p w14:paraId="1779D797" w14:textId="77777777" w:rsidR="00C8312D" w:rsidRDefault="00000000">
      <w:pPr>
        <w:pStyle w:val="Heading1"/>
      </w:pPr>
      <w:r>
        <w:lastRenderedPageBreak/>
        <w:t>8. Activity 3 — Accessing Digital Learning Materials</w:t>
      </w:r>
    </w:p>
    <w:p w14:paraId="3850745A" w14:textId="77777777" w:rsidR="00C8312D" w:rsidRDefault="00000000">
      <w:r>
        <w:t>The programme uses digital learning materials and masterclass toolkits to support your learning between and during sessions. You should know where these resources are located and how to access them.</w:t>
      </w:r>
    </w:p>
    <w:p w14:paraId="018C78E4" w14:textId="77777777" w:rsidR="00C8312D" w:rsidRDefault="00000000">
      <w:pPr>
        <w:pStyle w:val="Heading2"/>
      </w:pPr>
      <w:r>
        <w:t>Complete the resource check</w:t>
      </w:r>
    </w:p>
    <w:tbl>
      <w:tblPr>
        <w:tblStyle w:val="TableGrid"/>
        <w:tblW w:w="0" w:type="auto"/>
        <w:tblLook w:val="04A0" w:firstRow="1" w:lastRow="0" w:firstColumn="1" w:lastColumn="0" w:noHBand="0" w:noVBand="1"/>
      </w:tblPr>
      <w:tblGrid>
        <w:gridCol w:w="2541"/>
        <w:gridCol w:w="2541"/>
        <w:gridCol w:w="2541"/>
        <w:gridCol w:w="2541"/>
      </w:tblGrid>
      <w:tr w:rsidR="00C8312D" w14:paraId="6EF4300B" w14:textId="77777777">
        <w:trPr>
          <w:tblHeader/>
        </w:trPr>
        <w:tc>
          <w:tcPr>
            <w:tcW w:w="2541" w:type="dxa"/>
            <w:shd w:val="clear" w:color="auto" w:fill="C00000"/>
            <w:tcMar>
              <w:top w:w="90" w:type="dxa"/>
              <w:left w:w="100" w:type="dxa"/>
              <w:bottom w:w="90" w:type="dxa"/>
              <w:right w:w="100" w:type="dxa"/>
            </w:tcMar>
            <w:vAlign w:val="center"/>
          </w:tcPr>
          <w:p w14:paraId="05066E4A" w14:textId="77777777" w:rsidR="00C8312D" w:rsidRDefault="00000000">
            <w:r>
              <w:rPr>
                <w:b/>
                <w:color w:val="FFFFFF"/>
                <w:sz w:val="17"/>
              </w:rPr>
              <w:t>Resource</w:t>
            </w:r>
          </w:p>
        </w:tc>
        <w:tc>
          <w:tcPr>
            <w:tcW w:w="2541" w:type="dxa"/>
            <w:shd w:val="clear" w:color="auto" w:fill="C00000"/>
            <w:tcMar>
              <w:top w:w="90" w:type="dxa"/>
              <w:left w:w="100" w:type="dxa"/>
              <w:bottom w:w="90" w:type="dxa"/>
              <w:right w:w="100" w:type="dxa"/>
            </w:tcMar>
            <w:vAlign w:val="center"/>
          </w:tcPr>
          <w:p w14:paraId="62C1CDD8" w14:textId="77777777" w:rsidR="00C8312D" w:rsidRDefault="00000000">
            <w:r>
              <w:rPr>
                <w:b/>
                <w:color w:val="FFFFFF"/>
                <w:sz w:val="17"/>
              </w:rPr>
              <w:t>Located</w:t>
            </w:r>
          </w:p>
        </w:tc>
        <w:tc>
          <w:tcPr>
            <w:tcW w:w="2541" w:type="dxa"/>
            <w:shd w:val="clear" w:color="auto" w:fill="C00000"/>
            <w:tcMar>
              <w:top w:w="90" w:type="dxa"/>
              <w:left w:w="100" w:type="dxa"/>
              <w:bottom w:w="90" w:type="dxa"/>
              <w:right w:w="100" w:type="dxa"/>
            </w:tcMar>
            <w:vAlign w:val="center"/>
          </w:tcPr>
          <w:p w14:paraId="4002CF51" w14:textId="77777777" w:rsidR="00C8312D" w:rsidRDefault="00000000">
            <w:r>
              <w:rPr>
                <w:b/>
                <w:color w:val="FFFFFF"/>
                <w:sz w:val="17"/>
              </w:rPr>
              <w:t>Opened/Accessed</w:t>
            </w:r>
          </w:p>
        </w:tc>
        <w:tc>
          <w:tcPr>
            <w:tcW w:w="2541" w:type="dxa"/>
            <w:shd w:val="clear" w:color="auto" w:fill="C00000"/>
            <w:tcMar>
              <w:top w:w="90" w:type="dxa"/>
              <w:left w:w="100" w:type="dxa"/>
              <w:bottom w:w="90" w:type="dxa"/>
              <w:right w:w="100" w:type="dxa"/>
            </w:tcMar>
            <w:vAlign w:val="center"/>
          </w:tcPr>
          <w:p w14:paraId="46D8319D" w14:textId="77777777" w:rsidR="00C8312D" w:rsidRDefault="00000000">
            <w:r>
              <w:rPr>
                <w:b/>
                <w:color w:val="FFFFFF"/>
                <w:sz w:val="17"/>
              </w:rPr>
              <w:t>Notes</w:t>
            </w:r>
          </w:p>
        </w:tc>
      </w:tr>
      <w:tr w:rsidR="00C8312D" w14:paraId="2C3CD1F2" w14:textId="77777777">
        <w:tc>
          <w:tcPr>
            <w:tcW w:w="2541" w:type="dxa"/>
            <w:tcMar>
              <w:top w:w="90" w:type="dxa"/>
              <w:left w:w="100" w:type="dxa"/>
              <w:bottom w:w="90" w:type="dxa"/>
              <w:right w:w="100" w:type="dxa"/>
            </w:tcMar>
            <w:vAlign w:val="center"/>
          </w:tcPr>
          <w:p w14:paraId="28E4184C" w14:textId="77777777" w:rsidR="00C8312D" w:rsidRDefault="00000000">
            <w:r>
              <w:rPr>
                <w:b/>
                <w:sz w:val="17"/>
              </w:rPr>
              <w:t>Session 1 learner materials</w:t>
            </w:r>
          </w:p>
        </w:tc>
        <w:tc>
          <w:tcPr>
            <w:tcW w:w="2541" w:type="dxa"/>
            <w:tcMar>
              <w:top w:w="90" w:type="dxa"/>
              <w:left w:w="100" w:type="dxa"/>
              <w:bottom w:w="90" w:type="dxa"/>
              <w:right w:w="100" w:type="dxa"/>
            </w:tcMar>
            <w:vAlign w:val="center"/>
          </w:tcPr>
          <w:p w14:paraId="5184F0A7" w14:textId="77777777" w:rsidR="00C8312D" w:rsidRDefault="00000000">
            <w:r>
              <w:rPr>
                <w:sz w:val="17"/>
              </w:rPr>
              <w:t>☐ Yes ☐ No</w:t>
            </w:r>
          </w:p>
        </w:tc>
        <w:tc>
          <w:tcPr>
            <w:tcW w:w="2541" w:type="dxa"/>
            <w:tcMar>
              <w:top w:w="90" w:type="dxa"/>
              <w:left w:w="100" w:type="dxa"/>
              <w:bottom w:w="90" w:type="dxa"/>
              <w:right w:w="100" w:type="dxa"/>
            </w:tcMar>
            <w:vAlign w:val="center"/>
          </w:tcPr>
          <w:p w14:paraId="741116B9" w14:textId="77777777" w:rsidR="00C8312D" w:rsidRDefault="00000000">
            <w:r>
              <w:rPr>
                <w:sz w:val="17"/>
              </w:rPr>
              <w:t>☐ Yes ☐ No</w:t>
            </w:r>
          </w:p>
        </w:tc>
        <w:tc>
          <w:tcPr>
            <w:tcW w:w="2541" w:type="dxa"/>
            <w:tcMar>
              <w:top w:w="90" w:type="dxa"/>
              <w:left w:w="100" w:type="dxa"/>
              <w:bottom w:w="90" w:type="dxa"/>
              <w:right w:w="100" w:type="dxa"/>
            </w:tcMar>
            <w:vAlign w:val="center"/>
          </w:tcPr>
          <w:p w14:paraId="4EA1B22A" w14:textId="77777777" w:rsidR="00C8312D" w:rsidRDefault="00C8312D"/>
        </w:tc>
      </w:tr>
      <w:tr w:rsidR="00C8312D" w14:paraId="54E9F998" w14:textId="77777777">
        <w:tc>
          <w:tcPr>
            <w:tcW w:w="2541" w:type="dxa"/>
            <w:shd w:val="clear" w:color="auto" w:fill="F7F7F7"/>
            <w:tcMar>
              <w:top w:w="90" w:type="dxa"/>
              <w:left w:w="100" w:type="dxa"/>
              <w:bottom w:w="90" w:type="dxa"/>
              <w:right w:w="100" w:type="dxa"/>
            </w:tcMar>
            <w:vAlign w:val="center"/>
          </w:tcPr>
          <w:p w14:paraId="344EFED7" w14:textId="77777777" w:rsidR="00C8312D" w:rsidRDefault="00000000">
            <w:r>
              <w:rPr>
                <w:b/>
                <w:sz w:val="17"/>
              </w:rPr>
              <w:t>Session 1 masterclass toolkit</w:t>
            </w:r>
          </w:p>
        </w:tc>
        <w:tc>
          <w:tcPr>
            <w:tcW w:w="2541" w:type="dxa"/>
            <w:shd w:val="clear" w:color="auto" w:fill="F7F7F7"/>
            <w:tcMar>
              <w:top w:w="90" w:type="dxa"/>
              <w:left w:w="100" w:type="dxa"/>
              <w:bottom w:w="90" w:type="dxa"/>
              <w:right w:w="100" w:type="dxa"/>
            </w:tcMar>
            <w:vAlign w:val="center"/>
          </w:tcPr>
          <w:p w14:paraId="55935459" w14:textId="77777777" w:rsidR="00C8312D" w:rsidRDefault="00000000">
            <w:r>
              <w:rPr>
                <w:sz w:val="17"/>
              </w:rPr>
              <w:t>☐ Yes ☐ No</w:t>
            </w:r>
          </w:p>
        </w:tc>
        <w:tc>
          <w:tcPr>
            <w:tcW w:w="2541" w:type="dxa"/>
            <w:shd w:val="clear" w:color="auto" w:fill="F7F7F7"/>
            <w:tcMar>
              <w:top w:w="90" w:type="dxa"/>
              <w:left w:w="100" w:type="dxa"/>
              <w:bottom w:w="90" w:type="dxa"/>
              <w:right w:w="100" w:type="dxa"/>
            </w:tcMar>
            <w:vAlign w:val="center"/>
          </w:tcPr>
          <w:p w14:paraId="1017B6CC" w14:textId="77777777" w:rsidR="00C8312D" w:rsidRDefault="00000000">
            <w:r>
              <w:rPr>
                <w:sz w:val="17"/>
              </w:rPr>
              <w:t>☐ Yes ☐ No</w:t>
            </w:r>
          </w:p>
        </w:tc>
        <w:tc>
          <w:tcPr>
            <w:tcW w:w="2541" w:type="dxa"/>
            <w:shd w:val="clear" w:color="auto" w:fill="F7F7F7"/>
            <w:tcMar>
              <w:top w:w="90" w:type="dxa"/>
              <w:left w:w="100" w:type="dxa"/>
              <w:bottom w:w="90" w:type="dxa"/>
              <w:right w:w="100" w:type="dxa"/>
            </w:tcMar>
            <w:vAlign w:val="center"/>
          </w:tcPr>
          <w:p w14:paraId="78CC6920" w14:textId="77777777" w:rsidR="00C8312D" w:rsidRDefault="00C8312D"/>
        </w:tc>
      </w:tr>
      <w:tr w:rsidR="00C8312D" w14:paraId="61A30D31" w14:textId="77777777">
        <w:tc>
          <w:tcPr>
            <w:tcW w:w="2541" w:type="dxa"/>
            <w:tcMar>
              <w:top w:w="90" w:type="dxa"/>
              <w:left w:w="100" w:type="dxa"/>
              <w:bottom w:w="90" w:type="dxa"/>
              <w:right w:w="100" w:type="dxa"/>
            </w:tcMar>
            <w:vAlign w:val="center"/>
          </w:tcPr>
          <w:p w14:paraId="2F19178F" w14:textId="77777777" w:rsidR="00C8312D" w:rsidRDefault="00000000">
            <w:r>
              <w:rPr>
                <w:b/>
                <w:sz w:val="17"/>
              </w:rPr>
              <w:t>Programme learning resources</w:t>
            </w:r>
          </w:p>
        </w:tc>
        <w:tc>
          <w:tcPr>
            <w:tcW w:w="2541" w:type="dxa"/>
            <w:tcMar>
              <w:top w:w="90" w:type="dxa"/>
              <w:left w:w="100" w:type="dxa"/>
              <w:bottom w:w="90" w:type="dxa"/>
              <w:right w:w="100" w:type="dxa"/>
            </w:tcMar>
            <w:vAlign w:val="center"/>
          </w:tcPr>
          <w:p w14:paraId="70A98C88" w14:textId="77777777" w:rsidR="00C8312D" w:rsidRDefault="00000000">
            <w:r>
              <w:rPr>
                <w:sz w:val="17"/>
              </w:rPr>
              <w:t>☐ Yes ☐ No</w:t>
            </w:r>
          </w:p>
        </w:tc>
        <w:tc>
          <w:tcPr>
            <w:tcW w:w="2541" w:type="dxa"/>
            <w:tcMar>
              <w:top w:w="90" w:type="dxa"/>
              <w:left w:w="100" w:type="dxa"/>
              <w:bottom w:w="90" w:type="dxa"/>
              <w:right w:w="100" w:type="dxa"/>
            </w:tcMar>
            <w:vAlign w:val="center"/>
          </w:tcPr>
          <w:p w14:paraId="33813777" w14:textId="77777777" w:rsidR="00C8312D" w:rsidRDefault="00000000">
            <w:r>
              <w:rPr>
                <w:sz w:val="17"/>
              </w:rPr>
              <w:t>☐ Yes ☐ No</w:t>
            </w:r>
          </w:p>
        </w:tc>
        <w:tc>
          <w:tcPr>
            <w:tcW w:w="2541" w:type="dxa"/>
            <w:tcMar>
              <w:top w:w="90" w:type="dxa"/>
              <w:left w:w="100" w:type="dxa"/>
              <w:bottom w:w="90" w:type="dxa"/>
              <w:right w:w="100" w:type="dxa"/>
            </w:tcMar>
            <w:vAlign w:val="center"/>
          </w:tcPr>
          <w:p w14:paraId="7F39A605" w14:textId="77777777" w:rsidR="00C8312D" w:rsidRDefault="00C8312D"/>
        </w:tc>
      </w:tr>
      <w:tr w:rsidR="00C8312D" w14:paraId="2F9CBBAA" w14:textId="77777777">
        <w:tc>
          <w:tcPr>
            <w:tcW w:w="2541" w:type="dxa"/>
            <w:shd w:val="clear" w:color="auto" w:fill="F7F7F7"/>
            <w:tcMar>
              <w:top w:w="90" w:type="dxa"/>
              <w:left w:w="100" w:type="dxa"/>
              <w:bottom w:w="90" w:type="dxa"/>
              <w:right w:w="100" w:type="dxa"/>
            </w:tcMar>
            <w:vAlign w:val="center"/>
          </w:tcPr>
          <w:p w14:paraId="473E08E9" w14:textId="77777777" w:rsidR="00C8312D" w:rsidRDefault="00000000">
            <w:r>
              <w:rPr>
                <w:b/>
                <w:sz w:val="17"/>
              </w:rPr>
              <w:t>Any available supporting digital resource</w:t>
            </w:r>
          </w:p>
        </w:tc>
        <w:tc>
          <w:tcPr>
            <w:tcW w:w="2541" w:type="dxa"/>
            <w:shd w:val="clear" w:color="auto" w:fill="F7F7F7"/>
            <w:tcMar>
              <w:top w:w="90" w:type="dxa"/>
              <w:left w:w="100" w:type="dxa"/>
              <w:bottom w:w="90" w:type="dxa"/>
              <w:right w:w="100" w:type="dxa"/>
            </w:tcMar>
            <w:vAlign w:val="center"/>
          </w:tcPr>
          <w:p w14:paraId="31E8B301" w14:textId="77777777" w:rsidR="00C8312D" w:rsidRDefault="00000000">
            <w:r>
              <w:rPr>
                <w:sz w:val="17"/>
              </w:rPr>
              <w:t>☐ Yes ☐ No</w:t>
            </w:r>
          </w:p>
        </w:tc>
        <w:tc>
          <w:tcPr>
            <w:tcW w:w="2541" w:type="dxa"/>
            <w:shd w:val="clear" w:color="auto" w:fill="F7F7F7"/>
            <w:tcMar>
              <w:top w:w="90" w:type="dxa"/>
              <w:left w:w="100" w:type="dxa"/>
              <w:bottom w:w="90" w:type="dxa"/>
              <w:right w:w="100" w:type="dxa"/>
            </w:tcMar>
            <w:vAlign w:val="center"/>
          </w:tcPr>
          <w:p w14:paraId="4727F778" w14:textId="77777777" w:rsidR="00C8312D" w:rsidRDefault="00000000">
            <w:r>
              <w:rPr>
                <w:sz w:val="17"/>
              </w:rPr>
              <w:t>☐ Yes ☐ No</w:t>
            </w:r>
          </w:p>
        </w:tc>
        <w:tc>
          <w:tcPr>
            <w:tcW w:w="2541" w:type="dxa"/>
            <w:shd w:val="clear" w:color="auto" w:fill="F7F7F7"/>
            <w:tcMar>
              <w:top w:w="90" w:type="dxa"/>
              <w:left w:w="100" w:type="dxa"/>
              <w:bottom w:w="90" w:type="dxa"/>
              <w:right w:w="100" w:type="dxa"/>
            </w:tcMar>
            <w:vAlign w:val="center"/>
          </w:tcPr>
          <w:p w14:paraId="634D82B8" w14:textId="77777777" w:rsidR="00C8312D" w:rsidRDefault="00C8312D"/>
        </w:tc>
      </w:tr>
    </w:tbl>
    <w:tbl>
      <w:tblPr>
        <w:tblW w:w="0" w:type="auto"/>
        <w:jc w:val="center"/>
        <w:tblLook w:val="04A0" w:firstRow="1" w:lastRow="0" w:firstColumn="1" w:lastColumn="0" w:noHBand="0" w:noVBand="1"/>
      </w:tblPr>
      <w:tblGrid>
        <w:gridCol w:w="10166"/>
      </w:tblGrid>
      <w:tr w:rsidR="00C8312D" w14:paraId="5829EDCB" w14:textId="77777777">
        <w:trPr>
          <w:jc w:val="center"/>
        </w:trPr>
        <w:tc>
          <w:tcPr>
            <w:tcW w:w="10166" w:type="dxa"/>
            <w:shd w:val="clear" w:color="auto" w:fill="FDECEC"/>
            <w:tcMar>
              <w:top w:w="110" w:type="dxa"/>
              <w:left w:w="120" w:type="dxa"/>
              <w:bottom w:w="110" w:type="dxa"/>
              <w:right w:w="120" w:type="dxa"/>
            </w:tcMar>
          </w:tcPr>
          <w:p w14:paraId="2AD83509" w14:textId="77777777" w:rsidR="00C8312D" w:rsidRDefault="00000000">
            <w:pPr>
              <w:spacing w:after="40"/>
            </w:pPr>
            <w:r>
              <w:rPr>
                <w:b/>
                <w:color w:val="C00000"/>
              </w:rPr>
              <w:t>Good practice</w:t>
            </w:r>
          </w:p>
          <w:p w14:paraId="437770A9" w14:textId="77777777" w:rsidR="00C8312D" w:rsidRDefault="00000000">
            <w:pPr>
              <w:spacing w:after="0"/>
            </w:pPr>
            <w:r>
              <w:rPr>
                <w:sz w:val="18"/>
              </w:rPr>
              <w:t>Keep your programme learning materials organised so that you can return to them during the 10-week programme. Your completed practical activities may also be used as evidence of your learning and participation.</w:t>
            </w:r>
          </w:p>
        </w:tc>
      </w:tr>
    </w:tbl>
    <w:p w14:paraId="5B945BE3" w14:textId="77777777" w:rsidR="00C8312D" w:rsidRDefault="00C8312D">
      <w:pPr>
        <w:spacing w:after="0"/>
      </w:pPr>
    </w:p>
    <w:p w14:paraId="6595F6D1" w14:textId="77777777" w:rsidR="00C8312D" w:rsidRDefault="00000000">
      <w:pPr>
        <w:pStyle w:val="Heading1"/>
      </w:pPr>
      <w:r>
        <w:t>9. Activity 4 — Assignment Submission Portal</w:t>
      </w:r>
    </w:p>
    <w:p w14:paraId="452AAA95" w14:textId="77777777" w:rsidR="00C8312D" w:rsidRDefault="00000000">
      <w:r>
        <w:t>You will complete practical activities during the programme. This activity introduces you to the area where assignments or practical submissions will be made.</w:t>
      </w:r>
    </w:p>
    <w:p w14:paraId="10DEFD3C" w14:textId="77777777" w:rsidR="00C8312D" w:rsidRDefault="00000000">
      <w:pPr>
        <w:pStyle w:val="ListNumber"/>
        <w:spacing w:after="60"/>
      </w:pPr>
      <w:r>
        <w:t>Open the assignment/submission area.</w:t>
      </w:r>
    </w:p>
    <w:p w14:paraId="55A597E0" w14:textId="77777777" w:rsidR="00C8312D" w:rsidRDefault="00000000">
      <w:pPr>
        <w:pStyle w:val="ListNumber"/>
        <w:spacing w:after="60"/>
      </w:pPr>
      <w:r>
        <w:t>Identify where a learner would find an assignment or practical activity.</w:t>
      </w:r>
    </w:p>
    <w:p w14:paraId="4CC0453D" w14:textId="77777777" w:rsidR="00C8312D" w:rsidRDefault="00000000">
      <w:pPr>
        <w:pStyle w:val="ListNumber"/>
        <w:spacing w:after="60"/>
      </w:pPr>
      <w:r>
        <w:t>Identify where a completed submission would be uploaded or submitted, where applicable.</w:t>
      </w:r>
    </w:p>
    <w:p w14:paraId="072D1F56" w14:textId="77777777" w:rsidR="00C8312D" w:rsidRDefault="00000000">
      <w:pPr>
        <w:pStyle w:val="ListNumber"/>
        <w:spacing w:after="60"/>
      </w:pPr>
      <w:r>
        <w:t>Confirm how you would know that your submission has been completed successfully.</w:t>
      </w:r>
    </w:p>
    <w:p w14:paraId="6917E87A" w14:textId="77777777" w:rsidR="00C8312D" w:rsidRDefault="00000000">
      <w:pPr>
        <w:pStyle w:val="ListNumber"/>
        <w:spacing w:after="60"/>
      </w:pPr>
      <w:r>
        <w:t>Ask the facilitator to clarify anything you do not understand.</w:t>
      </w:r>
    </w:p>
    <w:p w14:paraId="553E800A" w14:textId="77777777" w:rsidR="00C8312D" w:rsidRDefault="00000000">
      <w:r>
        <w:rPr>
          <w:b/>
        </w:rPr>
        <w:t xml:space="preserve">Submission portal access: </w:t>
      </w:r>
      <w:r>
        <w:t>☐ Confirmed    ☐ Assistance required</w:t>
      </w:r>
    </w:p>
    <w:p w14:paraId="59C2D2CD" w14:textId="77777777" w:rsidR="00C8312D" w:rsidRDefault="00000000">
      <w:r>
        <w:t>My notes about submitting assignments:</w:t>
      </w:r>
    </w:p>
    <w:p w14:paraId="221DF424" w14:textId="77777777" w:rsidR="00C8312D" w:rsidRDefault="00000000">
      <w:r>
        <w:t>________________________________________________________________________________</w:t>
      </w:r>
    </w:p>
    <w:p w14:paraId="722BD19B" w14:textId="77777777" w:rsidR="00C8312D" w:rsidRDefault="00000000">
      <w:r>
        <w:t>________________________________________________________________________________</w:t>
      </w:r>
    </w:p>
    <w:p w14:paraId="161520EC" w14:textId="77777777" w:rsidR="00C8312D" w:rsidRDefault="00000000">
      <w:r>
        <w:t>________________________________________________________________________________</w:t>
      </w:r>
    </w:p>
    <w:p w14:paraId="439CA9B8" w14:textId="77777777" w:rsidR="00C8312D" w:rsidRDefault="00000000">
      <w:r>
        <w:t>________________________________________________________________________________</w:t>
      </w:r>
    </w:p>
    <w:p w14:paraId="6C27C338" w14:textId="77777777" w:rsidR="00C8312D" w:rsidRDefault="00000000">
      <w:pPr>
        <w:pStyle w:val="Heading1"/>
      </w:pPr>
      <w:r>
        <w:t>10. Digital Learning Protocols &amp; Governance</w:t>
      </w:r>
    </w:p>
    <w:p w14:paraId="4C793135" w14:textId="77777777" w:rsidR="00C8312D" w:rsidRDefault="00000000">
      <w:r>
        <w:t>Professional conduct applies to the virtual classroom in the same way that it applies to a professional workplace. The following standards will help us maintain an effective learning environment.</w:t>
      </w:r>
    </w:p>
    <w:tbl>
      <w:tblPr>
        <w:tblStyle w:val="TableGrid"/>
        <w:tblW w:w="0" w:type="auto"/>
        <w:tblLook w:val="04A0" w:firstRow="1" w:lastRow="0" w:firstColumn="1" w:lastColumn="0" w:noHBand="0" w:noVBand="1"/>
      </w:tblPr>
      <w:tblGrid>
        <w:gridCol w:w="5083"/>
        <w:gridCol w:w="5083"/>
      </w:tblGrid>
      <w:tr w:rsidR="00C8312D" w14:paraId="5697F33E" w14:textId="77777777">
        <w:trPr>
          <w:tblHeader/>
        </w:trPr>
        <w:tc>
          <w:tcPr>
            <w:tcW w:w="5083" w:type="dxa"/>
            <w:shd w:val="clear" w:color="auto" w:fill="C00000"/>
            <w:tcMar>
              <w:top w:w="90" w:type="dxa"/>
              <w:left w:w="100" w:type="dxa"/>
              <w:bottom w:w="90" w:type="dxa"/>
              <w:right w:w="100" w:type="dxa"/>
            </w:tcMar>
            <w:vAlign w:val="center"/>
          </w:tcPr>
          <w:p w14:paraId="60618D74" w14:textId="77777777" w:rsidR="00C8312D" w:rsidRDefault="00000000">
            <w:r>
              <w:rPr>
                <w:b/>
                <w:color w:val="FFFFFF"/>
                <w:sz w:val="18"/>
              </w:rPr>
              <w:t>Standard</w:t>
            </w:r>
          </w:p>
        </w:tc>
        <w:tc>
          <w:tcPr>
            <w:tcW w:w="5083" w:type="dxa"/>
            <w:shd w:val="clear" w:color="auto" w:fill="C00000"/>
            <w:tcMar>
              <w:top w:w="90" w:type="dxa"/>
              <w:left w:w="100" w:type="dxa"/>
              <w:bottom w:w="90" w:type="dxa"/>
              <w:right w:w="100" w:type="dxa"/>
            </w:tcMar>
            <w:vAlign w:val="center"/>
          </w:tcPr>
          <w:p w14:paraId="197C74C2" w14:textId="77777777" w:rsidR="00C8312D" w:rsidRDefault="00000000">
            <w:r>
              <w:rPr>
                <w:b/>
                <w:color w:val="FFFFFF"/>
                <w:sz w:val="18"/>
              </w:rPr>
              <w:t>What It Means for You</w:t>
            </w:r>
          </w:p>
        </w:tc>
      </w:tr>
      <w:tr w:rsidR="00C8312D" w14:paraId="12FE4683" w14:textId="77777777">
        <w:tc>
          <w:tcPr>
            <w:tcW w:w="5083" w:type="dxa"/>
            <w:tcMar>
              <w:top w:w="90" w:type="dxa"/>
              <w:left w:w="100" w:type="dxa"/>
              <w:bottom w:w="90" w:type="dxa"/>
              <w:right w:w="100" w:type="dxa"/>
            </w:tcMar>
            <w:vAlign w:val="center"/>
          </w:tcPr>
          <w:p w14:paraId="1E5B7747" w14:textId="77777777" w:rsidR="00C8312D" w:rsidRDefault="00000000">
            <w:r>
              <w:rPr>
                <w:b/>
                <w:sz w:val="18"/>
              </w:rPr>
              <w:t>Be punctual</w:t>
            </w:r>
          </w:p>
        </w:tc>
        <w:tc>
          <w:tcPr>
            <w:tcW w:w="5083" w:type="dxa"/>
            <w:tcMar>
              <w:top w:w="90" w:type="dxa"/>
              <w:left w:w="100" w:type="dxa"/>
              <w:bottom w:w="90" w:type="dxa"/>
              <w:right w:w="100" w:type="dxa"/>
            </w:tcMar>
            <w:vAlign w:val="center"/>
          </w:tcPr>
          <w:p w14:paraId="35FBABE5" w14:textId="77777777" w:rsidR="00C8312D" w:rsidRDefault="00000000">
            <w:r>
              <w:rPr>
                <w:sz w:val="18"/>
              </w:rPr>
              <w:t>Join the scheduled session on time and be ready to participate.</w:t>
            </w:r>
          </w:p>
        </w:tc>
      </w:tr>
      <w:tr w:rsidR="00C8312D" w14:paraId="2890343A" w14:textId="77777777">
        <w:tc>
          <w:tcPr>
            <w:tcW w:w="5083" w:type="dxa"/>
            <w:shd w:val="clear" w:color="auto" w:fill="F7F7F7"/>
            <w:tcMar>
              <w:top w:w="90" w:type="dxa"/>
              <w:left w:w="100" w:type="dxa"/>
              <w:bottom w:w="90" w:type="dxa"/>
              <w:right w:w="100" w:type="dxa"/>
            </w:tcMar>
            <w:vAlign w:val="center"/>
          </w:tcPr>
          <w:p w14:paraId="3FE3CCA8" w14:textId="77777777" w:rsidR="00C8312D" w:rsidRDefault="00000000">
            <w:r>
              <w:rPr>
                <w:b/>
                <w:sz w:val="18"/>
              </w:rPr>
              <w:lastRenderedPageBreak/>
              <w:t>Participate actively</w:t>
            </w:r>
          </w:p>
        </w:tc>
        <w:tc>
          <w:tcPr>
            <w:tcW w:w="5083" w:type="dxa"/>
            <w:shd w:val="clear" w:color="auto" w:fill="F7F7F7"/>
            <w:tcMar>
              <w:top w:w="90" w:type="dxa"/>
              <w:left w:w="100" w:type="dxa"/>
              <w:bottom w:w="90" w:type="dxa"/>
              <w:right w:w="100" w:type="dxa"/>
            </w:tcMar>
            <w:vAlign w:val="center"/>
          </w:tcPr>
          <w:p w14:paraId="212F244C" w14:textId="77777777" w:rsidR="00C8312D" w:rsidRDefault="00000000">
            <w:r>
              <w:rPr>
                <w:sz w:val="18"/>
              </w:rPr>
              <w:t>Take part in discussions, demonstrations and practical activities.</w:t>
            </w:r>
          </w:p>
        </w:tc>
      </w:tr>
      <w:tr w:rsidR="00C8312D" w14:paraId="60277BC4" w14:textId="77777777">
        <w:tc>
          <w:tcPr>
            <w:tcW w:w="5083" w:type="dxa"/>
            <w:tcMar>
              <w:top w:w="90" w:type="dxa"/>
              <w:left w:w="100" w:type="dxa"/>
              <w:bottom w:w="90" w:type="dxa"/>
              <w:right w:w="100" w:type="dxa"/>
            </w:tcMar>
            <w:vAlign w:val="center"/>
          </w:tcPr>
          <w:p w14:paraId="3F306CE3" w14:textId="77777777" w:rsidR="00C8312D" w:rsidRDefault="00000000">
            <w:r>
              <w:rPr>
                <w:b/>
                <w:sz w:val="18"/>
              </w:rPr>
              <w:t>Communicate respectfully</w:t>
            </w:r>
          </w:p>
        </w:tc>
        <w:tc>
          <w:tcPr>
            <w:tcW w:w="5083" w:type="dxa"/>
            <w:tcMar>
              <w:top w:w="90" w:type="dxa"/>
              <w:left w:w="100" w:type="dxa"/>
              <w:bottom w:w="90" w:type="dxa"/>
              <w:right w:w="100" w:type="dxa"/>
            </w:tcMar>
            <w:vAlign w:val="center"/>
          </w:tcPr>
          <w:p w14:paraId="3FCE15CF" w14:textId="77777777" w:rsidR="00C8312D" w:rsidRDefault="00000000">
            <w:r>
              <w:rPr>
                <w:sz w:val="18"/>
              </w:rPr>
              <w:t>Treat the facilitator and other learners professionally and respectfully.</w:t>
            </w:r>
          </w:p>
        </w:tc>
      </w:tr>
      <w:tr w:rsidR="00C8312D" w14:paraId="573AB03D" w14:textId="77777777">
        <w:tc>
          <w:tcPr>
            <w:tcW w:w="5083" w:type="dxa"/>
            <w:shd w:val="clear" w:color="auto" w:fill="F7F7F7"/>
            <w:tcMar>
              <w:top w:w="90" w:type="dxa"/>
              <w:left w:w="100" w:type="dxa"/>
              <w:bottom w:w="90" w:type="dxa"/>
              <w:right w:w="100" w:type="dxa"/>
            </w:tcMar>
            <w:vAlign w:val="center"/>
          </w:tcPr>
          <w:p w14:paraId="65C3F8AD" w14:textId="77777777" w:rsidR="00C8312D" w:rsidRDefault="00000000">
            <w:r>
              <w:rPr>
                <w:b/>
                <w:sz w:val="18"/>
              </w:rPr>
              <w:t>Follow attendance requirements</w:t>
            </w:r>
          </w:p>
        </w:tc>
        <w:tc>
          <w:tcPr>
            <w:tcW w:w="5083" w:type="dxa"/>
            <w:shd w:val="clear" w:color="auto" w:fill="F7F7F7"/>
            <w:tcMar>
              <w:top w:w="90" w:type="dxa"/>
              <w:left w:w="100" w:type="dxa"/>
              <w:bottom w:w="90" w:type="dxa"/>
              <w:right w:w="100" w:type="dxa"/>
            </w:tcMar>
            <w:vAlign w:val="center"/>
          </w:tcPr>
          <w:p w14:paraId="2A27E2F6" w14:textId="77777777" w:rsidR="00C8312D" w:rsidRDefault="00000000">
            <w:r>
              <w:rPr>
                <w:sz w:val="18"/>
              </w:rPr>
              <w:t>Make sure your attendance is captured according to the programme process.</w:t>
            </w:r>
          </w:p>
        </w:tc>
      </w:tr>
      <w:tr w:rsidR="00C8312D" w14:paraId="3D49E06B" w14:textId="77777777">
        <w:tc>
          <w:tcPr>
            <w:tcW w:w="5083" w:type="dxa"/>
            <w:tcMar>
              <w:top w:w="90" w:type="dxa"/>
              <w:left w:w="100" w:type="dxa"/>
              <w:bottom w:w="90" w:type="dxa"/>
              <w:right w:w="100" w:type="dxa"/>
            </w:tcMar>
            <w:vAlign w:val="center"/>
          </w:tcPr>
          <w:p w14:paraId="0187E8D5" w14:textId="77777777" w:rsidR="00C8312D" w:rsidRDefault="00000000">
            <w:r>
              <w:rPr>
                <w:b/>
                <w:sz w:val="18"/>
              </w:rPr>
              <w:t>Use the agreed communication channels</w:t>
            </w:r>
          </w:p>
        </w:tc>
        <w:tc>
          <w:tcPr>
            <w:tcW w:w="5083" w:type="dxa"/>
            <w:tcMar>
              <w:top w:w="90" w:type="dxa"/>
              <w:left w:w="100" w:type="dxa"/>
              <w:bottom w:w="90" w:type="dxa"/>
              <w:right w:w="100" w:type="dxa"/>
            </w:tcMar>
            <w:vAlign w:val="center"/>
          </w:tcPr>
          <w:p w14:paraId="55FBF098" w14:textId="77777777" w:rsidR="00C8312D" w:rsidRDefault="00000000">
            <w:r>
              <w:rPr>
                <w:sz w:val="18"/>
              </w:rPr>
              <w:t>Use the official programme communication and support channels for programme information and assistance.</w:t>
            </w:r>
          </w:p>
        </w:tc>
      </w:tr>
      <w:tr w:rsidR="00C8312D" w14:paraId="43808BBB" w14:textId="77777777">
        <w:tc>
          <w:tcPr>
            <w:tcW w:w="5083" w:type="dxa"/>
            <w:shd w:val="clear" w:color="auto" w:fill="F7F7F7"/>
            <w:tcMar>
              <w:top w:w="90" w:type="dxa"/>
              <w:left w:w="100" w:type="dxa"/>
              <w:bottom w:w="90" w:type="dxa"/>
              <w:right w:w="100" w:type="dxa"/>
            </w:tcMar>
            <w:vAlign w:val="center"/>
          </w:tcPr>
          <w:p w14:paraId="56334F12" w14:textId="77777777" w:rsidR="00C8312D" w:rsidRDefault="00000000">
            <w:r>
              <w:rPr>
                <w:b/>
                <w:sz w:val="18"/>
              </w:rPr>
              <w:t>Protect your access information</w:t>
            </w:r>
          </w:p>
        </w:tc>
        <w:tc>
          <w:tcPr>
            <w:tcW w:w="5083" w:type="dxa"/>
            <w:shd w:val="clear" w:color="auto" w:fill="F7F7F7"/>
            <w:tcMar>
              <w:top w:w="90" w:type="dxa"/>
              <w:left w:w="100" w:type="dxa"/>
              <w:bottom w:w="90" w:type="dxa"/>
              <w:right w:w="100" w:type="dxa"/>
            </w:tcMar>
            <w:vAlign w:val="center"/>
          </w:tcPr>
          <w:p w14:paraId="096D5C74" w14:textId="77777777" w:rsidR="00C8312D" w:rsidRDefault="00000000">
            <w:r>
              <w:rPr>
                <w:sz w:val="18"/>
              </w:rPr>
              <w:t>Keep your login and access details secure.</w:t>
            </w:r>
          </w:p>
        </w:tc>
      </w:tr>
      <w:tr w:rsidR="00C8312D" w14:paraId="076B7F10" w14:textId="77777777">
        <w:tc>
          <w:tcPr>
            <w:tcW w:w="5083" w:type="dxa"/>
            <w:tcMar>
              <w:top w:w="90" w:type="dxa"/>
              <w:left w:w="100" w:type="dxa"/>
              <w:bottom w:w="90" w:type="dxa"/>
              <w:right w:w="100" w:type="dxa"/>
            </w:tcMar>
            <w:vAlign w:val="center"/>
          </w:tcPr>
          <w:p w14:paraId="357D6A9D" w14:textId="77777777" w:rsidR="00C8312D" w:rsidRDefault="00000000">
            <w:r>
              <w:rPr>
                <w:b/>
                <w:sz w:val="18"/>
              </w:rPr>
              <w:t>Report problems early</w:t>
            </w:r>
          </w:p>
        </w:tc>
        <w:tc>
          <w:tcPr>
            <w:tcW w:w="5083" w:type="dxa"/>
            <w:tcMar>
              <w:top w:w="90" w:type="dxa"/>
              <w:left w:w="100" w:type="dxa"/>
              <w:bottom w:w="90" w:type="dxa"/>
              <w:right w:w="100" w:type="dxa"/>
            </w:tcMar>
            <w:vAlign w:val="center"/>
          </w:tcPr>
          <w:p w14:paraId="276FCF2B" w14:textId="77777777" w:rsidR="00C8312D" w:rsidRDefault="00000000">
            <w:r>
              <w:rPr>
                <w:sz w:val="18"/>
              </w:rPr>
              <w:t>Tell the programme team when an access or technical issue prevents you from participating.</w:t>
            </w:r>
          </w:p>
        </w:tc>
      </w:tr>
      <w:tr w:rsidR="00C8312D" w14:paraId="53B76587" w14:textId="77777777">
        <w:tc>
          <w:tcPr>
            <w:tcW w:w="5083" w:type="dxa"/>
            <w:shd w:val="clear" w:color="auto" w:fill="F7F7F7"/>
            <w:tcMar>
              <w:top w:w="90" w:type="dxa"/>
              <w:left w:w="100" w:type="dxa"/>
              <w:bottom w:w="90" w:type="dxa"/>
              <w:right w:w="100" w:type="dxa"/>
            </w:tcMar>
            <w:vAlign w:val="center"/>
          </w:tcPr>
          <w:p w14:paraId="41F64581" w14:textId="77777777" w:rsidR="00C8312D" w:rsidRDefault="00000000">
            <w:r>
              <w:rPr>
                <w:b/>
                <w:sz w:val="18"/>
              </w:rPr>
              <w:t>Keep your learning resources</w:t>
            </w:r>
          </w:p>
        </w:tc>
        <w:tc>
          <w:tcPr>
            <w:tcW w:w="5083" w:type="dxa"/>
            <w:shd w:val="clear" w:color="auto" w:fill="F7F7F7"/>
            <w:tcMar>
              <w:top w:w="90" w:type="dxa"/>
              <w:left w:w="100" w:type="dxa"/>
              <w:bottom w:w="90" w:type="dxa"/>
              <w:right w:w="100" w:type="dxa"/>
            </w:tcMar>
            <w:vAlign w:val="center"/>
          </w:tcPr>
          <w:p w14:paraId="1FD544A6" w14:textId="77777777" w:rsidR="00C8312D" w:rsidRDefault="00000000">
            <w:r>
              <w:rPr>
                <w:sz w:val="18"/>
              </w:rPr>
              <w:t>Retain your programme materials and completed activities for future reference.</w:t>
            </w:r>
          </w:p>
        </w:tc>
      </w:tr>
    </w:tbl>
    <w:p w14:paraId="3DBEC1FC" w14:textId="77777777" w:rsidR="00C8312D" w:rsidRDefault="00000000">
      <w:pPr>
        <w:pStyle w:val="Heading1"/>
      </w:pPr>
      <w:r>
        <w:t>11. Reflection — My Digital Learning Readiness</w:t>
      </w:r>
    </w:p>
    <w:p w14:paraId="5A24C77F" w14:textId="77777777" w:rsidR="00C8312D" w:rsidRDefault="00000000">
      <w:r>
        <w:rPr>
          <w:b/>
        </w:rPr>
        <w:t>Which part of the platform can I access confidently?</w:t>
      </w:r>
    </w:p>
    <w:p w14:paraId="50064301" w14:textId="77777777" w:rsidR="00C8312D" w:rsidRDefault="00000000">
      <w:r>
        <w:t>________________________________________________________________________________</w:t>
      </w:r>
    </w:p>
    <w:p w14:paraId="1B455E79" w14:textId="77777777" w:rsidR="00C8312D" w:rsidRDefault="00000000">
      <w:r>
        <w:t>________________________________________________________________________________</w:t>
      </w:r>
    </w:p>
    <w:p w14:paraId="4F460B04" w14:textId="77777777" w:rsidR="00C8312D" w:rsidRDefault="00000000">
      <w:r>
        <w:rPr>
          <w:b/>
        </w:rPr>
        <w:t>What part of the platform do I still need help with?</w:t>
      </w:r>
    </w:p>
    <w:p w14:paraId="4D218819" w14:textId="77777777" w:rsidR="00C8312D" w:rsidRDefault="00000000">
      <w:r>
        <w:t>________________________________________________________________________________</w:t>
      </w:r>
    </w:p>
    <w:p w14:paraId="1A6EF349" w14:textId="77777777" w:rsidR="00C8312D" w:rsidRDefault="00000000">
      <w:r>
        <w:t>________________________________________________________________________________</w:t>
      </w:r>
    </w:p>
    <w:p w14:paraId="2D7806F2" w14:textId="77777777" w:rsidR="00C8312D" w:rsidRDefault="00000000">
      <w:r>
        <w:rPr>
          <w:b/>
        </w:rPr>
        <w:t>Do I know where to find my learning materials?</w:t>
      </w:r>
    </w:p>
    <w:p w14:paraId="70AF3A11" w14:textId="77777777" w:rsidR="00C8312D" w:rsidRDefault="00000000">
      <w:r>
        <w:t>________________________________________________________________________________</w:t>
      </w:r>
    </w:p>
    <w:p w14:paraId="0D539B4F" w14:textId="77777777" w:rsidR="00C8312D" w:rsidRDefault="00000000">
      <w:r>
        <w:t>________________________________________________________________________________</w:t>
      </w:r>
    </w:p>
    <w:p w14:paraId="5B79E636" w14:textId="77777777" w:rsidR="00C8312D" w:rsidRDefault="00000000">
      <w:r>
        <w:rPr>
          <w:b/>
        </w:rPr>
        <w:t>Do I know where assignments will be submitted?</w:t>
      </w:r>
    </w:p>
    <w:p w14:paraId="6E818E84" w14:textId="77777777" w:rsidR="00C8312D" w:rsidRDefault="00000000">
      <w:r>
        <w:t>________________________________________________________________________________</w:t>
      </w:r>
    </w:p>
    <w:p w14:paraId="7B45432E" w14:textId="77777777" w:rsidR="00C8312D" w:rsidRDefault="00000000">
      <w:r>
        <w:t>________________________________________________________________________________</w:t>
      </w:r>
    </w:p>
    <w:p w14:paraId="2B2F24D6" w14:textId="77777777" w:rsidR="00C8312D" w:rsidRDefault="00000000">
      <w:r>
        <w:rPr>
          <w:b/>
        </w:rPr>
        <w:t>What could prevent me from participating fully in a future virtual session?</w:t>
      </w:r>
    </w:p>
    <w:p w14:paraId="4AA4F996" w14:textId="77777777" w:rsidR="00C8312D" w:rsidRDefault="00000000">
      <w:r>
        <w:t>________________________________________________________________________________</w:t>
      </w:r>
    </w:p>
    <w:p w14:paraId="3607D326" w14:textId="77777777" w:rsidR="00C8312D" w:rsidRDefault="00000000">
      <w:r>
        <w:t>________________________________________________________________________________</w:t>
      </w:r>
    </w:p>
    <w:p w14:paraId="653C229B" w14:textId="77777777" w:rsidR="00C8312D" w:rsidRDefault="00000000">
      <w:r>
        <w:rPr>
          <w:b/>
        </w:rPr>
        <w:t>What action will I take to address that issue?</w:t>
      </w:r>
    </w:p>
    <w:p w14:paraId="4F08914A" w14:textId="77777777" w:rsidR="00C8312D" w:rsidRDefault="00000000">
      <w:r>
        <w:t>________________________________________________________________________________</w:t>
      </w:r>
    </w:p>
    <w:p w14:paraId="16BA9CD3" w14:textId="77777777" w:rsidR="00C8312D" w:rsidRDefault="00000000">
      <w:r>
        <w:t>________________________________________________________________________________</w:t>
      </w:r>
    </w:p>
    <w:p w14:paraId="101F156F" w14:textId="77777777" w:rsidR="00C8312D" w:rsidRDefault="00000000">
      <w:r>
        <w:lastRenderedPageBreak/>
        <w:br w:type="page"/>
      </w:r>
    </w:p>
    <w:p w14:paraId="13860171" w14:textId="77777777" w:rsidR="00C8312D" w:rsidRDefault="00000000">
      <w:pPr>
        <w:pStyle w:val="Heading1"/>
      </w:pPr>
      <w:r>
        <w:lastRenderedPageBreak/>
        <w:t>12. Digital Readiness Checklist</w:t>
      </w:r>
    </w:p>
    <w:p w14:paraId="16F215C8" w14:textId="77777777" w:rsidR="00C8312D" w:rsidRDefault="00000000">
      <w:r>
        <w:t>Complete this checklist before the end of Session 1. Tick each item only when you have personally confirmed it.</w:t>
      </w:r>
    </w:p>
    <w:tbl>
      <w:tblPr>
        <w:tblStyle w:val="TableGrid"/>
        <w:tblW w:w="0" w:type="auto"/>
        <w:tblLook w:val="04A0" w:firstRow="1" w:lastRow="0" w:firstColumn="1" w:lastColumn="0" w:noHBand="0" w:noVBand="1"/>
      </w:tblPr>
      <w:tblGrid>
        <w:gridCol w:w="3389"/>
        <w:gridCol w:w="3389"/>
        <w:gridCol w:w="3389"/>
      </w:tblGrid>
      <w:tr w:rsidR="00C8312D" w14:paraId="46AF1981" w14:textId="77777777">
        <w:trPr>
          <w:tblHeader/>
        </w:trPr>
        <w:tc>
          <w:tcPr>
            <w:tcW w:w="3389" w:type="dxa"/>
            <w:shd w:val="clear" w:color="auto" w:fill="C00000"/>
            <w:tcMar>
              <w:top w:w="90" w:type="dxa"/>
              <w:left w:w="100" w:type="dxa"/>
              <w:bottom w:w="90" w:type="dxa"/>
              <w:right w:w="100" w:type="dxa"/>
            </w:tcMar>
            <w:vAlign w:val="center"/>
          </w:tcPr>
          <w:p w14:paraId="603A694E" w14:textId="77777777" w:rsidR="00C8312D" w:rsidRDefault="00000000">
            <w:r>
              <w:rPr>
                <w:b/>
                <w:color w:val="FFFFFF"/>
                <w:sz w:val="18"/>
              </w:rPr>
              <w:t>No.</w:t>
            </w:r>
          </w:p>
        </w:tc>
        <w:tc>
          <w:tcPr>
            <w:tcW w:w="3389" w:type="dxa"/>
            <w:shd w:val="clear" w:color="auto" w:fill="C00000"/>
            <w:tcMar>
              <w:top w:w="90" w:type="dxa"/>
              <w:left w:w="100" w:type="dxa"/>
              <w:bottom w:w="90" w:type="dxa"/>
              <w:right w:w="100" w:type="dxa"/>
            </w:tcMar>
            <w:vAlign w:val="center"/>
          </w:tcPr>
          <w:p w14:paraId="3BE6B266" w14:textId="77777777" w:rsidR="00C8312D" w:rsidRDefault="00000000">
            <w:r>
              <w:rPr>
                <w:b/>
                <w:color w:val="FFFFFF"/>
                <w:sz w:val="18"/>
              </w:rPr>
              <w:t>Readiness Requirement</w:t>
            </w:r>
          </w:p>
        </w:tc>
        <w:tc>
          <w:tcPr>
            <w:tcW w:w="3389" w:type="dxa"/>
            <w:shd w:val="clear" w:color="auto" w:fill="C00000"/>
            <w:tcMar>
              <w:top w:w="90" w:type="dxa"/>
              <w:left w:w="100" w:type="dxa"/>
              <w:bottom w:w="90" w:type="dxa"/>
              <w:right w:w="100" w:type="dxa"/>
            </w:tcMar>
            <w:vAlign w:val="center"/>
          </w:tcPr>
          <w:p w14:paraId="1C56BD76" w14:textId="77777777" w:rsidR="00C8312D" w:rsidRDefault="00000000">
            <w:r>
              <w:rPr>
                <w:b/>
                <w:color w:val="FFFFFF"/>
                <w:sz w:val="18"/>
              </w:rPr>
              <w:t>Completed</w:t>
            </w:r>
          </w:p>
        </w:tc>
      </w:tr>
      <w:tr w:rsidR="00C8312D" w14:paraId="7E8BFA47" w14:textId="77777777">
        <w:tc>
          <w:tcPr>
            <w:tcW w:w="3389" w:type="dxa"/>
            <w:tcMar>
              <w:top w:w="90" w:type="dxa"/>
              <w:left w:w="100" w:type="dxa"/>
              <w:bottom w:w="90" w:type="dxa"/>
              <w:right w:w="100" w:type="dxa"/>
            </w:tcMar>
            <w:vAlign w:val="center"/>
          </w:tcPr>
          <w:p w14:paraId="46724833" w14:textId="77777777" w:rsidR="00C8312D" w:rsidRDefault="00000000">
            <w:r>
              <w:rPr>
                <w:sz w:val="18"/>
              </w:rPr>
              <w:t>1</w:t>
            </w:r>
          </w:p>
        </w:tc>
        <w:tc>
          <w:tcPr>
            <w:tcW w:w="3389" w:type="dxa"/>
            <w:tcMar>
              <w:top w:w="90" w:type="dxa"/>
              <w:left w:w="100" w:type="dxa"/>
              <w:bottom w:w="90" w:type="dxa"/>
              <w:right w:w="100" w:type="dxa"/>
            </w:tcMar>
            <w:vAlign w:val="center"/>
          </w:tcPr>
          <w:p w14:paraId="29489A4E" w14:textId="77777777" w:rsidR="00C8312D" w:rsidRDefault="00000000">
            <w:r>
              <w:rPr>
                <w:sz w:val="18"/>
              </w:rPr>
              <w:t>Platform registration/login completed or confirmed.</w:t>
            </w:r>
          </w:p>
        </w:tc>
        <w:tc>
          <w:tcPr>
            <w:tcW w:w="3389" w:type="dxa"/>
            <w:tcMar>
              <w:top w:w="90" w:type="dxa"/>
              <w:left w:w="100" w:type="dxa"/>
              <w:bottom w:w="90" w:type="dxa"/>
              <w:right w:w="100" w:type="dxa"/>
            </w:tcMar>
            <w:vAlign w:val="center"/>
          </w:tcPr>
          <w:p w14:paraId="61546AA4" w14:textId="77777777" w:rsidR="00C8312D" w:rsidRDefault="00000000">
            <w:r>
              <w:rPr>
                <w:sz w:val="18"/>
              </w:rPr>
              <w:t>☐</w:t>
            </w:r>
          </w:p>
        </w:tc>
      </w:tr>
      <w:tr w:rsidR="00C8312D" w14:paraId="18273873" w14:textId="77777777">
        <w:tc>
          <w:tcPr>
            <w:tcW w:w="3389" w:type="dxa"/>
            <w:shd w:val="clear" w:color="auto" w:fill="F7F7F7"/>
            <w:tcMar>
              <w:top w:w="90" w:type="dxa"/>
              <w:left w:w="100" w:type="dxa"/>
              <w:bottom w:w="90" w:type="dxa"/>
              <w:right w:w="100" w:type="dxa"/>
            </w:tcMar>
            <w:vAlign w:val="center"/>
          </w:tcPr>
          <w:p w14:paraId="5B0D7ACA" w14:textId="77777777" w:rsidR="00C8312D" w:rsidRDefault="00000000">
            <w:r>
              <w:rPr>
                <w:sz w:val="18"/>
              </w:rPr>
              <w:t>2</w:t>
            </w:r>
          </w:p>
        </w:tc>
        <w:tc>
          <w:tcPr>
            <w:tcW w:w="3389" w:type="dxa"/>
            <w:shd w:val="clear" w:color="auto" w:fill="F7F7F7"/>
            <w:tcMar>
              <w:top w:w="90" w:type="dxa"/>
              <w:left w:w="100" w:type="dxa"/>
              <w:bottom w:w="90" w:type="dxa"/>
              <w:right w:w="100" w:type="dxa"/>
            </w:tcMar>
            <w:vAlign w:val="center"/>
          </w:tcPr>
          <w:p w14:paraId="2F2C811C" w14:textId="77777777" w:rsidR="00C8312D" w:rsidRDefault="00000000">
            <w:r>
              <w:rPr>
                <w:sz w:val="18"/>
              </w:rPr>
              <w:t>Post-Training Support Platform accessed successfully.</w:t>
            </w:r>
          </w:p>
        </w:tc>
        <w:tc>
          <w:tcPr>
            <w:tcW w:w="3389" w:type="dxa"/>
            <w:shd w:val="clear" w:color="auto" w:fill="F7F7F7"/>
            <w:tcMar>
              <w:top w:w="90" w:type="dxa"/>
              <w:left w:w="100" w:type="dxa"/>
              <w:bottom w:w="90" w:type="dxa"/>
              <w:right w:w="100" w:type="dxa"/>
            </w:tcMar>
            <w:vAlign w:val="center"/>
          </w:tcPr>
          <w:p w14:paraId="5961CDF6" w14:textId="77777777" w:rsidR="00C8312D" w:rsidRDefault="00000000">
            <w:r>
              <w:rPr>
                <w:sz w:val="18"/>
              </w:rPr>
              <w:t>☐</w:t>
            </w:r>
          </w:p>
        </w:tc>
      </w:tr>
      <w:tr w:rsidR="00C8312D" w14:paraId="0EF4878F" w14:textId="77777777">
        <w:tc>
          <w:tcPr>
            <w:tcW w:w="3389" w:type="dxa"/>
            <w:tcMar>
              <w:top w:w="90" w:type="dxa"/>
              <w:left w:w="100" w:type="dxa"/>
              <w:bottom w:w="90" w:type="dxa"/>
              <w:right w:w="100" w:type="dxa"/>
            </w:tcMar>
            <w:vAlign w:val="center"/>
          </w:tcPr>
          <w:p w14:paraId="33AD64B3" w14:textId="77777777" w:rsidR="00C8312D" w:rsidRDefault="00000000">
            <w:r>
              <w:rPr>
                <w:sz w:val="18"/>
              </w:rPr>
              <w:t>3</w:t>
            </w:r>
          </w:p>
        </w:tc>
        <w:tc>
          <w:tcPr>
            <w:tcW w:w="3389" w:type="dxa"/>
            <w:tcMar>
              <w:top w:w="90" w:type="dxa"/>
              <w:left w:w="100" w:type="dxa"/>
              <w:bottom w:w="90" w:type="dxa"/>
              <w:right w:w="100" w:type="dxa"/>
            </w:tcMar>
            <w:vAlign w:val="center"/>
          </w:tcPr>
          <w:p w14:paraId="1DFD0776" w14:textId="77777777" w:rsidR="00C8312D" w:rsidRDefault="00000000">
            <w:r>
              <w:rPr>
                <w:sz w:val="18"/>
              </w:rPr>
              <w:t>Programme information located.</w:t>
            </w:r>
          </w:p>
        </w:tc>
        <w:tc>
          <w:tcPr>
            <w:tcW w:w="3389" w:type="dxa"/>
            <w:tcMar>
              <w:top w:w="90" w:type="dxa"/>
              <w:left w:w="100" w:type="dxa"/>
              <w:bottom w:w="90" w:type="dxa"/>
              <w:right w:w="100" w:type="dxa"/>
            </w:tcMar>
            <w:vAlign w:val="center"/>
          </w:tcPr>
          <w:p w14:paraId="0F140AF1" w14:textId="77777777" w:rsidR="00C8312D" w:rsidRDefault="00000000">
            <w:r>
              <w:rPr>
                <w:sz w:val="18"/>
              </w:rPr>
              <w:t>☐</w:t>
            </w:r>
          </w:p>
        </w:tc>
      </w:tr>
      <w:tr w:rsidR="00C8312D" w14:paraId="54B48B84" w14:textId="77777777">
        <w:tc>
          <w:tcPr>
            <w:tcW w:w="3389" w:type="dxa"/>
            <w:shd w:val="clear" w:color="auto" w:fill="F7F7F7"/>
            <w:tcMar>
              <w:top w:w="90" w:type="dxa"/>
              <w:left w:w="100" w:type="dxa"/>
              <w:bottom w:w="90" w:type="dxa"/>
              <w:right w:w="100" w:type="dxa"/>
            </w:tcMar>
            <w:vAlign w:val="center"/>
          </w:tcPr>
          <w:p w14:paraId="560141C7" w14:textId="77777777" w:rsidR="00C8312D" w:rsidRDefault="00000000">
            <w:r>
              <w:rPr>
                <w:sz w:val="18"/>
              </w:rPr>
              <w:t>4</w:t>
            </w:r>
          </w:p>
        </w:tc>
        <w:tc>
          <w:tcPr>
            <w:tcW w:w="3389" w:type="dxa"/>
            <w:shd w:val="clear" w:color="auto" w:fill="F7F7F7"/>
            <w:tcMar>
              <w:top w:w="90" w:type="dxa"/>
              <w:left w:w="100" w:type="dxa"/>
              <w:bottom w:w="90" w:type="dxa"/>
              <w:right w:w="100" w:type="dxa"/>
            </w:tcMar>
            <w:vAlign w:val="center"/>
          </w:tcPr>
          <w:p w14:paraId="09455E6A" w14:textId="77777777" w:rsidR="00C8312D" w:rsidRDefault="00000000">
            <w:r>
              <w:rPr>
                <w:sz w:val="18"/>
              </w:rPr>
              <w:t>Session learning materials located.</w:t>
            </w:r>
          </w:p>
        </w:tc>
        <w:tc>
          <w:tcPr>
            <w:tcW w:w="3389" w:type="dxa"/>
            <w:shd w:val="clear" w:color="auto" w:fill="F7F7F7"/>
            <w:tcMar>
              <w:top w:w="90" w:type="dxa"/>
              <w:left w:w="100" w:type="dxa"/>
              <w:bottom w:w="90" w:type="dxa"/>
              <w:right w:w="100" w:type="dxa"/>
            </w:tcMar>
            <w:vAlign w:val="center"/>
          </w:tcPr>
          <w:p w14:paraId="4543CA4B" w14:textId="77777777" w:rsidR="00C8312D" w:rsidRDefault="00000000">
            <w:r>
              <w:rPr>
                <w:sz w:val="18"/>
              </w:rPr>
              <w:t>☐</w:t>
            </w:r>
          </w:p>
        </w:tc>
      </w:tr>
      <w:tr w:rsidR="00C8312D" w14:paraId="00B1F870" w14:textId="77777777">
        <w:tc>
          <w:tcPr>
            <w:tcW w:w="3389" w:type="dxa"/>
            <w:tcMar>
              <w:top w:w="90" w:type="dxa"/>
              <w:left w:w="100" w:type="dxa"/>
              <w:bottom w:w="90" w:type="dxa"/>
              <w:right w:w="100" w:type="dxa"/>
            </w:tcMar>
            <w:vAlign w:val="center"/>
          </w:tcPr>
          <w:p w14:paraId="2D5932DA" w14:textId="77777777" w:rsidR="00C8312D" w:rsidRDefault="00000000">
            <w:r>
              <w:rPr>
                <w:sz w:val="18"/>
              </w:rPr>
              <w:t>5</w:t>
            </w:r>
          </w:p>
        </w:tc>
        <w:tc>
          <w:tcPr>
            <w:tcW w:w="3389" w:type="dxa"/>
            <w:tcMar>
              <w:top w:w="90" w:type="dxa"/>
              <w:left w:w="100" w:type="dxa"/>
              <w:bottom w:w="90" w:type="dxa"/>
              <w:right w:w="100" w:type="dxa"/>
            </w:tcMar>
            <w:vAlign w:val="center"/>
          </w:tcPr>
          <w:p w14:paraId="52009E40" w14:textId="77777777" w:rsidR="00C8312D" w:rsidRDefault="00000000">
            <w:r>
              <w:rPr>
                <w:sz w:val="18"/>
              </w:rPr>
              <w:t>Masterclass toolkit located.</w:t>
            </w:r>
          </w:p>
        </w:tc>
        <w:tc>
          <w:tcPr>
            <w:tcW w:w="3389" w:type="dxa"/>
            <w:tcMar>
              <w:top w:w="90" w:type="dxa"/>
              <w:left w:w="100" w:type="dxa"/>
              <w:bottom w:w="90" w:type="dxa"/>
              <w:right w:w="100" w:type="dxa"/>
            </w:tcMar>
            <w:vAlign w:val="center"/>
          </w:tcPr>
          <w:p w14:paraId="7CC3DAE8" w14:textId="77777777" w:rsidR="00C8312D" w:rsidRDefault="00000000">
            <w:r>
              <w:rPr>
                <w:sz w:val="18"/>
              </w:rPr>
              <w:t>☐</w:t>
            </w:r>
          </w:p>
        </w:tc>
      </w:tr>
      <w:tr w:rsidR="00C8312D" w14:paraId="2AA469F2" w14:textId="77777777">
        <w:tc>
          <w:tcPr>
            <w:tcW w:w="3389" w:type="dxa"/>
            <w:shd w:val="clear" w:color="auto" w:fill="F7F7F7"/>
            <w:tcMar>
              <w:top w:w="90" w:type="dxa"/>
              <w:left w:w="100" w:type="dxa"/>
              <w:bottom w:w="90" w:type="dxa"/>
              <w:right w:w="100" w:type="dxa"/>
            </w:tcMar>
            <w:vAlign w:val="center"/>
          </w:tcPr>
          <w:p w14:paraId="4694816E" w14:textId="77777777" w:rsidR="00C8312D" w:rsidRDefault="00000000">
            <w:r>
              <w:rPr>
                <w:sz w:val="18"/>
              </w:rPr>
              <w:t>6</w:t>
            </w:r>
          </w:p>
        </w:tc>
        <w:tc>
          <w:tcPr>
            <w:tcW w:w="3389" w:type="dxa"/>
            <w:shd w:val="clear" w:color="auto" w:fill="F7F7F7"/>
            <w:tcMar>
              <w:top w:w="90" w:type="dxa"/>
              <w:left w:w="100" w:type="dxa"/>
              <w:bottom w:w="90" w:type="dxa"/>
              <w:right w:w="100" w:type="dxa"/>
            </w:tcMar>
            <w:vAlign w:val="center"/>
          </w:tcPr>
          <w:p w14:paraId="4A364143" w14:textId="77777777" w:rsidR="00C8312D" w:rsidRDefault="00000000">
            <w:r>
              <w:rPr>
                <w:sz w:val="18"/>
              </w:rPr>
              <w:t>Assignment submission area located.</w:t>
            </w:r>
          </w:p>
        </w:tc>
        <w:tc>
          <w:tcPr>
            <w:tcW w:w="3389" w:type="dxa"/>
            <w:shd w:val="clear" w:color="auto" w:fill="F7F7F7"/>
            <w:tcMar>
              <w:top w:w="90" w:type="dxa"/>
              <w:left w:w="100" w:type="dxa"/>
              <w:bottom w:w="90" w:type="dxa"/>
              <w:right w:w="100" w:type="dxa"/>
            </w:tcMar>
            <w:vAlign w:val="center"/>
          </w:tcPr>
          <w:p w14:paraId="1E7286A7" w14:textId="77777777" w:rsidR="00C8312D" w:rsidRDefault="00000000">
            <w:r>
              <w:rPr>
                <w:sz w:val="18"/>
              </w:rPr>
              <w:t>☐</w:t>
            </w:r>
          </w:p>
        </w:tc>
      </w:tr>
      <w:tr w:rsidR="00C8312D" w14:paraId="44A8744D" w14:textId="77777777">
        <w:tc>
          <w:tcPr>
            <w:tcW w:w="3389" w:type="dxa"/>
            <w:tcMar>
              <w:top w:w="90" w:type="dxa"/>
              <w:left w:w="100" w:type="dxa"/>
              <w:bottom w:w="90" w:type="dxa"/>
              <w:right w:w="100" w:type="dxa"/>
            </w:tcMar>
            <w:vAlign w:val="center"/>
          </w:tcPr>
          <w:p w14:paraId="00812203" w14:textId="77777777" w:rsidR="00C8312D" w:rsidRDefault="00000000">
            <w:r>
              <w:rPr>
                <w:sz w:val="18"/>
              </w:rPr>
              <w:t>7</w:t>
            </w:r>
          </w:p>
        </w:tc>
        <w:tc>
          <w:tcPr>
            <w:tcW w:w="3389" w:type="dxa"/>
            <w:tcMar>
              <w:top w:w="90" w:type="dxa"/>
              <w:left w:w="100" w:type="dxa"/>
              <w:bottom w:w="90" w:type="dxa"/>
              <w:right w:w="100" w:type="dxa"/>
            </w:tcMar>
            <w:vAlign w:val="center"/>
          </w:tcPr>
          <w:p w14:paraId="7502904C" w14:textId="77777777" w:rsidR="00C8312D" w:rsidRDefault="00000000">
            <w:r>
              <w:rPr>
                <w:sz w:val="18"/>
              </w:rPr>
              <w:t>Virtual classroom participation expectations understood.</w:t>
            </w:r>
          </w:p>
        </w:tc>
        <w:tc>
          <w:tcPr>
            <w:tcW w:w="3389" w:type="dxa"/>
            <w:tcMar>
              <w:top w:w="90" w:type="dxa"/>
              <w:left w:w="100" w:type="dxa"/>
              <w:bottom w:w="90" w:type="dxa"/>
              <w:right w:w="100" w:type="dxa"/>
            </w:tcMar>
            <w:vAlign w:val="center"/>
          </w:tcPr>
          <w:p w14:paraId="7E66B130" w14:textId="77777777" w:rsidR="00C8312D" w:rsidRDefault="00000000">
            <w:r>
              <w:rPr>
                <w:sz w:val="18"/>
              </w:rPr>
              <w:t>☐</w:t>
            </w:r>
          </w:p>
        </w:tc>
      </w:tr>
      <w:tr w:rsidR="00C8312D" w14:paraId="6FEFE5DE" w14:textId="77777777">
        <w:tc>
          <w:tcPr>
            <w:tcW w:w="3389" w:type="dxa"/>
            <w:shd w:val="clear" w:color="auto" w:fill="F7F7F7"/>
            <w:tcMar>
              <w:top w:w="90" w:type="dxa"/>
              <w:left w:w="100" w:type="dxa"/>
              <w:bottom w:w="90" w:type="dxa"/>
              <w:right w:w="100" w:type="dxa"/>
            </w:tcMar>
            <w:vAlign w:val="center"/>
          </w:tcPr>
          <w:p w14:paraId="0D827D2D" w14:textId="77777777" w:rsidR="00C8312D" w:rsidRDefault="00000000">
            <w:r>
              <w:rPr>
                <w:sz w:val="18"/>
              </w:rPr>
              <w:t>8</w:t>
            </w:r>
          </w:p>
        </w:tc>
        <w:tc>
          <w:tcPr>
            <w:tcW w:w="3389" w:type="dxa"/>
            <w:shd w:val="clear" w:color="auto" w:fill="F7F7F7"/>
            <w:tcMar>
              <w:top w:w="90" w:type="dxa"/>
              <w:left w:w="100" w:type="dxa"/>
              <w:bottom w:w="90" w:type="dxa"/>
              <w:right w:w="100" w:type="dxa"/>
            </w:tcMar>
            <w:vAlign w:val="center"/>
          </w:tcPr>
          <w:p w14:paraId="6208DA99" w14:textId="77777777" w:rsidR="00C8312D" w:rsidRDefault="00000000">
            <w:r>
              <w:rPr>
                <w:sz w:val="18"/>
              </w:rPr>
              <w:t>Attendance process understood.</w:t>
            </w:r>
          </w:p>
        </w:tc>
        <w:tc>
          <w:tcPr>
            <w:tcW w:w="3389" w:type="dxa"/>
            <w:shd w:val="clear" w:color="auto" w:fill="F7F7F7"/>
            <w:tcMar>
              <w:top w:w="90" w:type="dxa"/>
              <w:left w:w="100" w:type="dxa"/>
              <w:bottom w:w="90" w:type="dxa"/>
              <w:right w:w="100" w:type="dxa"/>
            </w:tcMar>
            <w:vAlign w:val="center"/>
          </w:tcPr>
          <w:p w14:paraId="08B702B7" w14:textId="77777777" w:rsidR="00C8312D" w:rsidRDefault="00000000">
            <w:r>
              <w:rPr>
                <w:sz w:val="18"/>
              </w:rPr>
              <w:t>☐</w:t>
            </w:r>
          </w:p>
        </w:tc>
      </w:tr>
      <w:tr w:rsidR="00C8312D" w14:paraId="41230047" w14:textId="77777777">
        <w:tc>
          <w:tcPr>
            <w:tcW w:w="3389" w:type="dxa"/>
            <w:tcMar>
              <w:top w:w="90" w:type="dxa"/>
              <w:left w:w="100" w:type="dxa"/>
              <w:bottom w:w="90" w:type="dxa"/>
              <w:right w:w="100" w:type="dxa"/>
            </w:tcMar>
            <w:vAlign w:val="center"/>
          </w:tcPr>
          <w:p w14:paraId="6152691C" w14:textId="77777777" w:rsidR="00C8312D" w:rsidRDefault="00000000">
            <w:r>
              <w:rPr>
                <w:sz w:val="18"/>
              </w:rPr>
              <w:t>9</w:t>
            </w:r>
          </w:p>
        </w:tc>
        <w:tc>
          <w:tcPr>
            <w:tcW w:w="3389" w:type="dxa"/>
            <w:tcMar>
              <w:top w:w="90" w:type="dxa"/>
              <w:left w:w="100" w:type="dxa"/>
              <w:bottom w:w="90" w:type="dxa"/>
              <w:right w:w="100" w:type="dxa"/>
            </w:tcMar>
            <w:vAlign w:val="center"/>
          </w:tcPr>
          <w:p w14:paraId="319753EE" w14:textId="77777777" w:rsidR="00C8312D" w:rsidRDefault="00000000">
            <w:r>
              <w:rPr>
                <w:sz w:val="18"/>
              </w:rPr>
              <w:t>Programme communication/support channel identified.</w:t>
            </w:r>
          </w:p>
        </w:tc>
        <w:tc>
          <w:tcPr>
            <w:tcW w:w="3389" w:type="dxa"/>
            <w:tcMar>
              <w:top w:w="90" w:type="dxa"/>
              <w:left w:w="100" w:type="dxa"/>
              <w:bottom w:w="90" w:type="dxa"/>
              <w:right w:w="100" w:type="dxa"/>
            </w:tcMar>
            <w:vAlign w:val="center"/>
          </w:tcPr>
          <w:p w14:paraId="157B9580" w14:textId="77777777" w:rsidR="00C8312D" w:rsidRDefault="00000000">
            <w:r>
              <w:rPr>
                <w:sz w:val="18"/>
              </w:rPr>
              <w:t>☐</w:t>
            </w:r>
          </w:p>
        </w:tc>
      </w:tr>
      <w:tr w:rsidR="00C8312D" w14:paraId="41C0E976" w14:textId="77777777">
        <w:tc>
          <w:tcPr>
            <w:tcW w:w="3389" w:type="dxa"/>
            <w:shd w:val="clear" w:color="auto" w:fill="F7F7F7"/>
            <w:tcMar>
              <w:top w:w="90" w:type="dxa"/>
              <w:left w:w="100" w:type="dxa"/>
              <w:bottom w:w="90" w:type="dxa"/>
              <w:right w:w="100" w:type="dxa"/>
            </w:tcMar>
            <w:vAlign w:val="center"/>
          </w:tcPr>
          <w:p w14:paraId="76CE8725" w14:textId="77777777" w:rsidR="00C8312D" w:rsidRDefault="00000000">
            <w:r>
              <w:rPr>
                <w:sz w:val="18"/>
              </w:rPr>
              <w:t>10</w:t>
            </w:r>
          </w:p>
        </w:tc>
        <w:tc>
          <w:tcPr>
            <w:tcW w:w="3389" w:type="dxa"/>
            <w:shd w:val="clear" w:color="auto" w:fill="F7F7F7"/>
            <w:tcMar>
              <w:top w:w="90" w:type="dxa"/>
              <w:left w:w="100" w:type="dxa"/>
              <w:bottom w:w="90" w:type="dxa"/>
              <w:right w:w="100" w:type="dxa"/>
            </w:tcMar>
            <w:vAlign w:val="center"/>
          </w:tcPr>
          <w:p w14:paraId="6C239119" w14:textId="77777777" w:rsidR="00C8312D" w:rsidRDefault="00000000">
            <w:r>
              <w:rPr>
                <w:sz w:val="18"/>
              </w:rPr>
              <w:t>Any access or technical issue has been reported.</w:t>
            </w:r>
          </w:p>
        </w:tc>
        <w:tc>
          <w:tcPr>
            <w:tcW w:w="3389" w:type="dxa"/>
            <w:shd w:val="clear" w:color="auto" w:fill="F7F7F7"/>
            <w:tcMar>
              <w:top w:w="90" w:type="dxa"/>
              <w:left w:w="100" w:type="dxa"/>
              <w:bottom w:w="90" w:type="dxa"/>
              <w:right w:w="100" w:type="dxa"/>
            </w:tcMar>
            <w:vAlign w:val="center"/>
          </w:tcPr>
          <w:p w14:paraId="2B825343" w14:textId="77777777" w:rsidR="00C8312D" w:rsidRDefault="00000000">
            <w:r>
              <w:rPr>
                <w:sz w:val="18"/>
              </w:rPr>
              <w:t>☐</w:t>
            </w:r>
          </w:p>
        </w:tc>
      </w:tr>
    </w:tbl>
    <w:p w14:paraId="20C92F95" w14:textId="77777777" w:rsidR="00C8312D" w:rsidRDefault="00000000">
      <w:r>
        <w:t>Learner Name: ______________________________________________________________</w:t>
      </w:r>
    </w:p>
    <w:p w14:paraId="61332731" w14:textId="77777777" w:rsidR="00C8312D" w:rsidRDefault="00000000">
      <w:r>
        <w:t>Learner Signature / Confirmation: __________________________________________</w:t>
      </w:r>
    </w:p>
    <w:p w14:paraId="02736842" w14:textId="77777777" w:rsidR="00C8312D" w:rsidRDefault="00000000">
      <w:r>
        <w:t>Date: __________________________</w:t>
      </w:r>
    </w:p>
    <w:p w14:paraId="20735D35" w14:textId="77777777" w:rsidR="00C8312D" w:rsidRDefault="00000000">
      <w:pPr>
        <w:pStyle w:val="Heading1"/>
      </w:pPr>
      <w:r>
        <w:t>13. Access &amp; Technical Issues Log</w:t>
      </w:r>
    </w:p>
    <w:p w14:paraId="04CB7AB3" w14:textId="77777777" w:rsidR="00C8312D" w:rsidRDefault="00000000">
      <w:r>
        <w:t>Use this section to record any problem that affects your ability to access the platform, learning materials or assignment area.</w:t>
      </w:r>
    </w:p>
    <w:tbl>
      <w:tblPr>
        <w:tblStyle w:val="TableGrid"/>
        <w:tblW w:w="0" w:type="auto"/>
        <w:tblLook w:val="04A0" w:firstRow="1" w:lastRow="0" w:firstColumn="1" w:lastColumn="0" w:noHBand="0" w:noVBand="1"/>
      </w:tblPr>
      <w:tblGrid>
        <w:gridCol w:w="2541"/>
        <w:gridCol w:w="2541"/>
        <w:gridCol w:w="2541"/>
        <w:gridCol w:w="2541"/>
      </w:tblGrid>
      <w:tr w:rsidR="00C8312D" w14:paraId="225D5C39" w14:textId="77777777">
        <w:trPr>
          <w:tblHeader/>
        </w:trPr>
        <w:tc>
          <w:tcPr>
            <w:tcW w:w="2541" w:type="dxa"/>
            <w:shd w:val="clear" w:color="auto" w:fill="C00000"/>
            <w:tcMar>
              <w:top w:w="90" w:type="dxa"/>
              <w:left w:w="100" w:type="dxa"/>
              <w:bottom w:w="90" w:type="dxa"/>
              <w:right w:w="100" w:type="dxa"/>
            </w:tcMar>
            <w:vAlign w:val="center"/>
          </w:tcPr>
          <w:p w14:paraId="0D2ED13D" w14:textId="77777777" w:rsidR="00C8312D" w:rsidRDefault="00000000">
            <w:r>
              <w:rPr>
                <w:b/>
                <w:color w:val="FFFFFF"/>
                <w:sz w:val="17"/>
              </w:rPr>
              <w:t>Issue</w:t>
            </w:r>
          </w:p>
        </w:tc>
        <w:tc>
          <w:tcPr>
            <w:tcW w:w="2541" w:type="dxa"/>
            <w:shd w:val="clear" w:color="auto" w:fill="C00000"/>
            <w:tcMar>
              <w:top w:w="90" w:type="dxa"/>
              <w:left w:w="100" w:type="dxa"/>
              <w:bottom w:w="90" w:type="dxa"/>
              <w:right w:w="100" w:type="dxa"/>
            </w:tcMar>
            <w:vAlign w:val="center"/>
          </w:tcPr>
          <w:p w14:paraId="581DCB14" w14:textId="77777777" w:rsidR="00C8312D" w:rsidRDefault="00000000">
            <w:r>
              <w:rPr>
                <w:b/>
                <w:color w:val="FFFFFF"/>
                <w:sz w:val="17"/>
              </w:rPr>
              <w:t>Where / What Happened</w:t>
            </w:r>
          </w:p>
        </w:tc>
        <w:tc>
          <w:tcPr>
            <w:tcW w:w="2541" w:type="dxa"/>
            <w:shd w:val="clear" w:color="auto" w:fill="C00000"/>
            <w:tcMar>
              <w:top w:w="90" w:type="dxa"/>
              <w:left w:w="100" w:type="dxa"/>
              <w:bottom w:w="90" w:type="dxa"/>
              <w:right w:w="100" w:type="dxa"/>
            </w:tcMar>
            <w:vAlign w:val="center"/>
          </w:tcPr>
          <w:p w14:paraId="0A04A7C5" w14:textId="77777777" w:rsidR="00C8312D" w:rsidRDefault="00000000">
            <w:r>
              <w:rPr>
                <w:b/>
                <w:color w:val="FFFFFF"/>
                <w:sz w:val="17"/>
              </w:rPr>
              <w:t>Reported To</w:t>
            </w:r>
          </w:p>
        </w:tc>
        <w:tc>
          <w:tcPr>
            <w:tcW w:w="2541" w:type="dxa"/>
            <w:shd w:val="clear" w:color="auto" w:fill="C00000"/>
            <w:tcMar>
              <w:top w:w="90" w:type="dxa"/>
              <w:left w:w="100" w:type="dxa"/>
              <w:bottom w:w="90" w:type="dxa"/>
              <w:right w:w="100" w:type="dxa"/>
            </w:tcMar>
            <w:vAlign w:val="center"/>
          </w:tcPr>
          <w:p w14:paraId="6FA4DA73" w14:textId="77777777" w:rsidR="00C8312D" w:rsidRDefault="00000000">
            <w:r>
              <w:rPr>
                <w:b/>
                <w:color w:val="FFFFFF"/>
                <w:sz w:val="17"/>
              </w:rPr>
              <w:t>Action / Resolution</w:t>
            </w:r>
          </w:p>
        </w:tc>
      </w:tr>
      <w:tr w:rsidR="00C8312D" w14:paraId="3F8D298D" w14:textId="77777777">
        <w:tc>
          <w:tcPr>
            <w:tcW w:w="2541" w:type="dxa"/>
            <w:tcMar>
              <w:top w:w="90" w:type="dxa"/>
              <w:left w:w="100" w:type="dxa"/>
              <w:bottom w:w="90" w:type="dxa"/>
              <w:right w:w="100" w:type="dxa"/>
            </w:tcMar>
            <w:vAlign w:val="center"/>
          </w:tcPr>
          <w:p w14:paraId="72A7C681" w14:textId="77777777" w:rsidR="00C8312D" w:rsidRDefault="00C8312D"/>
        </w:tc>
        <w:tc>
          <w:tcPr>
            <w:tcW w:w="2541" w:type="dxa"/>
            <w:tcMar>
              <w:top w:w="90" w:type="dxa"/>
              <w:left w:w="100" w:type="dxa"/>
              <w:bottom w:w="90" w:type="dxa"/>
              <w:right w:w="100" w:type="dxa"/>
            </w:tcMar>
            <w:vAlign w:val="center"/>
          </w:tcPr>
          <w:p w14:paraId="29772DDD" w14:textId="77777777" w:rsidR="00C8312D" w:rsidRDefault="00C8312D"/>
        </w:tc>
        <w:tc>
          <w:tcPr>
            <w:tcW w:w="2541" w:type="dxa"/>
            <w:tcMar>
              <w:top w:w="90" w:type="dxa"/>
              <w:left w:w="100" w:type="dxa"/>
              <w:bottom w:w="90" w:type="dxa"/>
              <w:right w:w="100" w:type="dxa"/>
            </w:tcMar>
            <w:vAlign w:val="center"/>
          </w:tcPr>
          <w:p w14:paraId="5C273972" w14:textId="77777777" w:rsidR="00C8312D" w:rsidRDefault="00C8312D"/>
        </w:tc>
        <w:tc>
          <w:tcPr>
            <w:tcW w:w="2541" w:type="dxa"/>
            <w:tcMar>
              <w:top w:w="90" w:type="dxa"/>
              <w:left w:w="100" w:type="dxa"/>
              <w:bottom w:w="90" w:type="dxa"/>
              <w:right w:w="100" w:type="dxa"/>
            </w:tcMar>
            <w:vAlign w:val="center"/>
          </w:tcPr>
          <w:p w14:paraId="67D3B329" w14:textId="77777777" w:rsidR="00C8312D" w:rsidRDefault="00C8312D"/>
        </w:tc>
      </w:tr>
      <w:tr w:rsidR="00C8312D" w14:paraId="13D94168" w14:textId="77777777">
        <w:tc>
          <w:tcPr>
            <w:tcW w:w="2541" w:type="dxa"/>
            <w:shd w:val="clear" w:color="auto" w:fill="F7F7F7"/>
            <w:tcMar>
              <w:top w:w="90" w:type="dxa"/>
              <w:left w:w="100" w:type="dxa"/>
              <w:bottom w:w="90" w:type="dxa"/>
              <w:right w:w="100" w:type="dxa"/>
            </w:tcMar>
            <w:vAlign w:val="center"/>
          </w:tcPr>
          <w:p w14:paraId="257FD127" w14:textId="77777777" w:rsidR="00C8312D" w:rsidRDefault="00C8312D"/>
        </w:tc>
        <w:tc>
          <w:tcPr>
            <w:tcW w:w="2541" w:type="dxa"/>
            <w:shd w:val="clear" w:color="auto" w:fill="F7F7F7"/>
            <w:tcMar>
              <w:top w:w="90" w:type="dxa"/>
              <w:left w:w="100" w:type="dxa"/>
              <w:bottom w:w="90" w:type="dxa"/>
              <w:right w:w="100" w:type="dxa"/>
            </w:tcMar>
            <w:vAlign w:val="center"/>
          </w:tcPr>
          <w:p w14:paraId="33879139" w14:textId="77777777" w:rsidR="00C8312D" w:rsidRDefault="00C8312D"/>
        </w:tc>
        <w:tc>
          <w:tcPr>
            <w:tcW w:w="2541" w:type="dxa"/>
            <w:shd w:val="clear" w:color="auto" w:fill="F7F7F7"/>
            <w:tcMar>
              <w:top w:w="90" w:type="dxa"/>
              <w:left w:w="100" w:type="dxa"/>
              <w:bottom w:w="90" w:type="dxa"/>
              <w:right w:w="100" w:type="dxa"/>
            </w:tcMar>
            <w:vAlign w:val="center"/>
          </w:tcPr>
          <w:p w14:paraId="72DAF931" w14:textId="77777777" w:rsidR="00C8312D" w:rsidRDefault="00C8312D"/>
        </w:tc>
        <w:tc>
          <w:tcPr>
            <w:tcW w:w="2541" w:type="dxa"/>
            <w:shd w:val="clear" w:color="auto" w:fill="F7F7F7"/>
            <w:tcMar>
              <w:top w:w="90" w:type="dxa"/>
              <w:left w:w="100" w:type="dxa"/>
              <w:bottom w:w="90" w:type="dxa"/>
              <w:right w:w="100" w:type="dxa"/>
            </w:tcMar>
            <w:vAlign w:val="center"/>
          </w:tcPr>
          <w:p w14:paraId="5596C390" w14:textId="77777777" w:rsidR="00C8312D" w:rsidRDefault="00C8312D"/>
        </w:tc>
      </w:tr>
      <w:tr w:rsidR="00C8312D" w14:paraId="0FD28CCB" w14:textId="77777777">
        <w:tc>
          <w:tcPr>
            <w:tcW w:w="2541" w:type="dxa"/>
            <w:tcMar>
              <w:top w:w="90" w:type="dxa"/>
              <w:left w:w="100" w:type="dxa"/>
              <w:bottom w:w="90" w:type="dxa"/>
              <w:right w:w="100" w:type="dxa"/>
            </w:tcMar>
            <w:vAlign w:val="center"/>
          </w:tcPr>
          <w:p w14:paraId="10AF014F" w14:textId="77777777" w:rsidR="00C8312D" w:rsidRDefault="00C8312D"/>
        </w:tc>
        <w:tc>
          <w:tcPr>
            <w:tcW w:w="2541" w:type="dxa"/>
            <w:tcMar>
              <w:top w:w="90" w:type="dxa"/>
              <w:left w:w="100" w:type="dxa"/>
              <w:bottom w:w="90" w:type="dxa"/>
              <w:right w:w="100" w:type="dxa"/>
            </w:tcMar>
            <w:vAlign w:val="center"/>
          </w:tcPr>
          <w:p w14:paraId="24D1F4F7" w14:textId="77777777" w:rsidR="00C8312D" w:rsidRDefault="00C8312D"/>
        </w:tc>
        <w:tc>
          <w:tcPr>
            <w:tcW w:w="2541" w:type="dxa"/>
            <w:tcMar>
              <w:top w:w="90" w:type="dxa"/>
              <w:left w:w="100" w:type="dxa"/>
              <w:bottom w:w="90" w:type="dxa"/>
              <w:right w:w="100" w:type="dxa"/>
            </w:tcMar>
            <w:vAlign w:val="center"/>
          </w:tcPr>
          <w:p w14:paraId="25AF633A" w14:textId="77777777" w:rsidR="00C8312D" w:rsidRDefault="00C8312D"/>
        </w:tc>
        <w:tc>
          <w:tcPr>
            <w:tcW w:w="2541" w:type="dxa"/>
            <w:tcMar>
              <w:top w:w="90" w:type="dxa"/>
              <w:left w:w="100" w:type="dxa"/>
              <w:bottom w:w="90" w:type="dxa"/>
              <w:right w:w="100" w:type="dxa"/>
            </w:tcMar>
            <w:vAlign w:val="center"/>
          </w:tcPr>
          <w:p w14:paraId="547E6416" w14:textId="77777777" w:rsidR="00C8312D" w:rsidRDefault="00C8312D"/>
        </w:tc>
      </w:tr>
      <w:tr w:rsidR="00C8312D" w14:paraId="05854A88" w14:textId="77777777">
        <w:tc>
          <w:tcPr>
            <w:tcW w:w="2541" w:type="dxa"/>
            <w:shd w:val="clear" w:color="auto" w:fill="F7F7F7"/>
            <w:tcMar>
              <w:top w:w="90" w:type="dxa"/>
              <w:left w:w="100" w:type="dxa"/>
              <w:bottom w:w="90" w:type="dxa"/>
              <w:right w:w="100" w:type="dxa"/>
            </w:tcMar>
            <w:vAlign w:val="center"/>
          </w:tcPr>
          <w:p w14:paraId="1B6FF155" w14:textId="77777777" w:rsidR="00C8312D" w:rsidRDefault="00C8312D"/>
        </w:tc>
        <w:tc>
          <w:tcPr>
            <w:tcW w:w="2541" w:type="dxa"/>
            <w:shd w:val="clear" w:color="auto" w:fill="F7F7F7"/>
            <w:tcMar>
              <w:top w:w="90" w:type="dxa"/>
              <w:left w:w="100" w:type="dxa"/>
              <w:bottom w:w="90" w:type="dxa"/>
              <w:right w:w="100" w:type="dxa"/>
            </w:tcMar>
            <w:vAlign w:val="center"/>
          </w:tcPr>
          <w:p w14:paraId="308A1C73" w14:textId="77777777" w:rsidR="00C8312D" w:rsidRDefault="00C8312D"/>
        </w:tc>
        <w:tc>
          <w:tcPr>
            <w:tcW w:w="2541" w:type="dxa"/>
            <w:shd w:val="clear" w:color="auto" w:fill="F7F7F7"/>
            <w:tcMar>
              <w:top w:w="90" w:type="dxa"/>
              <w:left w:w="100" w:type="dxa"/>
              <w:bottom w:w="90" w:type="dxa"/>
              <w:right w:w="100" w:type="dxa"/>
            </w:tcMar>
            <w:vAlign w:val="center"/>
          </w:tcPr>
          <w:p w14:paraId="3D724810" w14:textId="77777777" w:rsidR="00C8312D" w:rsidRDefault="00C8312D"/>
        </w:tc>
        <w:tc>
          <w:tcPr>
            <w:tcW w:w="2541" w:type="dxa"/>
            <w:shd w:val="clear" w:color="auto" w:fill="F7F7F7"/>
            <w:tcMar>
              <w:top w:w="90" w:type="dxa"/>
              <w:left w:w="100" w:type="dxa"/>
              <w:bottom w:w="90" w:type="dxa"/>
              <w:right w:w="100" w:type="dxa"/>
            </w:tcMar>
            <w:vAlign w:val="center"/>
          </w:tcPr>
          <w:p w14:paraId="644350F2" w14:textId="77777777" w:rsidR="00C8312D" w:rsidRDefault="00C8312D"/>
        </w:tc>
      </w:tr>
      <w:tr w:rsidR="00C8312D" w14:paraId="7AD368C0" w14:textId="77777777">
        <w:tc>
          <w:tcPr>
            <w:tcW w:w="2541" w:type="dxa"/>
            <w:tcMar>
              <w:top w:w="90" w:type="dxa"/>
              <w:left w:w="100" w:type="dxa"/>
              <w:bottom w:w="90" w:type="dxa"/>
              <w:right w:w="100" w:type="dxa"/>
            </w:tcMar>
            <w:vAlign w:val="center"/>
          </w:tcPr>
          <w:p w14:paraId="6588E51F" w14:textId="77777777" w:rsidR="00C8312D" w:rsidRDefault="00C8312D"/>
        </w:tc>
        <w:tc>
          <w:tcPr>
            <w:tcW w:w="2541" w:type="dxa"/>
            <w:tcMar>
              <w:top w:w="90" w:type="dxa"/>
              <w:left w:w="100" w:type="dxa"/>
              <w:bottom w:w="90" w:type="dxa"/>
              <w:right w:w="100" w:type="dxa"/>
            </w:tcMar>
            <w:vAlign w:val="center"/>
          </w:tcPr>
          <w:p w14:paraId="4FCACC6C" w14:textId="77777777" w:rsidR="00C8312D" w:rsidRDefault="00C8312D"/>
        </w:tc>
        <w:tc>
          <w:tcPr>
            <w:tcW w:w="2541" w:type="dxa"/>
            <w:tcMar>
              <w:top w:w="90" w:type="dxa"/>
              <w:left w:w="100" w:type="dxa"/>
              <w:bottom w:w="90" w:type="dxa"/>
              <w:right w:w="100" w:type="dxa"/>
            </w:tcMar>
            <w:vAlign w:val="center"/>
          </w:tcPr>
          <w:p w14:paraId="3211363C" w14:textId="77777777" w:rsidR="00C8312D" w:rsidRDefault="00C8312D"/>
        </w:tc>
        <w:tc>
          <w:tcPr>
            <w:tcW w:w="2541" w:type="dxa"/>
            <w:tcMar>
              <w:top w:w="90" w:type="dxa"/>
              <w:left w:w="100" w:type="dxa"/>
              <w:bottom w:w="90" w:type="dxa"/>
              <w:right w:w="100" w:type="dxa"/>
            </w:tcMar>
            <w:vAlign w:val="center"/>
          </w:tcPr>
          <w:p w14:paraId="595A5DF5" w14:textId="77777777" w:rsidR="00C8312D" w:rsidRDefault="00C8312D"/>
        </w:tc>
      </w:tr>
    </w:tbl>
    <w:p w14:paraId="1B668B68" w14:textId="77777777" w:rsidR="00C8312D" w:rsidRDefault="00000000">
      <w:pPr>
        <w:pStyle w:val="Heading1"/>
      </w:pPr>
      <w:r>
        <w:t>14. Session 1 Knowledge &amp; Readiness Check</w:t>
      </w:r>
    </w:p>
    <w:p w14:paraId="47FEDFC9" w14:textId="77777777" w:rsidR="00C8312D" w:rsidRDefault="00000000">
      <w:r>
        <w:t>Complete the following questions after the session. The purpose of this check is to confirm that you understand the digital participation requirements introduced during Session 1.</w:t>
      </w:r>
    </w:p>
    <w:p w14:paraId="17DBF50B" w14:textId="77777777" w:rsidR="00C8312D" w:rsidRDefault="00000000">
      <w:r>
        <w:rPr>
          <w:b/>
        </w:rPr>
        <w:lastRenderedPageBreak/>
        <w:t>1. What is the main purpose of the Real Estate Post-Training Support Platform?</w:t>
      </w:r>
    </w:p>
    <w:p w14:paraId="6C54645C" w14:textId="77777777" w:rsidR="00C8312D" w:rsidRDefault="00000000">
      <w:r>
        <w:t>Answer:</w:t>
      </w:r>
    </w:p>
    <w:p w14:paraId="7C9B148E" w14:textId="77777777" w:rsidR="00C8312D" w:rsidRDefault="00000000">
      <w:r>
        <w:t>________________________________________________________________________________</w:t>
      </w:r>
    </w:p>
    <w:p w14:paraId="64708472" w14:textId="77777777" w:rsidR="00C8312D" w:rsidRDefault="00000000">
      <w:r>
        <w:t>________________________________________________________________________________</w:t>
      </w:r>
    </w:p>
    <w:p w14:paraId="4B95E2CE" w14:textId="77777777" w:rsidR="00C8312D" w:rsidRDefault="00000000">
      <w:r>
        <w:rPr>
          <w:b/>
        </w:rPr>
        <w:t>2. Where will you access your digital study materials and masterclass toolkits?</w:t>
      </w:r>
    </w:p>
    <w:p w14:paraId="502AC70F" w14:textId="77777777" w:rsidR="00C8312D" w:rsidRDefault="00000000">
      <w:r>
        <w:t>Answer:</w:t>
      </w:r>
    </w:p>
    <w:p w14:paraId="14237C91" w14:textId="77777777" w:rsidR="00C8312D" w:rsidRDefault="00000000">
      <w:r>
        <w:t>________________________________________________________________________________</w:t>
      </w:r>
    </w:p>
    <w:p w14:paraId="306E92A8" w14:textId="77777777" w:rsidR="00C8312D" w:rsidRDefault="00000000">
      <w:r>
        <w:t>________________________________________________________________________________</w:t>
      </w:r>
    </w:p>
    <w:p w14:paraId="1CFCF18D" w14:textId="77777777" w:rsidR="00C8312D" w:rsidRDefault="00000000">
      <w:r>
        <w:rPr>
          <w:b/>
        </w:rPr>
        <w:t>3. Where will programme assignments or practical activities be submitted?</w:t>
      </w:r>
    </w:p>
    <w:p w14:paraId="2ECB82BE" w14:textId="77777777" w:rsidR="00C8312D" w:rsidRDefault="00000000">
      <w:r>
        <w:t>Answer:</w:t>
      </w:r>
    </w:p>
    <w:p w14:paraId="506388AA" w14:textId="77777777" w:rsidR="00C8312D" w:rsidRDefault="00000000">
      <w:r>
        <w:t>________________________________________________________________________________</w:t>
      </w:r>
    </w:p>
    <w:p w14:paraId="157ED334" w14:textId="77777777" w:rsidR="00C8312D" w:rsidRDefault="00000000">
      <w:r>
        <w:t>________________________________________________________________________________</w:t>
      </w:r>
    </w:p>
    <w:p w14:paraId="3D792584" w14:textId="77777777" w:rsidR="00C8312D" w:rsidRDefault="00000000">
      <w:r>
        <w:rPr>
          <w:b/>
        </w:rPr>
        <w:t>4. Why is attendance tracking important in the programme?</w:t>
      </w:r>
    </w:p>
    <w:p w14:paraId="6BA1188F" w14:textId="77777777" w:rsidR="00C8312D" w:rsidRDefault="00000000">
      <w:r>
        <w:t>Answer:</w:t>
      </w:r>
    </w:p>
    <w:p w14:paraId="1E381D76" w14:textId="77777777" w:rsidR="00C8312D" w:rsidRDefault="00000000">
      <w:r>
        <w:t>________________________________________________________________________________</w:t>
      </w:r>
    </w:p>
    <w:p w14:paraId="69CF06EA" w14:textId="77777777" w:rsidR="00C8312D" w:rsidRDefault="00000000">
      <w:r>
        <w:t>________________________________________________________________________________</w:t>
      </w:r>
    </w:p>
    <w:p w14:paraId="4649310C" w14:textId="77777777" w:rsidR="00C8312D" w:rsidRDefault="00000000">
      <w:r>
        <w:rPr>
          <w:b/>
        </w:rPr>
        <w:t>5. What should you do if you experience an access or technical problem?</w:t>
      </w:r>
    </w:p>
    <w:p w14:paraId="00EB84BC" w14:textId="77777777" w:rsidR="00C8312D" w:rsidRDefault="00000000">
      <w:r>
        <w:t>Answer:</w:t>
      </w:r>
    </w:p>
    <w:p w14:paraId="664FDEEF" w14:textId="77777777" w:rsidR="00C8312D" w:rsidRDefault="00000000">
      <w:r>
        <w:t>________________________________________________________________________________</w:t>
      </w:r>
    </w:p>
    <w:p w14:paraId="21287156" w14:textId="77777777" w:rsidR="00C8312D" w:rsidRDefault="00000000">
      <w:r>
        <w:t>________________________________________________________________________________</w:t>
      </w:r>
    </w:p>
    <w:p w14:paraId="2790AE82" w14:textId="77777777" w:rsidR="00C8312D" w:rsidRDefault="00000000">
      <w:r>
        <w:rPr>
          <w:b/>
        </w:rPr>
        <w:t>6. List two standards that will help maintain a professional virtual classroom.</w:t>
      </w:r>
    </w:p>
    <w:p w14:paraId="748388E4" w14:textId="77777777" w:rsidR="00C8312D" w:rsidRDefault="00000000">
      <w:r>
        <w:t>Answer:</w:t>
      </w:r>
    </w:p>
    <w:p w14:paraId="75278098" w14:textId="77777777" w:rsidR="00C8312D" w:rsidRDefault="00000000">
      <w:r>
        <w:t>________________________________________________________________________________</w:t>
      </w:r>
    </w:p>
    <w:p w14:paraId="077D4B79" w14:textId="77777777" w:rsidR="00C8312D" w:rsidRDefault="00000000">
      <w:r>
        <w:t>________________________________________________________________________________</w:t>
      </w:r>
    </w:p>
    <w:p w14:paraId="6CC504FF" w14:textId="77777777" w:rsidR="00C8312D" w:rsidRDefault="00000000">
      <w:r>
        <w:br w:type="page"/>
      </w:r>
    </w:p>
    <w:p w14:paraId="5D5D92A3" w14:textId="77777777" w:rsidR="00C8312D" w:rsidRDefault="00000000">
      <w:pPr>
        <w:pStyle w:val="Heading1"/>
      </w:pPr>
      <w:r>
        <w:lastRenderedPageBreak/>
        <w:t>15. My Programme Participation Commitment</w:t>
      </w:r>
    </w:p>
    <w:p w14:paraId="69CF558C" w14:textId="77777777" w:rsidR="00C8312D" w:rsidRDefault="00000000">
      <w:r>
        <w:t>The Post-Training Support Programme is designed to support my transition into active early-practice participation. I understand that successful participation requires me to attend the scheduled sessions, engage with the learning materials, complete practical activities and communicate issues that may affect my participation.</w:t>
      </w:r>
    </w:p>
    <w:p w14:paraId="5211CFFF" w14:textId="77777777" w:rsidR="00C8312D" w:rsidRDefault="00000000">
      <w:pPr>
        <w:pStyle w:val="ListBullet"/>
        <w:spacing w:after="60"/>
      </w:pPr>
      <w:r>
        <w:t>☐ I will make reasonable arrangements to attend the scheduled virtual sessions.</w:t>
      </w:r>
    </w:p>
    <w:p w14:paraId="1065584F" w14:textId="77777777" w:rsidR="00C8312D" w:rsidRDefault="00000000">
      <w:pPr>
        <w:pStyle w:val="ListBullet"/>
        <w:spacing w:after="60"/>
      </w:pPr>
      <w:r>
        <w:t>☐ I will access the programme platform and learning resources as required.</w:t>
      </w:r>
    </w:p>
    <w:p w14:paraId="1AF98D0B" w14:textId="77777777" w:rsidR="00C8312D" w:rsidRDefault="00000000">
      <w:pPr>
        <w:pStyle w:val="ListBullet"/>
        <w:spacing w:after="60"/>
      </w:pPr>
      <w:r>
        <w:t>☐ I will participate professionally and respectfully.</w:t>
      </w:r>
    </w:p>
    <w:p w14:paraId="72A49744" w14:textId="77777777" w:rsidR="00C8312D" w:rsidRDefault="00000000">
      <w:pPr>
        <w:pStyle w:val="ListBullet"/>
        <w:spacing w:after="60"/>
      </w:pPr>
      <w:r>
        <w:t>☐ I will complete the practical activities and submissions required during the programme.</w:t>
      </w:r>
    </w:p>
    <w:p w14:paraId="2F4BF55A" w14:textId="77777777" w:rsidR="00C8312D" w:rsidRDefault="00000000">
      <w:pPr>
        <w:pStyle w:val="ListBullet"/>
        <w:spacing w:after="60"/>
      </w:pPr>
      <w:r>
        <w:t>☐ I will raise access or technical problems promptly.</w:t>
      </w:r>
    </w:p>
    <w:p w14:paraId="10105BE2" w14:textId="77777777" w:rsidR="00C8312D" w:rsidRDefault="00000000">
      <w:pPr>
        <w:pStyle w:val="ListBullet"/>
        <w:spacing w:after="60"/>
      </w:pPr>
      <w:r>
        <w:t>☐ I will retain my learning materials and completed activities for future reference.</w:t>
      </w:r>
    </w:p>
    <w:p w14:paraId="5EA1ACF0" w14:textId="77777777" w:rsidR="00C8312D" w:rsidRDefault="00000000">
      <w:r>
        <w:t>My personal commitment for the programme:</w:t>
      </w:r>
    </w:p>
    <w:p w14:paraId="7B746A18" w14:textId="77777777" w:rsidR="00C8312D" w:rsidRDefault="00000000">
      <w:r>
        <w:t>________________________________________________________________________________</w:t>
      </w:r>
    </w:p>
    <w:p w14:paraId="3C172509" w14:textId="77777777" w:rsidR="00C8312D" w:rsidRDefault="00000000">
      <w:r>
        <w:t>________________________________________________________________________________</w:t>
      </w:r>
    </w:p>
    <w:p w14:paraId="5EF4AFF2" w14:textId="77777777" w:rsidR="00C8312D" w:rsidRDefault="00000000">
      <w:r>
        <w:t>________________________________________________________________________________</w:t>
      </w:r>
    </w:p>
    <w:p w14:paraId="6C0EC368" w14:textId="77777777" w:rsidR="00C8312D" w:rsidRDefault="00000000">
      <w:pPr>
        <w:pStyle w:val="Heading1"/>
      </w:pPr>
      <w:r>
        <w:t>16. Session 1 Take-Away</w:t>
      </w:r>
    </w:p>
    <w:tbl>
      <w:tblPr>
        <w:tblW w:w="0" w:type="auto"/>
        <w:jc w:val="center"/>
        <w:tblLook w:val="04A0" w:firstRow="1" w:lastRow="0" w:firstColumn="1" w:lastColumn="0" w:noHBand="0" w:noVBand="1"/>
      </w:tblPr>
      <w:tblGrid>
        <w:gridCol w:w="10166"/>
      </w:tblGrid>
      <w:tr w:rsidR="00C8312D" w14:paraId="5CDD59BA" w14:textId="77777777">
        <w:trPr>
          <w:jc w:val="center"/>
        </w:trPr>
        <w:tc>
          <w:tcPr>
            <w:tcW w:w="10166" w:type="dxa"/>
            <w:shd w:val="clear" w:color="auto" w:fill="FDECEC"/>
            <w:tcMar>
              <w:top w:w="110" w:type="dxa"/>
              <w:left w:w="120" w:type="dxa"/>
              <w:bottom w:w="110" w:type="dxa"/>
              <w:right w:w="120" w:type="dxa"/>
            </w:tcMar>
          </w:tcPr>
          <w:p w14:paraId="0D6B6D96" w14:textId="77777777" w:rsidR="00C8312D" w:rsidRDefault="00000000">
            <w:pPr>
              <w:spacing w:after="40"/>
            </w:pPr>
            <w:r>
              <w:rPr>
                <w:b/>
                <w:color w:val="C00000"/>
              </w:rPr>
              <w:t>Before you leave Session 1, make sure you can answer “yes” to these questions:</w:t>
            </w:r>
          </w:p>
          <w:p w14:paraId="6D57D042" w14:textId="77777777" w:rsidR="00C8312D" w:rsidRDefault="00000000">
            <w:pPr>
              <w:spacing w:after="0"/>
            </w:pPr>
            <w:r>
              <w:rPr>
                <w:sz w:val="18"/>
              </w:rPr>
              <w:t>Can I access the platform? Can I find my learning materials? Can I find the masterclass toolkit? Do I know where assignments will be submitted? Do I understand attendance and participation expectations? Do I know where to get programme support?</w:t>
            </w:r>
          </w:p>
        </w:tc>
      </w:tr>
    </w:tbl>
    <w:p w14:paraId="32C82809" w14:textId="77777777" w:rsidR="00C8312D" w:rsidRDefault="00C8312D">
      <w:pPr>
        <w:spacing w:after="0"/>
      </w:pPr>
    </w:p>
    <w:p w14:paraId="43B4B796" w14:textId="77777777" w:rsidR="00C8312D" w:rsidRDefault="00000000">
      <w:pPr>
        <w:pStyle w:val="Heading1"/>
      </w:pPr>
      <w:r>
        <w:t>17. Next Session</w:t>
      </w:r>
    </w:p>
    <w:p w14:paraId="06F3D8ED" w14:textId="77777777" w:rsidR="00C8312D" w:rsidRDefault="00000000">
      <w:r>
        <w:t>The next masterclass is Session 2: PPRA Practitioner FFC Compliance. The session will focus on FFC status and renewal obligations, change of employment requirements and process, FFC Status Upgrade, PPRA Firm Registration and Firm FFC requirements.</w:t>
      </w:r>
    </w:p>
    <w:p w14:paraId="53D5B0FF" w14:textId="77777777" w:rsidR="00C8312D" w:rsidRDefault="00000000">
      <w:r>
        <w:rPr>
          <w:b/>
          <w:color w:val="C00000"/>
        </w:rPr>
        <w:t>Next session: 13 October 2026 | 09:00–11:00 | Virtual</w:t>
      </w:r>
    </w:p>
    <w:p w14:paraId="47F4099E" w14:textId="77777777" w:rsidR="00C8312D" w:rsidRDefault="00000000">
      <w:pPr>
        <w:pStyle w:val="Heading1"/>
      </w:pPr>
      <w:r>
        <w:t>18. Notes</w:t>
      </w:r>
    </w:p>
    <w:p w14:paraId="7821CA36" w14:textId="77777777" w:rsidR="00C8312D" w:rsidRDefault="00000000">
      <w:r>
        <w:t>________________________________________________________________________________</w:t>
      </w:r>
    </w:p>
    <w:p w14:paraId="43577553" w14:textId="77777777" w:rsidR="00C8312D" w:rsidRDefault="00000000">
      <w:r>
        <w:t>________________________________________________________________________________</w:t>
      </w:r>
    </w:p>
    <w:p w14:paraId="0D3CC6CC" w14:textId="77777777" w:rsidR="00C8312D" w:rsidRDefault="00000000">
      <w:r>
        <w:t>________________________________________________________________________________</w:t>
      </w:r>
    </w:p>
    <w:p w14:paraId="6FA34B2F" w14:textId="77777777" w:rsidR="00C8312D" w:rsidRDefault="00000000">
      <w:r>
        <w:t>________________________________________________________________________________</w:t>
      </w:r>
    </w:p>
    <w:p w14:paraId="66884A6D" w14:textId="77777777" w:rsidR="00C8312D" w:rsidRDefault="00000000">
      <w:r>
        <w:t>________________________________________________________________________________</w:t>
      </w:r>
    </w:p>
    <w:p w14:paraId="159C1749" w14:textId="77777777" w:rsidR="00C8312D" w:rsidRDefault="00000000">
      <w:r>
        <w:t>________________________________________________________________________________</w:t>
      </w:r>
    </w:p>
    <w:p w14:paraId="2035FD46" w14:textId="77777777" w:rsidR="00C8312D" w:rsidRDefault="00000000">
      <w:r>
        <w:t>________________________________________________________________________________</w:t>
      </w:r>
    </w:p>
    <w:p w14:paraId="52423148" w14:textId="77777777" w:rsidR="00C8312D" w:rsidRDefault="00000000">
      <w:r>
        <w:lastRenderedPageBreak/>
        <w:t>________________________________________________________________________________</w:t>
      </w:r>
    </w:p>
    <w:p w14:paraId="5069829A" w14:textId="77777777" w:rsidR="00C8312D" w:rsidRDefault="00000000">
      <w:r>
        <w:br w:type="page"/>
      </w:r>
    </w:p>
    <w:p w14:paraId="7AC439EA" w14:textId="77777777" w:rsidR="00C8312D" w:rsidRDefault="00000000">
      <w:pPr>
        <w:pStyle w:val="Heading1"/>
      </w:pPr>
      <w:r>
        <w:lastRenderedPageBreak/>
        <w:t>Document Control</w:t>
      </w:r>
    </w:p>
    <w:tbl>
      <w:tblPr>
        <w:tblStyle w:val="TableGrid"/>
        <w:tblW w:w="0" w:type="auto"/>
        <w:tblLook w:val="04A0" w:firstRow="1" w:lastRow="0" w:firstColumn="1" w:lastColumn="0" w:noHBand="0" w:noVBand="1"/>
      </w:tblPr>
      <w:tblGrid>
        <w:gridCol w:w="5083"/>
        <w:gridCol w:w="5083"/>
      </w:tblGrid>
      <w:tr w:rsidR="00C8312D" w14:paraId="4FE5DB98" w14:textId="77777777">
        <w:tc>
          <w:tcPr>
            <w:tcW w:w="5083" w:type="dxa"/>
            <w:shd w:val="clear" w:color="auto" w:fill="C00000"/>
            <w:tcMar>
              <w:top w:w="90" w:type="dxa"/>
              <w:left w:w="100" w:type="dxa"/>
              <w:bottom w:w="90" w:type="dxa"/>
              <w:right w:w="100" w:type="dxa"/>
            </w:tcMar>
            <w:vAlign w:val="center"/>
          </w:tcPr>
          <w:p w14:paraId="54EEBC65" w14:textId="77777777" w:rsidR="00C8312D" w:rsidRDefault="00000000">
            <w:r>
              <w:rPr>
                <w:b/>
                <w:color w:val="FFFFFF"/>
                <w:sz w:val="18"/>
              </w:rPr>
              <w:t>Document Title</w:t>
            </w:r>
          </w:p>
        </w:tc>
        <w:tc>
          <w:tcPr>
            <w:tcW w:w="5083" w:type="dxa"/>
            <w:tcMar>
              <w:top w:w="90" w:type="dxa"/>
              <w:left w:w="100" w:type="dxa"/>
              <w:bottom w:w="90" w:type="dxa"/>
              <w:right w:w="100" w:type="dxa"/>
            </w:tcMar>
            <w:vAlign w:val="center"/>
          </w:tcPr>
          <w:p w14:paraId="65BE483B" w14:textId="77777777" w:rsidR="00C8312D" w:rsidRDefault="00000000">
            <w:r>
              <w:rPr>
                <w:sz w:val="18"/>
              </w:rPr>
              <w:t>Session 1 Learner Workbook — Virtual Onboarding &amp; Digital Readiness</w:t>
            </w:r>
          </w:p>
        </w:tc>
      </w:tr>
      <w:tr w:rsidR="00C8312D" w14:paraId="3A58E041" w14:textId="77777777">
        <w:tc>
          <w:tcPr>
            <w:tcW w:w="5083" w:type="dxa"/>
            <w:shd w:val="clear" w:color="auto" w:fill="C00000"/>
            <w:tcMar>
              <w:top w:w="90" w:type="dxa"/>
              <w:left w:w="100" w:type="dxa"/>
              <w:bottom w:w="90" w:type="dxa"/>
              <w:right w:w="100" w:type="dxa"/>
            </w:tcMar>
            <w:vAlign w:val="center"/>
          </w:tcPr>
          <w:p w14:paraId="40264018" w14:textId="77777777" w:rsidR="00C8312D" w:rsidRDefault="00000000">
            <w:r>
              <w:rPr>
                <w:b/>
                <w:color w:val="FFFFFF"/>
                <w:sz w:val="18"/>
              </w:rPr>
              <w:t>Programme</w:t>
            </w:r>
          </w:p>
        </w:tc>
        <w:tc>
          <w:tcPr>
            <w:tcW w:w="5083" w:type="dxa"/>
            <w:tcMar>
              <w:top w:w="90" w:type="dxa"/>
              <w:left w:w="100" w:type="dxa"/>
              <w:bottom w:w="90" w:type="dxa"/>
              <w:right w:w="100" w:type="dxa"/>
            </w:tcMar>
            <w:vAlign w:val="center"/>
          </w:tcPr>
          <w:p w14:paraId="1675A573" w14:textId="77777777" w:rsidR="00C8312D" w:rsidRDefault="00000000">
            <w:r>
              <w:rPr>
                <w:sz w:val="18"/>
              </w:rPr>
              <w:t>PPRA KZN Real Estate Learnership Programme — Post-Training Support Programme</w:t>
            </w:r>
          </w:p>
        </w:tc>
      </w:tr>
      <w:tr w:rsidR="00C8312D" w14:paraId="4AAF64F2" w14:textId="77777777">
        <w:tc>
          <w:tcPr>
            <w:tcW w:w="5083" w:type="dxa"/>
            <w:shd w:val="clear" w:color="auto" w:fill="C00000"/>
            <w:tcMar>
              <w:top w:w="90" w:type="dxa"/>
              <w:left w:w="100" w:type="dxa"/>
              <w:bottom w:w="90" w:type="dxa"/>
              <w:right w:w="100" w:type="dxa"/>
            </w:tcMar>
            <w:vAlign w:val="center"/>
          </w:tcPr>
          <w:p w14:paraId="7E9FEF48" w14:textId="77777777" w:rsidR="00C8312D" w:rsidRDefault="00000000">
            <w:r>
              <w:rPr>
                <w:b/>
                <w:color w:val="FFFFFF"/>
                <w:sz w:val="18"/>
              </w:rPr>
              <w:t>Session</w:t>
            </w:r>
          </w:p>
        </w:tc>
        <w:tc>
          <w:tcPr>
            <w:tcW w:w="5083" w:type="dxa"/>
            <w:tcMar>
              <w:top w:w="90" w:type="dxa"/>
              <w:left w:w="100" w:type="dxa"/>
              <w:bottom w:w="90" w:type="dxa"/>
              <w:right w:w="100" w:type="dxa"/>
            </w:tcMar>
            <w:vAlign w:val="center"/>
          </w:tcPr>
          <w:p w14:paraId="58AB9CE8" w14:textId="77777777" w:rsidR="00C8312D" w:rsidRDefault="00000000">
            <w:r>
              <w:rPr>
                <w:sz w:val="18"/>
              </w:rPr>
              <w:t>Session 1 of 10</w:t>
            </w:r>
          </w:p>
        </w:tc>
      </w:tr>
      <w:tr w:rsidR="00C8312D" w14:paraId="65C70ECB" w14:textId="77777777">
        <w:tc>
          <w:tcPr>
            <w:tcW w:w="5083" w:type="dxa"/>
            <w:shd w:val="clear" w:color="auto" w:fill="C00000"/>
            <w:tcMar>
              <w:top w:w="90" w:type="dxa"/>
              <w:left w:w="100" w:type="dxa"/>
              <w:bottom w:w="90" w:type="dxa"/>
              <w:right w:w="100" w:type="dxa"/>
            </w:tcMar>
            <w:vAlign w:val="center"/>
          </w:tcPr>
          <w:p w14:paraId="45C06AA3" w14:textId="77777777" w:rsidR="00C8312D" w:rsidRDefault="00000000">
            <w:r>
              <w:rPr>
                <w:b/>
                <w:color w:val="FFFFFF"/>
                <w:sz w:val="18"/>
              </w:rPr>
              <w:t>Scheduled Date</w:t>
            </w:r>
          </w:p>
        </w:tc>
        <w:tc>
          <w:tcPr>
            <w:tcW w:w="5083" w:type="dxa"/>
            <w:tcMar>
              <w:top w:w="90" w:type="dxa"/>
              <w:left w:w="100" w:type="dxa"/>
              <w:bottom w:w="90" w:type="dxa"/>
              <w:right w:w="100" w:type="dxa"/>
            </w:tcMar>
            <w:vAlign w:val="center"/>
          </w:tcPr>
          <w:p w14:paraId="01C7B713" w14:textId="77777777" w:rsidR="00C8312D" w:rsidRDefault="00000000">
            <w:r>
              <w:rPr>
                <w:sz w:val="18"/>
              </w:rPr>
              <w:t>06 October 2026</w:t>
            </w:r>
          </w:p>
        </w:tc>
      </w:tr>
      <w:tr w:rsidR="00C8312D" w14:paraId="3BBCA4DE" w14:textId="77777777">
        <w:tc>
          <w:tcPr>
            <w:tcW w:w="5083" w:type="dxa"/>
            <w:shd w:val="clear" w:color="auto" w:fill="C00000"/>
            <w:tcMar>
              <w:top w:w="90" w:type="dxa"/>
              <w:left w:w="100" w:type="dxa"/>
              <w:bottom w:w="90" w:type="dxa"/>
              <w:right w:w="100" w:type="dxa"/>
            </w:tcMar>
            <w:vAlign w:val="center"/>
          </w:tcPr>
          <w:p w14:paraId="208F791D" w14:textId="77777777" w:rsidR="00C8312D" w:rsidRDefault="00000000">
            <w:r>
              <w:rPr>
                <w:b/>
                <w:color w:val="FFFFFF"/>
                <w:sz w:val="18"/>
              </w:rPr>
              <w:t>Scheduled Time</w:t>
            </w:r>
          </w:p>
        </w:tc>
        <w:tc>
          <w:tcPr>
            <w:tcW w:w="5083" w:type="dxa"/>
            <w:tcMar>
              <w:top w:w="90" w:type="dxa"/>
              <w:left w:w="100" w:type="dxa"/>
              <w:bottom w:w="90" w:type="dxa"/>
              <w:right w:w="100" w:type="dxa"/>
            </w:tcMar>
            <w:vAlign w:val="center"/>
          </w:tcPr>
          <w:p w14:paraId="3B25FF37" w14:textId="77777777" w:rsidR="00C8312D" w:rsidRDefault="00000000">
            <w:r>
              <w:rPr>
                <w:sz w:val="18"/>
              </w:rPr>
              <w:t>09:00–11:00</w:t>
            </w:r>
          </w:p>
        </w:tc>
      </w:tr>
      <w:tr w:rsidR="00C8312D" w14:paraId="7F8F264A" w14:textId="77777777">
        <w:tc>
          <w:tcPr>
            <w:tcW w:w="5083" w:type="dxa"/>
            <w:shd w:val="clear" w:color="auto" w:fill="C00000"/>
            <w:tcMar>
              <w:top w:w="90" w:type="dxa"/>
              <w:left w:w="100" w:type="dxa"/>
              <w:bottom w:w="90" w:type="dxa"/>
              <w:right w:w="100" w:type="dxa"/>
            </w:tcMar>
            <w:vAlign w:val="center"/>
          </w:tcPr>
          <w:p w14:paraId="4F0DA1DA" w14:textId="77777777" w:rsidR="00C8312D" w:rsidRDefault="00000000">
            <w:r>
              <w:rPr>
                <w:b/>
                <w:color w:val="FFFFFF"/>
                <w:sz w:val="18"/>
              </w:rPr>
              <w:t>Facilitator</w:t>
            </w:r>
          </w:p>
        </w:tc>
        <w:tc>
          <w:tcPr>
            <w:tcW w:w="5083" w:type="dxa"/>
            <w:tcMar>
              <w:top w:w="90" w:type="dxa"/>
              <w:left w:w="100" w:type="dxa"/>
              <w:bottom w:w="90" w:type="dxa"/>
              <w:right w:w="100" w:type="dxa"/>
            </w:tcMar>
            <w:vAlign w:val="center"/>
          </w:tcPr>
          <w:p w14:paraId="590713CB" w14:textId="77777777" w:rsidR="00C8312D" w:rsidRDefault="00000000">
            <w:r>
              <w:rPr>
                <w:sz w:val="18"/>
              </w:rPr>
              <w:t>Hlubi Dlomo</w:t>
            </w:r>
          </w:p>
        </w:tc>
      </w:tr>
      <w:tr w:rsidR="00C8312D" w14:paraId="6165F97F" w14:textId="77777777">
        <w:tc>
          <w:tcPr>
            <w:tcW w:w="5083" w:type="dxa"/>
            <w:shd w:val="clear" w:color="auto" w:fill="C00000"/>
            <w:tcMar>
              <w:top w:w="90" w:type="dxa"/>
              <w:left w:w="100" w:type="dxa"/>
              <w:bottom w:w="90" w:type="dxa"/>
              <w:right w:w="100" w:type="dxa"/>
            </w:tcMar>
            <w:vAlign w:val="center"/>
          </w:tcPr>
          <w:p w14:paraId="31BCD307" w14:textId="77777777" w:rsidR="00C8312D" w:rsidRDefault="00000000">
            <w:r>
              <w:rPr>
                <w:b/>
                <w:color w:val="FFFFFF"/>
                <w:sz w:val="18"/>
              </w:rPr>
              <w:t>Beneficiary Cohort</w:t>
            </w:r>
          </w:p>
        </w:tc>
        <w:tc>
          <w:tcPr>
            <w:tcW w:w="5083" w:type="dxa"/>
            <w:tcMar>
              <w:top w:w="90" w:type="dxa"/>
              <w:left w:w="100" w:type="dxa"/>
              <w:bottom w:w="90" w:type="dxa"/>
              <w:right w:w="100" w:type="dxa"/>
            </w:tcMar>
            <w:vAlign w:val="center"/>
          </w:tcPr>
          <w:p w14:paraId="33F88DD5" w14:textId="77777777" w:rsidR="00C8312D" w:rsidRDefault="00000000">
            <w:r>
              <w:rPr>
                <w:sz w:val="18"/>
              </w:rPr>
              <w:t>454 Learners</w:t>
            </w:r>
          </w:p>
        </w:tc>
      </w:tr>
      <w:tr w:rsidR="00C8312D" w14:paraId="442735EB" w14:textId="77777777">
        <w:tc>
          <w:tcPr>
            <w:tcW w:w="5083" w:type="dxa"/>
            <w:shd w:val="clear" w:color="auto" w:fill="C00000"/>
            <w:tcMar>
              <w:top w:w="90" w:type="dxa"/>
              <w:left w:w="100" w:type="dxa"/>
              <w:bottom w:w="90" w:type="dxa"/>
              <w:right w:w="100" w:type="dxa"/>
            </w:tcMar>
            <w:vAlign w:val="center"/>
          </w:tcPr>
          <w:p w14:paraId="2021642A" w14:textId="77777777" w:rsidR="00C8312D" w:rsidRDefault="00000000">
            <w:r>
              <w:rPr>
                <w:b/>
                <w:color w:val="FFFFFF"/>
                <w:sz w:val="18"/>
              </w:rPr>
              <w:t>Document Purpose</w:t>
            </w:r>
          </w:p>
        </w:tc>
        <w:tc>
          <w:tcPr>
            <w:tcW w:w="5083" w:type="dxa"/>
            <w:tcMar>
              <w:top w:w="90" w:type="dxa"/>
              <w:left w:w="100" w:type="dxa"/>
              <w:bottom w:w="90" w:type="dxa"/>
              <w:right w:w="100" w:type="dxa"/>
            </w:tcMar>
            <w:vAlign w:val="center"/>
          </w:tcPr>
          <w:p w14:paraId="3C0C6FBB" w14:textId="77777777" w:rsidR="00C8312D" w:rsidRDefault="00000000">
            <w:r>
              <w:rPr>
                <w:sz w:val="18"/>
              </w:rPr>
              <w:t>Learner-facing workbook and practical readiness resource</w:t>
            </w:r>
          </w:p>
        </w:tc>
      </w:tr>
      <w:tr w:rsidR="00C8312D" w14:paraId="765311FB" w14:textId="77777777">
        <w:tc>
          <w:tcPr>
            <w:tcW w:w="5083" w:type="dxa"/>
            <w:shd w:val="clear" w:color="auto" w:fill="C00000"/>
            <w:tcMar>
              <w:top w:w="90" w:type="dxa"/>
              <w:left w:w="100" w:type="dxa"/>
              <w:bottom w:w="90" w:type="dxa"/>
              <w:right w:w="100" w:type="dxa"/>
            </w:tcMar>
            <w:vAlign w:val="center"/>
          </w:tcPr>
          <w:p w14:paraId="2F4C622C" w14:textId="77777777" w:rsidR="00C8312D" w:rsidRDefault="00000000">
            <w:r>
              <w:rPr>
                <w:b/>
                <w:color w:val="FFFFFF"/>
                <w:sz w:val="18"/>
              </w:rPr>
              <w:t>Status</w:t>
            </w:r>
          </w:p>
        </w:tc>
        <w:tc>
          <w:tcPr>
            <w:tcW w:w="5083" w:type="dxa"/>
            <w:tcMar>
              <w:top w:w="90" w:type="dxa"/>
              <w:left w:w="100" w:type="dxa"/>
              <w:bottom w:w="90" w:type="dxa"/>
              <w:right w:w="100" w:type="dxa"/>
            </w:tcMar>
            <w:vAlign w:val="center"/>
          </w:tcPr>
          <w:p w14:paraId="205EF7BF" w14:textId="77777777" w:rsidR="00C8312D" w:rsidRDefault="00000000">
            <w:r>
              <w:rPr>
                <w:sz w:val="18"/>
              </w:rPr>
              <w:t>Programme Delivery Document</w:t>
            </w:r>
          </w:p>
        </w:tc>
      </w:tr>
    </w:tbl>
    <w:p w14:paraId="6BE5C1D7" w14:textId="77777777" w:rsidR="005D4758" w:rsidRDefault="005D4758"/>
    <w:sectPr w:rsidR="005D4758" w:rsidSect="00034616">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EAD8A" w14:textId="77777777" w:rsidR="00B84503" w:rsidRDefault="00B84503">
      <w:pPr>
        <w:spacing w:after="0" w:line="240" w:lineRule="auto"/>
      </w:pPr>
      <w:r>
        <w:separator/>
      </w:r>
    </w:p>
  </w:endnote>
  <w:endnote w:type="continuationSeparator" w:id="0">
    <w:p w14:paraId="6B167F6D" w14:textId="77777777" w:rsidR="00B84503" w:rsidRDefault="00B84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536F4" w14:textId="77777777" w:rsidR="00C8312D" w:rsidRDefault="00000000">
    <w:pPr>
      <w:pStyle w:val="Footer"/>
      <w:jc w:val="center"/>
    </w:pPr>
    <w:r>
      <w:rPr>
        <w:color w:val="6B7280"/>
        <w:sz w:val="16"/>
      </w:rPr>
      <w:t xml:space="preserve">PPRA | KZN Real Estate Learnership </w:t>
    </w:r>
    <w:proofErr w:type="spellStart"/>
    <w:r>
      <w:rPr>
        <w:color w:val="6B7280"/>
        <w:sz w:val="16"/>
      </w:rPr>
      <w:t>Programme</w:t>
    </w:r>
    <w:proofErr w:type="spellEnd"/>
    <w:r>
      <w:rPr>
        <w:color w:val="6B7280"/>
        <w:sz w:val="16"/>
      </w:rPr>
      <w:t xml:space="preserve"> | Session 1 Learner Workbook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04D2A" w14:textId="77777777" w:rsidR="00B84503" w:rsidRDefault="00B84503">
      <w:pPr>
        <w:spacing w:after="0" w:line="240" w:lineRule="auto"/>
      </w:pPr>
      <w:r>
        <w:separator/>
      </w:r>
    </w:p>
  </w:footnote>
  <w:footnote w:type="continuationSeparator" w:id="0">
    <w:p w14:paraId="0629548F" w14:textId="77777777" w:rsidR="00B84503" w:rsidRDefault="00B845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3679054">
    <w:abstractNumId w:val="8"/>
  </w:num>
  <w:num w:numId="2" w16cid:durableId="736125118">
    <w:abstractNumId w:val="6"/>
  </w:num>
  <w:num w:numId="3" w16cid:durableId="708070139">
    <w:abstractNumId w:val="5"/>
  </w:num>
  <w:num w:numId="4" w16cid:durableId="1965305389">
    <w:abstractNumId w:val="4"/>
  </w:num>
  <w:num w:numId="5" w16cid:durableId="1525440385">
    <w:abstractNumId w:val="7"/>
  </w:num>
  <w:num w:numId="6" w16cid:durableId="2041541442">
    <w:abstractNumId w:val="3"/>
  </w:num>
  <w:num w:numId="7" w16cid:durableId="1000351451">
    <w:abstractNumId w:val="2"/>
  </w:num>
  <w:num w:numId="8" w16cid:durableId="2129616674">
    <w:abstractNumId w:val="1"/>
  </w:num>
  <w:num w:numId="9" w16cid:durableId="1467359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E2453"/>
    <w:rsid w:val="005D4758"/>
    <w:rsid w:val="006A1E8C"/>
    <w:rsid w:val="009B33E3"/>
    <w:rsid w:val="00AA1D8D"/>
    <w:rsid w:val="00B47730"/>
    <w:rsid w:val="00B84503"/>
    <w:rsid w:val="00C8312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8F13EC"/>
  <w14:defaultImageDpi w14:val="300"/>
  <w15:docId w15:val="{8B98395D-6BB3-7D46-8E52-CD635C12A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22222"/>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C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C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2034</Words>
  <Characters>13811</Characters>
  <Application>Microsoft Office Word</Application>
  <DocSecurity>0</DocSecurity>
  <Lines>600</Lines>
  <Paragraphs>377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Madoda Khuzwayo</cp:lastModifiedBy>
  <cp:revision>3</cp:revision>
  <dcterms:created xsi:type="dcterms:W3CDTF">2013-12-23T23:15:00Z</dcterms:created>
  <dcterms:modified xsi:type="dcterms:W3CDTF">2026-10-03T12:59:00Z</dcterms:modified>
  <cp:category/>
</cp:coreProperties>
</file>