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8281B" w14:textId="77777777" w:rsidR="002B4CA8" w:rsidRDefault="002B4CA8" w:rsidP="002B4CA8">
      <w:pPr>
        <w:jc w:val="center"/>
        <w:rPr>
          <w:b/>
          <w:sz w:val="22"/>
        </w:rPr>
      </w:pPr>
      <w:r w:rsidRPr="00131122">
        <w:rPr>
          <w:noProof/>
        </w:rPr>
        <w:drawing>
          <wp:inline distT="0" distB="0" distL="0" distR="0" wp14:anchorId="51ADBBEB" wp14:editId="110F0289">
            <wp:extent cx="2224585" cy="1796532"/>
            <wp:effectExtent l="0" t="0" r="0" b="0"/>
            <wp:docPr id="1945015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015294" name=""/>
                    <pic:cNvPicPr/>
                  </pic:nvPicPr>
                  <pic:blipFill>
                    <a:blip r:embed="rId8"/>
                    <a:stretch>
                      <a:fillRect/>
                    </a:stretch>
                  </pic:blipFill>
                  <pic:spPr>
                    <a:xfrm>
                      <a:off x="0" y="0"/>
                      <a:ext cx="2318606" cy="1872461"/>
                    </a:xfrm>
                    <a:prstGeom prst="rect">
                      <a:avLst/>
                    </a:prstGeom>
                  </pic:spPr>
                </pic:pic>
              </a:graphicData>
            </a:graphic>
          </wp:inline>
        </w:drawing>
      </w:r>
    </w:p>
    <w:p w14:paraId="15A763D6" w14:textId="77777777" w:rsidR="002B4CA8" w:rsidRDefault="002B4CA8" w:rsidP="002B4CA8">
      <w:pPr>
        <w:jc w:val="center"/>
      </w:pPr>
      <w:r>
        <w:rPr>
          <w:b/>
          <w:sz w:val="22"/>
        </w:rPr>
        <w:t>REAL ESTATE POST-TRAINING SUPPORT PROGRAMME</w:t>
      </w:r>
    </w:p>
    <w:p w14:paraId="3F127090" w14:textId="77777777" w:rsidR="002B4CA8" w:rsidRDefault="002B4CA8">
      <w:pPr>
        <w:jc w:val="center"/>
        <w:rPr>
          <w:rFonts w:ascii="Aptos Display" w:hAnsi="Aptos Display"/>
          <w:bCs/>
          <w:color w:val="00A878"/>
          <w:sz w:val="50"/>
        </w:rPr>
      </w:pPr>
    </w:p>
    <w:p w14:paraId="78731B78" w14:textId="1369F3DC" w:rsidR="005C439C" w:rsidRPr="002B4CA8" w:rsidRDefault="002B4CA8">
      <w:pPr>
        <w:jc w:val="center"/>
        <w:rPr>
          <w:bCs/>
          <w:sz w:val="28"/>
          <w:szCs w:val="28"/>
        </w:rPr>
      </w:pPr>
      <w:r>
        <w:rPr>
          <w:rFonts w:ascii="Aptos Display" w:hAnsi="Aptos Display"/>
          <w:bCs/>
          <w:color w:val="00A878"/>
          <w:sz w:val="50"/>
        </w:rPr>
        <w:t>LEARNER WORKWOOK</w:t>
      </w:r>
      <w:r w:rsidRPr="002B4CA8">
        <w:rPr>
          <w:rFonts w:ascii="Aptos Display" w:hAnsi="Aptos Display"/>
          <w:bCs/>
          <w:color w:val="00A878"/>
          <w:sz w:val="50"/>
        </w:rPr>
        <w:t xml:space="preserve"> </w:t>
      </w:r>
      <w:r>
        <w:rPr>
          <w:rFonts w:ascii="Aptos Display" w:hAnsi="Aptos Display"/>
          <w:bCs/>
          <w:color w:val="00A878"/>
          <w:sz w:val="50"/>
        </w:rPr>
        <w:br/>
      </w:r>
      <w:r w:rsidR="00000000" w:rsidRPr="002B4CA8">
        <w:rPr>
          <w:rFonts w:ascii="Aptos Display" w:hAnsi="Aptos Display"/>
          <w:bCs/>
          <w:color w:val="00A878"/>
          <w:sz w:val="28"/>
          <w:szCs w:val="28"/>
        </w:rPr>
        <w:t>PROGRAMME CLOSING AND REVIEWS</w:t>
      </w:r>
    </w:p>
    <w:p w14:paraId="72F1CBEB" w14:textId="62BCFA90" w:rsidR="005C439C" w:rsidRDefault="005C439C">
      <w:pPr>
        <w:jc w:val="center"/>
      </w:pPr>
    </w:p>
    <w:tbl>
      <w:tblPr>
        <w:tblStyle w:val="TableGrid"/>
        <w:tblW w:w="0" w:type="auto"/>
        <w:jc w:val="center"/>
        <w:tblLook w:val="04A0" w:firstRow="1" w:lastRow="0" w:firstColumn="1" w:lastColumn="0" w:noHBand="0" w:noVBand="1"/>
      </w:tblPr>
      <w:tblGrid>
        <w:gridCol w:w="5112"/>
        <w:gridCol w:w="5112"/>
      </w:tblGrid>
      <w:tr w:rsidR="005C439C" w14:paraId="62F5247F" w14:textId="77777777" w:rsidTr="002B4CA8">
        <w:trPr>
          <w:jc w:val="center"/>
        </w:trPr>
        <w:tc>
          <w:tcPr>
            <w:tcW w:w="5112" w:type="dxa"/>
            <w:shd w:val="clear" w:color="auto" w:fill="C00000"/>
            <w:tcMar>
              <w:top w:w="100" w:type="dxa"/>
              <w:left w:w="100" w:type="dxa"/>
              <w:bottom w:w="100" w:type="dxa"/>
              <w:right w:w="100" w:type="dxa"/>
            </w:tcMar>
            <w:vAlign w:val="center"/>
          </w:tcPr>
          <w:p w14:paraId="4128E3D7" w14:textId="77777777" w:rsidR="005C439C" w:rsidRDefault="00000000">
            <w:r>
              <w:rPr>
                <w:b/>
                <w:color w:val="FFFFFF"/>
                <w:sz w:val="19"/>
              </w:rPr>
              <w:t>Session</w:t>
            </w:r>
          </w:p>
        </w:tc>
        <w:tc>
          <w:tcPr>
            <w:tcW w:w="5112" w:type="dxa"/>
            <w:tcMar>
              <w:top w:w="100" w:type="dxa"/>
              <w:left w:w="100" w:type="dxa"/>
              <w:bottom w:w="100" w:type="dxa"/>
              <w:right w:w="100" w:type="dxa"/>
            </w:tcMar>
            <w:vAlign w:val="center"/>
          </w:tcPr>
          <w:p w14:paraId="58B9977B" w14:textId="77777777" w:rsidR="005C439C" w:rsidRDefault="00000000">
            <w:r>
              <w:rPr>
                <w:sz w:val="19"/>
              </w:rPr>
              <w:t>Session 10</w:t>
            </w:r>
          </w:p>
        </w:tc>
      </w:tr>
      <w:tr w:rsidR="005C439C" w14:paraId="0309AFDB" w14:textId="77777777" w:rsidTr="002B4CA8">
        <w:trPr>
          <w:jc w:val="center"/>
        </w:trPr>
        <w:tc>
          <w:tcPr>
            <w:tcW w:w="5112" w:type="dxa"/>
            <w:shd w:val="clear" w:color="auto" w:fill="C00000"/>
            <w:tcMar>
              <w:top w:w="100" w:type="dxa"/>
              <w:left w:w="100" w:type="dxa"/>
              <w:bottom w:w="100" w:type="dxa"/>
              <w:right w:w="100" w:type="dxa"/>
            </w:tcMar>
            <w:vAlign w:val="center"/>
          </w:tcPr>
          <w:p w14:paraId="7185FBAB" w14:textId="77777777" w:rsidR="005C439C" w:rsidRDefault="00000000">
            <w:r>
              <w:rPr>
                <w:b/>
                <w:color w:val="FFFFFF"/>
                <w:sz w:val="19"/>
              </w:rPr>
              <w:t>Date</w:t>
            </w:r>
          </w:p>
        </w:tc>
        <w:tc>
          <w:tcPr>
            <w:tcW w:w="5112" w:type="dxa"/>
            <w:tcMar>
              <w:top w:w="100" w:type="dxa"/>
              <w:left w:w="100" w:type="dxa"/>
              <w:bottom w:w="100" w:type="dxa"/>
              <w:right w:w="100" w:type="dxa"/>
            </w:tcMar>
            <w:vAlign w:val="center"/>
          </w:tcPr>
          <w:p w14:paraId="3C14BFAA" w14:textId="77777777" w:rsidR="005C439C" w:rsidRDefault="00000000">
            <w:r>
              <w:rPr>
                <w:sz w:val="19"/>
              </w:rPr>
              <w:t>8 December 2026</w:t>
            </w:r>
          </w:p>
        </w:tc>
      </w:tr>
      <w:tr w:rsidR="005C439C" w14:paraId="7F4C3957" w14:textId="77777777" w:rsidTr="002B4CA8">
        <w:trPr>
          <w:jc w:val="center"/>
        </w:trPr>
        <w:tc>
          <w:tcPr>
            <w:tcW w:w="5112" w:type="dxa"/>
            <w:shd w:val="clear" w:color="auto" w:fill="C00000"/>
            <w:tcMar>
              <w:top w:w="100" w:type="dxa"/>
              <w:left w:w="100" w:type="dxa"/>
              <w:bottom w:w="100" w:type="dxa"/>
              <w:right w:w="100" w:type="dxa"/>
            </w:tcMar>
            <w:vAlign w:val="center"/>
          </w:tcPr>
          <w:p w14:paraId="25AC28E5" w14:textId="77777777" w:rsidR="005C439C" w:rsidRDefault="00000000">
            <w:r>
              <w:rPr>
                <w:b/>
                <w:color w:val="FFFFFF"/>
                <w:sz w:val="19"/>
              </w:rPr>
              <w:t>Time</w:t>
            </w:r>
          </w:p>
        </w:tc>
        <w:tc>
          <w:tcPr>
            <w:tcW w:w="5112" w:type="dxa"/>
            <w:tcMar>
              <w:top w:w="100" w:type="dxa"/>
              <w:left w:w="100" w:type="dxa"/>
              <w:bottom w:w="100" w:type="dxa"/>
              <w:right w:w="100" w:type="dxa"/>
            </w:tcMar>
            <w:vAlign w:val="center"/>
          </w:tcPr>
          <w:p w14:paraId="58A9A5D8" w14:textId="77777777" w:rsidR="005C439C" w:rsidRDefault="00000000">
            <w:r>
              <w:rPr>
                <w:sz w:val="19"/>
              </w:rPr>
              <w:t>09:00–11:00</w:t>
            </w:r>
          </w:p>
        </w:tc>
      </w:tr>
      <w:tr w:rsidR="005C439C" w14:paraId="54D7CD89" w14:textId="77777777" w:rsidTr="002B4CA8">
        <w:trPr>
          <w:jc w:val="center"/>
        </w:trPr>
        <w:tc>
          <w:tcPr>
            <w:tcW w:w="5112" w:type="dxa"/>
            <w:shd w:val="clear" w:color="auto" w:fill="C00000"/>
            <w:tcMar>
              <w:top w:w="100" w:type="dxa"/>
              <w:left w:w="100" w:type="dxa"/>
              <w:bottom w:w="100" w:type="dxa"/>
              <w:right w:w="100" w:type="dxa"/>
            </w:tcMar>
            <w:vAlign w:val="center"/>
          </w:tcPr>
          <w:p w14:paraId="2A40B1B2" w14:textId="77777777" w:rsidR="005C439C" w:rsidRDefault="00000000">
            <w:r>
              <w:rPr>
                <w:b/>
                <w:color w:val="FFFFFF"/>
                <w:sz w:val="19"/>
              </w:rPr>
              <w:t>Facilitator</w:t>
            </w:r>
          </w:p>
        </w:tc>
        <w:tc>
          <w:tcPr>
            <w:tcW w:w="5112" w:type="dxa"/>
            <w:tcMar>
              <w:top w:w="100" w:type="dxa"/>
              <w:left w:w="100" w:type="dxa"/>
              <w:bottom w:w="100" w:type="dxa"/>
              <w:right w:w="100" w:type="dxa"/>
            </w:tcMar>
            <w:vAlign w:val="center"/>
          </w:tcPr>
          <w:p w14:paraId="0EEDD382" w14:textId="77777777" w:rsidR="005C439C" w:rsidRDefault="00000000">
            <w:r>
              <w:rPr>
                <w:sz w:val="19"/>
              </w:rPr>
              <w:t>PPRA / Facilitator</w:t>
            </w:r>
          </w:p>
        </w:tc>
      </w:tr>
    </w:tbl>
    <w:p w14:paraId="75F4DA28" w14:textId="77777777" w:rsidR="005C439C" w:rsidRDefault="00000000">
      <w:r>
        <w:br w:type="page"/>
      </w:r>
    </w:p>
    <w:p w14:paraId="4D62251F" w14:textId="77777777" w:rsidR="005C439C" w:rsidRDefault="00000000">
      <w:pPr>
        <w:pStyle w:val="Heading1"/>
      </w:pPr>
      <w:r>
        <w:lastRenderedPageBreak/>
        <w:t>Welcome to the Final Programme Session</w:t>
      </w:r>
    </w:p>
    <w:p w14:paraId="4936E204" w14:textId="77777777" w:rsidR="005C439C" w:rsidRDefault="00000000">
      <w:r>
        <w:t>This workbook supports your participation in the final programme closing and review session. Use it to reflect on your learning journey, record outstanding questions, capture feedback and define your way forward.</w:t>
      </w:r>
    </w:p>
    <w:tbl>
      <w:tblPr>
        <w:tblW w:w="0" w:type="auto"/>
        <w:jc w:val="center"/>
        <w:tblLook w:val="04A0" w:firstRow="1" w:lastRow="0" w:firstColumn="1" w:lastColumn="0" w:noHBand="0" w:noVBand="1"/>
      </w:tblPr>
      <w:tblGrid>
        <w:gridCol w:w="10224"/>
      </w:tblGrid>
      <w:tr w:rsidR="005C439C" w14:paraId="0AEA7FD9" w14:textId="77777777">
        <w:trPr>
          <w:jc w:val="center"/>
        </w:trPr>
        <w:tc>
          <w:tcPr>
            <w:tcW w:w="10224" w:type="dxa"/>
            <w:shd w:val="clear" w:color="auto" w:fill="E5F7F1"/>
            <w:tcMar>
              <w:top w:w="100" w:type="dxa"/>
              <w:left w:w="100" w:type="dxa"/>
              <w:bottom w:w="100" w:type="dxa"/>
              <w:right w:w="100" w:type="dxa"/>
            </w:tcMar>
          </w:tcPr>
          <w:p w14:paraId="59897F6E" w14:textId="77777777" w:rsidR="005C439C" w:rsidRDefault="00000000">
            <w:r>
              <w:rPr>
                <w:b/>
                <w:color w:val="00A878"/>
              </w:rPr>
              <w:t>Session at a Glance</w:t>
            </w:r>
            <w:r>
              <w:rPr>
                <w:b/>
                <w:color w:val="00A878"/>
              </w:rPr>
              <w:br/>
            </w:r>
            <w:r>
              <w:rPr>
                <w:sz w:val="19"/>
              </w:rPr>
              <w:t>Session 10 | 8 December 2026 | 09:00–11:00 | Facilitator: PPRA / Facilitator</w:t>
            </w:r>
          </w:p>
        </w:tc>
      </w:tr>
    </w:tbl>
    <w:p w14:paraId="613755FC" w14:textId="77777777" w:rsidR="005C439C" w:rsidRDefault="005C439C"/>
    <w:p w14:paraId="22EAA08E" w14:textId="77777777" w:rsidR="005C439C" w:rsidRDefault="00000000">
      <w:pPr>
        <w:pStyle w:val="Heading1"/>
      </w:pPr>
      <w:r>
        <w:t>1. My Programme Journey</w:t>
      </w:r>
    </w:p>
    <w:tbl>
      <w:tblPr>
        <w:tblStyle w:val="TableGrid"/>
        <w:tblW w:w="0" w:type="auto"/>
        <w:jc w:val="center"/>
        <w:tblLook w:val="04A0" w:firstRow="1" w:lastRow="0" w:firstColumn="1" w:lastColumn="0" w:noHBand="0" w:noVBand="1"/>
      </w:tblPr>
      <w:tblGrid>
        <w:gridCol w:w="3408"/>
        <w:gridCol w:w="3408"/>
        <w:gridCol w:w="3408"/>
      </w:tblGrid>
      <w:tr w:rsidR="005C439C" w14:paraId="0EFEF2CA" w14:textId="77777777" w:rsidTr="002B4CA8">
        <w:trPr>
          <w:jc w:val="center"/>
        </w:trPr>
        <w:tc>
          <w:tcPr>
            <w:tcW w:w="3408" w:type="dxa"/>
            <w:shd w:val="clear" w:color="auto" w:fill="C00000"/>
            <w:tcMar>
              <w:top w:w="100" w:type="dxa"/>
              <w:left w:w="100" w:type="dxa"/>
              <w:bottom w:w="100" w:type="dxa"/>
              <w:right w:w="100" w:type="dxa"/>
            </w:tcMar>
            <w:vAlign w:val="center"/>
          </w:tcPr>
          <w:p w14:paraId="1E1E32AB" w14:textId="77777777" w:rsidR="005C439C" w:rsidRDefault="00000000">
            <w:r>
              <w:rPr>
                <w:b/>
                <w:color w:val="FFFFFF"/>
                <w:sz w:val="18"/>
              </w:rPr>
              <w:t>Session / Area</w:t>
            </w:r>
          </w:p>
        </w:tc>
        <w:tc>
          <w:tcPr>
            <w:tcW w:w="3408" w:type="dxa"/>
            <w:shd w:val="clear" w:color="auto" w:fill="C00000"/>
            <w:tcMar>
              <w:top w:w="100" w:type="dxa"/>
              <w:left w:w="100" w:type="dxa"/>
              <w:bottom w:w="100" w:type="dxa"/>
              <w:right w:w="100" w:type="dxa"/>
            </w:tcMar>
            <w:vAlign w:val="center"/>
          </w:tcPr>
          <w:p w14:paraId="078A7DC0" w14:textId="77777777" w:rsidR="005C439C" w:rsidRDefault="00000000">
            <w:r>
              <w:rPr>
                <w:b/>
                <w:color w:val="FFFFFF"/>
                <w:sz w:val="18"/>
              </w:rPr>
              <w:t>What I Remember</w:t>
            </w:r>
          </w:p>
        </w:tc>
        <w:tc>
          <w:tcPr>
            <w:tcW w:w="3408" w:type="dxa"/>
            <w:shd w:val="clear" w:color="auto" w:fill="C00000"/>
            <w:tcMar>
              <w:top w:w="100" w:type="dxa"/>
              <w:left w:w="100" w:type="dxa"/>
              <w:bottom w:w="100" w:type="dxa"/>
              <w:right w:w="100" w:type="dxa"/>
            </w:tcMar>
            <w:vAlign w:val="center"/>
          </w:tcPr>
          <w:p w14:paraId="6706E7FE" w14:textId="77777777" w:rsidR="005C439C" w:rsidRDefault="00000000">
            <w:r>
              <w:rPr>
                <w:b/>
                <w:color w:val="FFFFFF"/>
                <w:sz w:val="18"/>
              </w:rPr>
              <w:t>What I Will Apply</w:t>
            </w:r>
          </w:p>
        </w:tc>
      </w:tr>
      <w:tr w:rsidR="005C439C" w14:paraId="110C1C80" w14:textId="77777777">
        <w:trPr>
          <w:jc w:val="center"/>
        </w:trPr>
        <w:tc>
          <w:tcPr>
            <w:tcW w:w="3408" w:type="dxa"/>
            <w:shd w:val="clear" w:color="auto" w:fill="F8FAFA"/>
            <w:tcMar>
              <w:top w:w="100" w:type="dxa"/>
              <w:left w:w="100" w:type="dxa"/>
              <w:bottom w:w="100" w:type="dxa"/>
              <w:right w:w="100" w:type="dxa"/>
            </w:tcMar>
            <w:vAlign w:val="center"/>
          </w:tcPr>
          <w:p w14:paraId="65B4D7FE" w14:textId="77777777" w:rsidR="005C439C" w:rsidRDefault="00000000">
            <w:r>
              <w:rPr>
                <w:sz w:val="18"/>
              </w:rPr>
              <w:t>Sessions 1–4: Digital readiness, PPRA compliance, professional obligations &amp; CPD</w:t>
            </w:r>
          </w:p>
        </w:tc>
        <w:tc>
          <w:tcPr>
            <w:tcW w:w="3408" w:type="dxa"/>
            <w:shd w:val="clear" w:color="auto" w:fill="F8FAFA"/>
            <w:tcMar>
              <w:top w:w="100" w:type="dxa"/>
              <w:left w:w="100" w:type="dxa"/>
              <w:bottom w:w="100" w:type="dxa"/>
              <w:right w:w="100" w:type="dxa"/>
            </w:tcMar>
            <w:vAlign w:val="center"/>
          </w:tcPr>
          <w:p w14:paraId="65CF1658" w14:textId="77777777" w:rsidR="005C439C" w:rsidRDefault="005C439C"/>
        </w:tc>
        <w:tc>
          <w:tcPr>
            <w:tcW w:w="3408" w:type="dxa"/>
            <w:shd w:val="clear" w:color="auto" w:fill="F8FAFA"/>
            <w:tcMar>
              <w:top w:w="100" w:type="dxa"/>
              <w:left w:w="100" w:type="dxa"/>
              <w:bottom w:w="100" w:type="dxa"/>
              <w:right w:w="100" w:type="dxa"/>
            </w:tcMar>
            <w:vAlign w:val="center"/>
          </w:tcPr>
          <w:p w14:paraId="54991D76" w14:textId="77777777" w:rsidR="005C439C" w:rsidRDefault="005C439C"/>
        </w:tc>
      </w:tr>
      <w:tr w:rsidR="005C439C" w14:paraId="29E7BB9B" w14:textId="77777777">
        <w:trPr>
          <w:jc w:val="center"/>
        </w:trPr>
        <w:tc>
          <w:tcPr>
            <w:tcW w:w="3408" w:type="dxa"/>
            <w:tcMar>
              <w:top w:w="100" w:type="dxa"/>
              <w:left w:w="100" w:type="dxa"/>
              <w:bottom w:w="100" w:type="dxa"/>
              <w:right w:w="100" w:type="dxa"/>
            </w:tcMar>
            <w:vAlign w:val="center"/>
          </w:tcPr>
          <w:p w14:paraId="18AE0BCE" w14:textId="77777777" w:rsidR="005C439C" w:rsidRDefault="00000000">
            <w:r>
              <w:rPr>
                <w:sz w:val="18"/>
              </w:rPr>
              <w:t>Sessions 5–6: Sales, digital marketing, client management &amp; personal branding</w:t>
            </w:r>
          </w:p>
        </w:tc>
        <w:tc>
          <w:tcPr>
            <w:tcW w:w="3408" w:type="dxa"/>
            <w:tcMar>
              <w:top w:w="100" w:type="dxa"/>
              <w:left w:w="100" w:type="dxa"/>
              <w:bottom w:w="100" w:type="dxa"/>
              <w:right w:w="100" w:type="dxa"/>
            </w:tcMar>
            <w:vAlign w:val="center"/>
          </w:tcPr>
          <w:p w14:paraId="6807A53E" w14:textId="77777777" w:rsidR="005C439C" w:rsidRDefault="005C439C"/>
        </w:tc>
        <w:tc>
          <w:tcPr>
            <w:tcW w:w="3408" w:type="dxa"/>
            <w:tcMar>
              <w:top w:w="100" w:type="dxa"/>
              <w:left w:w="100" w:type="dxa"/>
              <w:bottom w:w="100" w:type="dxa"/>
              <w:right w:w="100" w:type="dxa"/>
            </w:tcMar>
            <w:vAlign w:val="center"/>
          </w:tcPr>
          <w:p w14:paraId="085B1956" w14:textId="77777777" w:rsidR="005C439C" w:rsidRDefault="005C439C"/>
        </w:tc>
      </w:tr>
      <w:tr w:rsidR="005C439C" w14:paraId="1CC0E225" w14:textId="77777777">
        <w:trPr>
          <w:jc w:val="center"/>
        </w:trPr>
        <w:tc>
          <w:tcPr>
            <w:tcW w:w="3408" w:type="dxa"/>
            <w:shd w:val="clear" w:color="auto" w:fill="F8FAFA"/>
            <w:tcMar>
              <w:top w:w="100" w:type="dxa"/>
              <w:left w:w="100" w:type="dxa"/>
              <w:bottom w:w="100" w:type="dxa"/>
              <w:right w:w="100" w:type="dxa"/>
            </w:tcMar>
            <w:vAlign w:val="center"/>
          </w:tcPr>
          <w:p w14:paraId="3A14E819" w14:textId="77777777" w:rsidR="005C439C" w:rsidRDefault="00000000">
            <w:r>
              <w:rPr>
                <w:sz w:val="18"/>
              </w:rPr>
              <w:t>Sessions 7–8: CRM, business management, CIPC, SARS &amp; financial literacy</w:t>
            </w:r>
          </w:p>
        </w:tc>
        <w:tc>
          <w:tcPr>
            <w:tcW w:w="3408" w:type="dxa"/>
            <w:shd w:val="clear" w:color="auto" w:fill="F8FAFA"/>
            <w:tcMar>
              <w:top w:w="100" w:type="dxa"/>
              <w:left w:w="100" w:type="dxa"/>
              <w:bottom w:w="100" w:type="dxa"/>
              <w:right w:w="100" w:type="dxa"/>
            </w:tcMar>
            <w:vAlign w:val="center"/>
          </w:tcPr>
          <w:p w14:paraId="4F18E92A" w14:textId="77777777" w:rsidR="005C439C" w:rsidRDefault="005C439C"/>
        </w:tc>
        <w:tc>
          <w:tcPr>
            <w:tcW w:w="3408" w:type="dxa"/>
            <w:shd w:val="clear" w:color="auto" w:fill="F8FAFA"/>
            <w:tcMar>
              <w:top w:w="100" w:type="dxa"/>
              <w:left w:w="100" w:type="dxa"/>
              <w:bottom w:w="100" w:type="dxa"/>
              <w:right w:w="100" w:type="dxa"/>
            </w:tcMar>
            <w:vAlign w:val="center"/>
          </w:tcPr>
          <w:p w14:paraId="09B5C12F" w14:textId="77777777" w:rsidR="005C439C" w:rsidRDefault="005C439C"/>
        </w:tc>
      </w:tr>
      <w:tr w:rsidR="005C439C" w14:paraId="69875048" w14:textId="77777777">
        <w:trPr>
          <w:jc w:val="center"/>
        </w:trPr>
        <w:tc>
          <w:tcPr>
            <w:tcW w:w="3408" w:type="dxa"/>
            <w:tcMar>
              <w:top w:w="100" w:type="dxa"/>
              <w:left w:w="100" w:type="dxa"/>
              <w:bottom w:w="100" w:type="dxa"/>
              <w:right w:w="100" w:type="dxa"/>
            </w:tcMar>
            <w:vAlign w:val="center"/>
          </w:tcPr>
          <w:p w14:paraId="2EB07684" w14:textId="77777777" w:rsidR="005C439C" w:rsidRDefault="00000000">
            <w:r>
              <w:rPr>
                <w:sz w:val="18"/>
              </w:rPr>
              <w:t>Session 9: Portfolio review, assessment &amp; certification</w:t>
            </w:r>
          </w:p>
        </w:tc>
        <w:tc>
          <w:tcPr>
            <w:tcW w:w="3408" w:type="dxa"/>
            <w:tcMar>
              <w:top w:w="100" w:type="dxa"/>
              <w:left w:w="100" w:type="dxa"/>
              <w:bottom w:w="100" w:type="dxa"/>
              <w:right w:w="100" w:type="dxa"/>
            </w:tcMar>
            <w:vAlign w:val="center"/>
          </w:tcPr>
          <w:p w14:paraId="42BF6DF6" w14:textId="77777777" w:rsidR="005C439C" w:rsidRDefault="005C439C"/>
        </w:tc>
        <w:tc>
          <w:tcPr>
            <w:tcW w:w="3408" w:type="dxa"/>
            <w:tcMar>
              <w:top w:w="100" w:type="dxa"/>
              <w:left w:w="100" w:type="dxa"/>
              <w:bottom w:w="100" w:type="dxa"/>
              <w:right w:w="100" w:type="dxa"/>
            </w:tcMar>
            <w:vAlign w:val="center"/>
          </w:tcPr>
          <w:p w14:paraId="44EA3F33" w14:textId="77777777" w:rsidR="005C439C" w:rsidRDefault="005C439C"/>
        </w:tc>
      </w:tr>
    </w:tbl>
    <w:p w14:paraId="071FC24F" w14:textId="77777777" w:rsidR="005C439C" w:rsidRDefault="005C439C"/>
    <w:p w14:paraId="686E169B" w14:textId="77777777" w:rsidR="005C439C" w:rsidRDefault="00000000">
      <w:pPr>
        <w:pStyle w:val="Heading1"/>
      </w:pPr>
      <w:r>
        <w:t>2. My Key Learning</w:t>
      </w:r>
    </w:p>
    <w:p w14:paraId="62662434" w14:textId="77777777" w:rsidR="005C439C" w:rsidRDefault="00000000">
      <w:r>
        <w:rPr>
          <w:b/>
          <w:color w:val="00A878"/>
        </w:rPr>
        <w:t>The three most useful things I learned during the programme are:</w:t>
      </w:r>
    </w:p>
    <w:p w14:paraId="0387CE50" w14:textId="77777777" w:rsidR="005C439C" w:rsidRDefault="00000000">
      <w:r>
        <w:t>________________________________________________________________________________</w:t>
      </w:r>
    </w:p>
    <w:p w14:paraId="0C028A5D" w14:textId="77777777" w:rsidR="005C439C" w:rsidRDefault="00000000">
      <w:r>
        <w:t>________________________________________________________________________________</w:t>
      </w:r>
    </w:p>
    <w:p w14:paraId="5882C735" w14:textId="77777777" w:rsidR="005C439C" w:rsidRDefault="00000000">
      <w:r>
        <w:t>________________________________________________________________________________</w:t>
      </w:r>
    </w:p>
    <w:p w14:paraId="2C2129A7" w14:textId="77777777" w:rsidR="005C439C" w:rsidRDefault="00000000">
      <w:r>
        <w:rPr>
          <w:b/>
          <w:color w:val="00A878"/>
        </w:rPr>
        <w:t>The practical skill I most want to apply in my real estate practice is:</w:t>
      </w:r>
    </w:p>
    <w:p w14:paraId="0F47A6A4" w14:textId="77777777" w:rsidR="005C439C" w:rsidRDefault="00000000">
      <w:r>
        <w:t>________________________________________________________________________________</w:t>
      </w:r>
    </w:p>
    <w:p w14:paraId="4AD0932E" w14:textId="77777777" w:rsidR="005C439C" w:rsidRDefault="00000000">
      <w:r>
        <w:t>________________________________________________________________________________</w:t>
      </w:r>
    </w:p>
    <w:p w14:paraId="3EAB2EFE" w14:textId="77777777" w:rsidR="005C439C" w:rsidRDefault="00000000">
      <w:r>
        <w:rPr>
          <w:b/>
          <w:color w:val="00A878"/>
        </w:rPr>
        <w:t>The area where I still need support or more practice is:</w:t>
      </w:r>
    </w:p>
    <w:p w14:paraId="48369399" w14:textId="77777777" w:rsidR="005C439C" w:rsidRDefault="00000000">
      <w:r>
        <w:t>________________________________________________________________________________</w:t>
      </w:r>
    </w:p>
    <w:p w14:paraId="70C93FCD" w14:textId="77777777" w:rsidR="005C439C" w:rsidRDefault="00000000">
      <w:r>
        <w:t>________________________________________________________________________________</w:t>
      </w:r>
    </w:p>
    <w:p w14:paraId="73A198E6" w14:textId="77777777" w:rsidR="005C439C" w:rsidRDefault="00000000">
      <w:pPr>
        <w:pStyle w:val="Heading1"/>
      </w:pPr>
      <w:r>
        <w:lastRenderedPageBreak/>
        <w:t>3. Programme Review Checklist</w:t>
      </w:r>
    </w:p>
    <w:tbl>
      <w:tblPr>
        <w:tblStyle w:val="TableGrid"/>
        <w:tblW w:w="0" w:type="auto"/>
        <w:jc w:val="center"/>
        <w:tblLook w:val="04A0" w:firstRow="1" w:lastRow="0" w:firstColumn="1" w:lastColumn="0" w:noHBand="0" w:noVBand="1"/>
      </w:tblPr>
      <w:tblGrid>
        <w:gridCol w:w="2556"/>
        <w:gridCol w:w="2556"/>
        <w:gridCol w:w="2556"/>
        <w:gridCol w:w="2556"/>
      </w:tblGrid>
      <w:tr w:rsidR="005C439C" w14:paraId="6166C4D4" w14:textId="77777777" w:rsidTr="002B4CA8">
        <w:trPr>
          <w:jc w:val="center"/>
        </w:trPr>
        <w:tc>
          <w:tcPr>
            <w:tcW w:w="2556" w:type="dxa"/>
            <w:shd w:val="clear" w:color="auto" w:fill="C00000"/>
            <w:tcMar>
              <w:top w:w="100" w:type="dxa"/>
              <w:left w:w="100" w:type="dxa"/>
              <w:bottom w:w="100" w:type="dxa"/>
              <w:right w:w="100" w:type="dxa"/>
            </w:tcMar>
            <w:vAlign w:val="center"/>
          </w:tcPr>
          <w:p w14:paraId="1973B24F" w14:textId="77777777" w:rsidR="005C439C" w:rsidRDefault="00000000">
            <w:r>
              <w:rPr>
                <w:b/>
                <w:color w:val="FFFFFF"/>
                <w:sz w:val="18"/>
              </w:rPr>
              <w:t>Programme Area</w:t>
            </w:r>
          </w:p>
        </w:tc>
        <w:tc>
          <w:tcPr>
            <w:tcW w:w="2556" w:type="dxa"/>
            <w:shd w:val="clear" w:color="auto" w:fill="C00000"/>
            <w:tcMar>
              <w:top w:w="100" w:type="dxa"/>
              <w:left w:w="100" w:type="dxa"/>
              <w:bottom w:w="100" w:type="dxa"/>
              <w:right w:w="100" w:type="dxa"/>
            </w:tcMar>
            <w:vAlign w:val="center"/>
          </w:tcPr>
          <w:p w14:paraId="068C32D5" w14:textId="77777777" w:rsidR="005C439C" w:rsidRDefault="00000000">
            <w:r>
              <w:rPr>
                <w:b/>
                <w:color w:val="FFFFFF"/>
                <w:sz w:val="18"/>
              </w:rPr>
              <w:t>I Can Apply This</w:t>
            </w:r>
          </w:p>
        </w:tc>
        <w:tc>
          <w:tcPr>
            <w:tcW w:w="2556" w:type="dxa"/>
            <w:shd w:val="clear" w:color="auto" w:fill="C00000"/>
            <w:tcMar>
              <w:top w:w="100" w:type="dxa"/>
              <w:left w:w="100" w:type="dxa"/>
              <w:bottom w:w="100" w:type="dxa"/>
              <w:right w:w="100" w:type="dxa"/>
            </w:tcMar>
            <w:vAlign w:val="center"/>
          </w:tcPr>
          <w:p w14:paraId="4B86B659" w14:textId="77777777" w:rsidR="005C439C" w:rsidRDefault="00000000">
            <w:r>
              <w:rPr>
                <w:b/>
                <w:color w:val="FFFFFF"/>
                <w:sz w:val="18"/>
              </w:rPr>
              <w:t>I Need More Practice</w:t>
            </w:r>
          </w:p>
        </w:tc>
        <w:tc>
          <w:tcPr>
            <w:tcW w:w="2556" w:type="dxa"/>
            <w:shd w:val="clear" w:color="auto" w:fill="C00000"/>
            <w:tcMar>
              <w:top w:w="100" w:type="dxa"/>
              <w:left w:w="100" w:type="dxa"/>
              <w:bottom w:w="100" w:type="dxa"/>
              <w:right w:w="100" w:type="dxa"/>
            </w:tcMar>
            <w:vAlign w:val="center"/>
          </w:tcPr>
          <w:p w14:paraId="0A0E4B2D" w14:textId="77777777" w:rsidR="005C439C" w:rsidRDefault="00000000">
            <w:r>
              <w:rPr>
                <w:b/>
                <w:color w:val="FFFFFF"/>
                <w:sz w:val="18"/>
              </w:rPr>
              <w:t>I Need Clarification</w:t>
            </w:r>
          </w:p>
        </w:tc>
      </w:tr>
      <w:tr w:rsidR="005C439C" w14:paraId="385A645D" w14:textId="77777777">
        <w:trPr>
          <w:jc w:val="center"/>
        </w:trPr>
        <w:tc>
          <w:tcPr>
            <w:tcW w:w="2556" w:type="dxa"/>
            <w:shd w:val="clear" w:color="auto" w:fill="F8FAFA"/>
            <w:tcMar>
              <w:top w:w="100" w:type="dxa"/>
              <w:left w:w="100" w:type="dxa"/>
              <w:bottom w:w="100" w:type="dxa"/>
              <w:right w:w="100" w:type="dxa"/>
            </w:tcMar>
            <w:vAlign w:val="center"/>
          </w:tcPr>
          <w:p w14:paraId="3E99DDCB" w14:textId="77777777" w:rsidR="005C439C" w:rsidRDefault="00000000">
            <w:r>
              <w:rPr>
                <w:sz w:val="18"/>
              </w:rPr>
              <w:t>Digital learning / platform participation</w:t>
            </w:r>
          </w:p>
        </w:tc>
        <w:tc>
          <w:tcPr>
            <w:tcW w:w="2556" w:type="dxa"/>
            <w:shd w:val="clear" w:color="auto" w:fill="F8FAFA"/>
            <w:tcMar>
              <w:top w:w="100" w:type="dxa"/>
              <w:left w:w="100" w:type="dxa"/>
              <w:bottom w:w="100" w:type="dxa"/>
              <w:right w:w="100" w:type="dxa"/>
            </w:tcMar>
            <w:vAlign w:val="center"/>
          </w:tcPr>
          <w:p w14:paraId="2FDE9A5A" w14:textId="77777777" w:rsidR="005C439C" w:rsidRDefault="00000000">
            <w:r>
              <w:rPr>
                <w:sz w:val="18"/>
              </w:rPr>
              <w:t>☐</w:t>
            </w:r>
          </w:p>
        </w:tc>
        <w:tc>
          <w:tcPr>
            <w:tcW w:w="2556" w:type="dxa"/>
            <w:shd w:val="clear" w:color="auto" w:fill="F8FAFA"/>
            <w:tcMar>
              <w:top w:w="100" w:type="dxa"/>
              <w:left w:w="100" w:type="dxa"/>
              <w:bottom w:w="100" w:type="dxa"/>
              <w:right w:w="100" w:type="dxa"/>
            </w:tcMar>
            <w:vAlign w:val="center"/>
          </w:tcPr>
          <w:p w14:paraId="09D42DDD" w14:textId="77777777" w:rsidR="005C439C" w:rsidRDefault="00000000">
            <w:r>
              <w:rPr>
                <w:sz w:val="18"/>
              </w:rPr>
              <w:t>☐</w:t>
            </w:r>
          </w:p>
        </w:tc>
        <w:tc>
          <w:tcPr>
            <w:tcW w:w="2556" w:type="dxa"/>
            <w:shd w:val="clear" w:color="auto" w:fill="F8FAFA"/>
            <w:tcMar>
              <w:top w:w="100" w:type="dxa"/>
              <w:left w:w="100" w:type="dxa"/>
              <w:bottom w:w="100" w:type="dxa"/>
              <w:right w:w="100" w:type="dxa"/>
            </w:tcMar>
            <w:vAlign w:val="center"/>
          </w:tcPr>
          <w:p w14:paraId="2BF02F7C" w14:textId="77777777" w:rsidR="005C439C" w:rsidRDefault="00000000">
            <w:r>
              <w:rPr>
                <w:sz w:val="18"/>
              </w:rPr>
              <w:t>☐</w:t>
            </w:r>
          </w:p>
        </w:tc>
      </w:tr>
      <w:tr w:rsidR="005C439C" w14:paraId="6CB658E8" w14:textId="77777777">
        <w:trPr>
          <w:jc w:val="center"/>
        </w:trPr>
        <w:tc>
          <w:tcPr>
            <w:tcW w:w="2556" w:type="dxa"/>
            <w:tcMar>
              <w:top w:w="100" w:type="dxa"/>
              <w:left w:w="100" w:type="dxa"/>
              <w:bottom w:w="100" w:type="dxa"/>
              <w:right w:w="100" w:type="dxa"/>
            </w:tcMar>
            <w:vAlign w:val="center"/>
          </w:tcPr>
          <w:p w14:paraId="7EC92616" w14:textId="77777777" w:rsidR="005C439C" w:rsidRDefault="00000000">
            <w:r>
              <w:rPr>
                <w:sz w:val="18"/>
              </w:rPr>
              <w:t>PPRA compliance and professional obligations</w:t>
            </w:r>
          </w:p>
        </w:tc>
        <w:tc>
          <w:tcPr>
            <w:tcW w:w="2556" w:type="dxa"/>
            <w:tcMar>
              <w:top w:w="100" w:type="dxa"/>
              <w:left w:w="100" w:type="dxa"/>
              <w:bottom w:w="100" w:type="dxa"/>
              <w:right w:w="100" w:type="dxa"/>
            </w:tcMar>
            <w:vAlign w:val="center"/>
          </w:tcPr>
          <w:p w14:paraId="05C72630" w14:textId="77777777" w:rsidR="005C439C" w:rsidRDefault="00000000">
            <w:r>
              <w:rPr>
                <w:sz w:val="18"/>
              </w:rPr>
              <w:t>☐</w:t>
            </w:r>
          </w:p>
        </w:tc>
        <w:tc>
          <w:tcPr>
            <w:tcW w:w="2556" w:type="dxa"/>
            <w:tcMar>
              <w:top w:w="100" w:type="dxa"/>
              <w:left w:w="100" w:type="dxa"/>
              <w:bottom w:w="100" w:type="dxa"/>
              <w:right w:w="100" w:type="dxa"/>
            </w:tcMar>
            <w:vAlign w:val="center"/>
          </w:tcPr>
          <w:p w14:paraId="4410AD38" w14:textId="77777777" w:rsidR="005C439C" w:rsidRDefault="00000000">
            <w:r>
              <w:rPr>
                <w:sz w:val="18"/>
              </w:rPr>
              <w:t>☐</w:t>
            </w:r>
          </w:p>
        </w:tc>
        <w:tc>
          <w:tcPr>
            <w:tcW w:w="2556" w:type="dxa"/>
            <w:tcMar>
              <w:top w:w="100" w:type="dxa"/>
              <w:left w:w="100" w:type="dxa"/>
              <w:bottom w:w="100" w:type="dxa"/>
              <w:right w:w="100" w:type="dxa"/>
            </w:tcMar>
            <w:vAlign w:val="center"/>
          </w:tcPr>
          <w:p w14:paraId="4ED21682" w14:textId="77777777" w:rsidR="005C439C" w:rsidRDefault="00000000">
            <w:r>
              <w:rPr>
                <w:sz w:val="18"/>
              </w:rPr>
              <w:t>☐</w:t>
            </w:r>
          </w:p>
        </w:tc>
      </w:tr>
      <w:tr w:rsidR="005C439C" w14:paraId="3CDDBA72" w14:textId="77777777">
        <w:trPr>
          <w:jc w:val="center"/>
        </w:trPr>
        <w:tc>
          <w:tcPr>
            <w:tcW w:w="2556" w:type="dxa"/>
            <w:shd w:val="clear" w:color="auto" w:fill="F8FAFA"/>
            <w:tcMar>
              <w:top w:w="100" w:type="dxa"/>
              <w:left w:w="100" w:type="dxa"/>
              <w:bottom w:w="100" w:type="dxa"/>
              <w:right w:w="100" w:type="dxa"/>
            </w:tcMar>
            <w:vAlign w:val="center"/>
          </w:tcPr>
          <w:p w14:paraId="2A7DBAC3" w14:textId="77777777" w:rsidR="005C439C" w:rsidRDefault="00000000">
            <w:r>
              <w:rPr>
                <w:sz w:val="18"/>
              </w:rPr>
              <w:t>CPD awareness and planning</w:t>
            </w:r>
          </w:p>
        </w:tc>
        <w:tc>
          <w:tcPr>
            <w:tcW w:w="2556" w:type="dxa"/>
            <w:shd w:val="clear" w:color="auto" w:fill="F8FAFA"/>
            <w:tcMar>
              <w:top w:w="100" w:type="dxa"/>
              <w:left w:w="100" w:type="dxa"/>
              <w:bottom w:w="100" w:type="dxa"/>
              <w:right w:w="100" w:type="dxa"/>
            </w:tcMar>
            <w:vAlign w:val="center"/>
          </w:tcPr>
          <w:p w14:paraId="347295B2" w14:textId="77777777" w:rsidR="005C439C" w:rsidRDefault="00000000">
            <w:r>
              <w:rPr>
                <w:sz w:val="18"/>
              </w:rPr>
              <w:t>☐</w:t>
            </w:r>
          </w:p>
        </w:tc>
        <w:tc>
          <w:tcPr>
            <w:tcW w:w="2556" w:type="dxa"/>
            <w:shd w:val="clear" w:color="auto" w:fill="F8FAFA"/>
            <w:tcMar>
              <w:top w:w="100" w:type="dxa"/>
              <w:left w:w="100" w:type="dxa"/>
              <w:bottom w:w="100" w:type="dxa"/>
              <w:right w:w="100" w:type="dxa"/>
            </w:tcMar>
            <w:vAlign w:val="center"/>
          </w:tcPr>
          <w:p w14:paraId="2AE592C0" w14:textId="77777777" w:rsidR="005C439C" w:rsidRDefault="00000000">
            <w:r>
              <w:rPr>
                <w:sz w:val="18"/>
              </w:rPr>
              <w:t>☐</w:t>
            </w:r>
          </w:p>
        </w:tc>
        <w:tc>
          <w:tcPr>
            <w:tcW w:w="2556" w:type="dxa"/>
            <w:shd w:val="clear" w:color="auto" w:fill="F8FAFA"/>
            <w:tcMar>
              <w:top w:w="100" w:type="dxa"/>
              <w:left w:w="100" w:type="dxa"/>
              <w:bottom w:w="100" w:type="dxa"/>
              <w:right w:w="100" w:type="dxa"/>
            </w:tcMar>
            <w:vAlign w:val="center"/>
          </w:tcPr>
          <w:p w14:paraId="443B955C" w14:textId="77777777" w:rsidR="005C439C" w:rsidRDefault="00000000">
            <w:r>
              <w:rPr>
                <w:sz w:val="18"/>
              </w:rPr>
              <w:t>☐</w:t>
            </w:r>
          </w:p>
        </w:tc>
      </w:tr>
      <w:tr w:rsidR="005C439C" w14:paraId="6F019E49" w14:textId="77777777">
        <w:trPr>
          <w:jc w:val="center"/>
        </w:trPr>
        <w:tc>
          <w:tcPr>
            <w:tcW w:w="2556" w:type="dxa"/>
            <w:tcMar>
              <w:top w:w="100" w:type="dxa"/>
              <w:left w:w="100" w:type="dxa"/>
              <w:bottom w:w="100" w:type="dxa"/>
              <w:right w:w="100" w:type="dxa"/>
            </w:tcMar>
            <w:vAlign w:val="center"/>
          </w:tcPr>
          <w:p w14:paraId="214680F5" w14:textId="77777777" w:rsidR="005C439C" w:rsidRDefault="00000000">
            <w:r>
              <w:rPr>
                <w:sz w:val="18"/>
              </w:rPr>
              <w:t>Sales practice and digital marketing</w:t>
            </w:r>
          </w:p>
        </w:tc>
        <w:tc>
          <w:tcPr>
            <w:tcW w:w="2556" w:type="dxa"/>
            <w:tcMar>
              <w:top w:w="100" w:type="dxa"/>
              <w:left w:w="100" w:type="dxa"/>
              <w:bottom w:w="100" w:type="dxa"/>
              <w:right w:w="100" w:type="dxa"/>
            </w:tcMar>
            <w:vAlign w:val="center"/>
          </w:tcPr>
          <w:p w14:paraId="28CDECCE" w14:textId="77777777" w:rsidR="005C439C" w:rsidRDefault="00000000">
            <w:r>
              <w:rPr>
                <w:sz w:val="18"/>
              </w:rPr>
              <w:t>☐</w:t>
            </w:r>
          </w:p>
        </w:tc>
        <w:tc>
          <w:tcPr>
            <w:tcW w:w="2556" w:type="dxa"/>
            <w:tcMar>
              <w:top w:w="100" w:type="dxa"/>
              <w:left w:w="100" w:type="dxa"/>
              <w:bottom w:w="100" w:type="dxa"/>
              <w:right w:w="100" w:type="dxa"/>
            </w:tcMar>
            <w:vAlign w:val="center"/>
          </w:tcPr>
          <w:p w14:paraId="7F025E58" w14:textId="77777777" w:rsidR="005C439C" w:rsidRDefault="00000000">
            <w:r>
              <w:rPr>
                <w:sz w:val="18"/>
              </w:rPr>
              <w:t>☐</w:t>
            </w:r>
          </w:p>
        </w:tc>
        <w:tc>
          <w:tcPr>
            <w:tcW w:w="2556" w:type="dxa"/>
            <w:tcMar>
              <w:top w:w="100" w:type="dxa"/>
              <w:left w:w="100" w:type="dxa"/>
              <w:bottom w:w="100" w:type="dxa"/>
              <w:right w:w="100" w:type="dxa"/>
            </w:tcMar>
            <w:vAlign w:val="center"/>
          </w:tcPr>
          <w:p w14:paraId="18EA4910" w14:textId="77777777" w:rsidR="005C439C" w:rsidRDefault="00000000">
            <w:r>
              <w:rPr>
                <w:sz w:val="18"/>
              </w:rPr>
              <w:t>☐</w:t>
            </w:r>
          </w:p>
        </w:tc>
      </w:tr>
      <w:tr w:rsidR="005C439C" w14:paraId="3265D783" w14:textId="77777777">
        <w:trPr>
          <w:jc w:val="center"/>
        </w:trPr>
        <w:tc>
          <w:tcPr>
            <w:tcW w:w="2556" w:type="dxa"/>
            <w:shd w:val="clear" w:color="auto" w:fill="F8FAFA"/>
            <w:tcMar>
              <w:top w:w="100" w:type="dxa"/>
              <w:left w:w="100" w:type="dxa"/>
              <w:bottom w:w="100" w:type="dxa"/>
              <w:right w:w="100" w:type="dxa"/>
            </w:tcMar>
            <w:vAlign w:val="center"/>
          </w:tcPr>
          <w:p w14:paraId="2C224E8E" w14:textId="77777777" w:rsidR="005C439C" w:rsidRDefault="00000000">
            <w:r>
              <w:rPr>
                <w:sz w:val="18"/>
              </w:rPr>
              <w:t>Client management and communication</w:t>
            </w:r>
          </w:p>
        </w:tc>
        <w:tc>
          <w:tcPr>
            <w:tcW w:w="2556" w:type="dxa"/>
            <w:shd w:val="clear" w:color="auto" w:fill="F8FAFA"/>
            <w:tcMar>
              <w:top w:w="100" w:type="dxa"/>
              <w:left w:w="100" w:type="dxa"/>
              <w:bottom w:w="100" w:type="dxa"/>
              <w:right w:w="100" w:type="dxa"/>
            </w:tcMar>
            <w:vAlign w:val="center"/>
          </w:tcPr>
          <w:p w14:paraId="3B2C76FA" w14:textId="77777777" w:rsidR="005C439C" w:rsidRDefault="00000000">
            <w:r>
              <w:rPr>
                <w:sz w:val="18"/>
              </w:rPr>
              <w:t>☐</w:t>
            </w:r>
          </w:p>
        </w:tc>
        <w:tc>
          <w:tcPr>
            <w:tcW w:w="2556" w:type="dxa"/>
            <w:shd w:val="clear" w:color="auto" w:fill="F8FAFA"/>
            <w:tcMar>
              <w:top w:w="100" w:type="dxa"/>
              <w:left w:w="100" w:type="dxa"/>
              <w:bottom w:w="100" w:type="dxa"/>
              <w:right w:w="100" w:type="dxa"/>
            </w:tcMar>
            <w:vAlign w:val="center"/>
          </w:tcPr>
          <w:p w14:paraId="33DD230C" w14:textId="77777777" w:rsidR="005C439C" w:rsidRDefault="00000000">
            <w:r>
              <w:rPr>
                <w:sz w:val="18"/>
              </w:rPr>
              <w:t>☐</w:t>
            </w:r>
          </w:p>
        </w:tc>
        <w:tc>
          <w:tcPr>
            <w:tcW w:w="2556" w:type="dxa"/>
            <w:shd w:val="clear" w:color="auto" w:fill="F8FAFA"/>
            <w:tcMar>
              <w:top w:w="100" w:type="dxa"/>
              <w:left w:w="100" w:type="dxa"/>
              <w:bottom w:w="100" w:type="dxa"/>
              <w:right w:w="100" w:type="dxa"/>
            </w:tcMar>
            <w:vAlign w:val="center"/>
          </w:tcPr>
          <w:p w14:paraId="45964F1D" w14:textId="77777777" w:rsidR="005C439C" w:rsidRDefault="00000000">
            <w:r>
              <w:rPr>
                <w:sz w:val="18"/>
              </w:rPr>
              <w:t>☐</w:t>
            </w:r>
          </w:p>
        </w:tc>
      </w:tr>
      <w:tr w:rsidR="005C439C" w14:paraId="4F80550F" w14:textId="77777777">
        <w:trPr>
          <w:jc w:val="center"/>
        </w:trPr>
        <w:tc>
          <w:tcPr>
            <w:tcW w:w="2556" w:type="dxa"/>
            <w:tcMar>
              <w:top w:w="100" w:type="dxa"/>
              <w:left w:w="100" w:type="dxa"/>
              <w:bottom w:w="100" w:type="dxa"/>
              <w:right w:w="100" w:type="dxa"/>
            </w:tcMar>
            <w:vAlign w:val="center"/>
          </w:tcPr>
          <w:p w14:paraId="08099D7A" w14:textId="77777777" w:rsidR="005C439C" w:rsidRDefault="00000000">
            <w:r>
              <w:rPr>
                <w:sz w:val="18"/>
              </w:rPr>
              <w:t>Personal branding</w:t>
            </w:r>
          </w:p>
        </w:tc>
        <w:tc>
          <w:tcPr>
            <w:tcW w:w="2556" w:type="dxa"/>
            <w:tcMar>
              <w:top w:w="100" w:type="dxa"/>
              <w:left w:w="100" w:type="dxa"/>
              <w:bottom w:w="100" w:type="dxa"/>
              <w:right w:w="100" w:type="dxa"/>
            </w:tcMar>
            <w:vAlign w:val="center"/>
          </w:tcPr>
          <w:p w14:paraId="73EAFF79" w14:textId="77777777" w:rsidR="005C439C" w:rsidRDefault="00000000">
            <w:r>
              <w:rPr>
                <w:sz w:val="18"/>
              </w:rPr>
              <w:t>☐</w:t>
            </w:r>
          </w:p>
        </w:tc>
        <w:tc>
          <w:tcPr>
            <w:tcW w:w="2556" w:type="dxa"/>
            <w:tcMar>
              <w:top w:w="100" w:type="dxa"/>
              <w:left w:w="100" w:type="dxa"/>
              <w:bottom w:w="100" w:type="dxa"/>
              <w:right w:w="100" w:type="dxa"/>
            </w:tcMar>
            <w:vAlign w:val="center"/>
          </w:tcPr>
          <w:p w14:paraId="1957C0F7" w14:textId="77777777" w:rsidR="005C439C" w:rsidRDefault="00000000">
            <w:r>
              <w:rPr>
                <w:sz w:val="18"/>
              </w:rPr>
              <w:t>☐</w:t>
            </w:r>
          </w:p>
        </w:tc>
        <w:tc>
          <w:tcPr>
            <w:tcW w:w="2556" w:type="dxa"/>
            <w:tcMar>
              <w:top w:w="100" w:type="dxa"/>
              <w:left w:w="100" w:type="dxa"/>
              <w:bottom w:w="100" w:type="dxa"/>
              <w:right w:w="100" w:type="dxa"/>
            </w:tcMar>
            <w:vAlign w:val="center"/>
          </w:tcPr>
          <w:p w14:paraId="56928EE2" w14:textId="77777777" w:rsidR="005C439C" w:rsidRDefault="00000000">
            <w:r>
              <w:rPr>
                <w:sz w:val="18"/>
              </w:rPr>
              <w:t>☐</w:t>
            </w:r>
          </w:p>
        </w:tc>
      </w:tr>
      <w:tr w:rsidR="005C439C" w14:paraId="3921ED3B" w14:textId="77777777">
        <w:trPr>
          <w:jc w:val="center"/>
        </w:trPr>
        <w:tc>
          <w:tcPr>
            <w:tcW w:w="2556" w:type="dxa"/>
            <w:shd w:val="clear" w:color="auto" w:fill="F8FAFA"/>
            <w:tcMar>
              <w:top w:w="100" w:type="dxa"/>
              <w:left w:w="100" w:type="dxa"/>
              <w:bottom w:w="100" w:type="dxa"/>
              <w:right w:w="100" w:type="dxa"/>
            </w:tcMar>
            <w:vAlign w:val="center"/>
          </w:tcPr>
          <w:p w14:paraId="094BFBF1" w14:textId="77777777" w:rsidR="005C439C" w:rsidRDefault="00000000">
            <w:r>
              <w:rPr>
                <w:sz w:val="18"/>
              </w:rPr>
              <w:t>CRM and client pipeline management</w:t>
            </w:r>
          </w:p>
        </w:tc>
        <w:tc>
          <w:tcPr>
            <w:tcW w:w="2556" w:type="dxa"/>
            <w:shd w:val="clear" w:color="auto" w:fill="F8FAFA"/>
            <w:tcMar>
              <w:top w:w="100" w:type="dxa"/>
              <w:left w:w="100" w:type="dxa"/>
              <w:bottom w:w="100" w:type="dxa"/>
              <w:right w:w="100" w:type="dxa"/>
            </w:tcMar>
            <w:vAlign w:val="center"/>
          </w:tcPr>
          <w:p w14:paraId="430CF7B6" w14:textId="77777777" w:rsidR="005C439C" w:rsidRDefault="00000000">
            <w:r>
              <w:rPr>
                <w:sz w:val="18"/>
              </w:rPr>
              <w:t>☐</w:t>
            </w:r>
          </w:p>
        </w:tc>
        <w:tc>
          <w:tcPr>
            <w:tcW w:w="2556" w:type="dxa"/>
            <w:shd w:val="clear" w:color="auto" w:fill="F8FAFA"/>
            <w:tcMar>
              <w:top w:w="100" w:type="dxa"/>
              <w:left w:w="100" w:type="dxa"/>
              <w:bottom w:w="100" w:type="dxa"/>
              <w:right w:w="100" w:type="dxa"/>
            </w:tcMar>
            <w:vAlign w:val="center"/>
          </w:tcPr>
          <w:p w14:paraId="6387CC91" w14:textId="77777777" w:rsidR="005C439C" w:rsidRDefault="00000000">
            <w:r>
              <w:rPr>
                <w:sz w:val="18"/>
              </w:rPr>
              <w:t>☐</w:t>
            </w:r>
          </w:p>
        </w:tc>
        <w:tc>
          <w:tcPr>
            <w:tcW w:w="2556" w:type="dxa"/>
            <w:shd w:val="clear" w:color="auto" w:fill="F8FAFA"/>
            <w:tcMar>
              <w:top w:w="100" w:type="dxa"/>
              <w:left w:w="100" w:type="dxa"/>
              <w:bottom w:w="100" w:type="dxa"/>
              <w:right w:w="100" w:type="dxa"/>
            </w:tcMar>
            <w:vAlign w:val="center"/>
          </w:tcPr>
          <w:p w14:paraId="6BBFD381" w14:textId="77777777" w:rsidR="005C439C" w:rsidRDefault="00000000">
            <w:r>
              <w:rPr>
                <w:sz w:val="18"/>
              </w:rPr>
              <w:t>☐</w:t>
            </w:r>
          </w:p>
        </w:tc>
      </w:tr>
      <w:tr w:rsidR="005C439C" w14:paraId="6305E4A3" w14:textId="77777777">
        <w:trPr>
          <w:jc w:val="center"/>
        </w:trPr>
        <w:tc>
          <w:tcPr>
            <w:tcW w:w="2556" w:type="dxa"/>
            <w:tcMar>
              <w:top w:w="100" w:type="dxa"/>
              <w:left w:w="100" w:type="dxa"/>
              <w:bottom w:w="100" w:type="dxa"/>
              <w:right w:w="100" w:type="dxa"/>
            </w:tcMar>
            <w:vAlign w:val="center"/>
          </w:tcPr>
          <w:p w14:paraId="6596C387" w14:textId="77777777" w:rsidR="005C439C" w:rsidRDefault="00000000">
            <w:r>
              <w:rPr>
                <w:sz w:val="18"/>
              </w:rPr>
              <w:t>Business management and planning</w:t>
            </w:r>
          </w:p>
        </w:tc>
        <w:tc>
          <w:tcPr>
            <w:tcW w:w="2556" w:type="dxa"/>
            <w:tcMar>
              <w:top w:w="100" w:type="dxa"/>
              <w:left w:w="100" w:type="dxa"/>
              <w:bottom w:w="100" w:type="dxa"/>
              <w:right w:w="100" w:type="dxa"/>
            </w:tcMar>
            <w:vAlign w:val="center"/>
          </w:tcPr>
          <w:p w14:paraId="63D7FCBD" w14:textId="77777777" w:rsidR="005C439C" w:rsidRDefault="00000000">
            <w:r>
              <w:rPr>
                <w:sz w:val="18"/>
              </w:rPr>
              <w:t>☐</w:t>
            </w:r>
          </w:p>
        </w:tc>
        <w:tc>
          <w:tcPr>
            <w:tcW w:w="2556" w:type="dxa"/>
            <w:tcMar>
              <w:top w:w="100" w:type="dxa"/>
              <w:left w:w="100" w:type="dxa"/>
              <w:bottom w:w="100" w:type="dxa"/>
              <w:right w:w="100" w:type="dxa"/>
            </w:tcMar>
            <w:vAlign w:val="center"/>
          </w:tcPr>
          <w:p w14:paraId="7007D1AC" w14:textId="77777777" w:rsidR="005C439C" w:rsidRDefault="00000000">
            <w:r>
              <w:rPr>
                <w:sz w:val="18"/>
              </w:rPr>
              <w:t>☐</w:t>
            </w:r>
          </w:p>
        </w:tc>
        <w:tc>
          <w:tcPr>
            <w:tcW w:w="2556" w:type="dxa"/>
            <w:tcMar>
              <w:top w:w="100" w:type="dxa"/>
              <w:left w:w="100" w:type="dxa"/>
              <w:bottom w:w="100" w:type="dxa"/>
              <w:right w:w="100" w:type="dxa"/>
            </w:tcMar>
            <w:vAlign w:val="center"/>
          </w:tcPr>
          <w:p w14:paraId="7703ACB7" w14:textId="77777777" w:rsidR="005C439C" w:rsidRDefault="00000000">
            <w:r>
              <w:rPr>
                <w:sz w:val="18"/>
              </w:rPr>
              <w:t>☐</w:t>
            </w:r>
          </w:p>
        </w:tc>
      </w:tr>
      <w:tr w:rsidR="005C439C" w14:paraId="37B59D70" w14:textId="77777777">
        <w:trPr>
          <w:jc w:val="center"/>
        </w:trPr>
        <w:tc>
          <w:tcPr>
            <w:tcW w:w="2556" w:type="dxa"/>
            <w:shd w:val="clear" w:color="auto" w:fill="F8FAFA"/>
            <w:tcMar>
              <w:top w:w="100" w:type="dxa"/>
              <w:left w:w="100" w:type="dxa"/>
              <w:bottom w:w="100" w:type="dxa"/>
              <w:right w:w="100" w:type="dxa"/>
            </w:tcMar>
            <w:vAlign w:val="center"/>
          </w:tcPr>
          <w:p w14:paraId="74211A4D" w14:textId="77777777" w:rsidR="005C439C" w:rsidRDefault="00000000">
            <w:r>
              <w:rPr>
                <w:sz w:val="18"/>
              </w:rPr>
              <w:t>CIPC BizPortal and business administration</w:t>
            </w:r>
          </w:p>
        </w:tc>
        <w:tc>
          <w:tcPr>
            <w:tcW w:w="2556" w:type="dxa"/>
            <w:shd w:val="clear" w:color="auto" w:fill="F8FAFA"/>
            <w:tcMar>
              <w:top w:w="100" w:type="dxa"/>
              <w:left w:w="100" w:type="dxa"/>
              <w:bottom w:w="100" w:type="dxa"/>
              <w:right w:w="100" w:type="dxa"/>
            </w:tcMar>
            <w:vAlign w:val="center"/>
          </w:tcPr>
          <w:p w14:paraId="34FAFB0D" w14:textId="77777777" w:rsidR="005C439C" w:rsidRDefault="00000000">
            <w:r>
              <w:rPr>
                <w:sz w:val="18"/>
              </w:rPr>
              <w:t>☐</w:t>
            </w:r>
          </w:p>
        </w:tc>
        <w:tc>
          <w:tcPr>
            <w:tcW w:w="2556" w:type="dxa"/>
            <w:shd w:val="clear" w:color="auto" w:fill="F8FAFA"/>
            <w:tcMar>
              <w:top w:w="100" w:type="dxa"/>
              <w:left w:w="100" w:type="dxa"/>
              <w:bottom w:w="100" w:type="dxa"/>
              <w:right w:w="100" w:type="dxa"/>
            </w:tcMar>
            <w:vAlign w:val="center"/>
          </w:tcPr>
          <w:p w14:paraId="1B7DFDF6" w14:textId="77777777" w:rsidR="005C439C" w:rsidRDefault="00000000">
            <w:r>
              <w:rPr>
                <w:sz w:val="18"/>
              </w:rPr>
              <w:t>☐</w:t>
            </w:r>
          </w:p>
        </w:tc>
        <w:tc>
          <w:tcPr>
            <w:tcW w:w="2556" w:type="dxa"/>
            <w:shd w:val="clear" w:color="auto" w:fill="F8FAFA"/>
            <w:tcMar>
              <w:top w:w="100" w:type="dxa"/>
              <w:left w:w="100" w:type="dxa"/>
              <w:bottom w:w="100" w:type="dxa"/>
              <w:right w:w="100" w:type="dxa"/>
            </w:tcMar>
            <w:vAlign w:val="center"/>
          </w:tcPr>
          <w:p w14:paraId="4B8490D8" w14:textId="77777777" w:rsidR="005C439C" w:rsidRDefault="00000000">
            <w:r>
              <w:rPr>
                <w:sz w:val="18"/>
              </w:rPr>
              <w:t>☐</w:t>
            </w:r>
          </w:p>
        </w:tc>
      </w:tr>
      <w:tr w:rsidR="005C439C" w14:paraId="35DCDDD5" w14:textId="77777777">
        <w:trPr>
          <w:jc w:val="center"/>
        </w:trPr>
        <w:tc>
          <w:tcPr>
            <w:tcW w:w="2556" w:type="dxa"/>
            <w:tcMar>
              <w:top w:w="100" w:type="dxa"/>
              <w:left w:w="100" w:type="dxa"/>
              <w:bottom w:w="100" w:type="dxa"/>
              <w:right w:w="100" w:type="dxa"/>
            </w:tcMar>
            <w:vAlign w:val="center"/>
          </w:tcPr>
          <w:p w14:paraId="4D65ABE7" w14:textId="77777777" w:rsidR="005C439C" w:rsidRDefault="00000000">
            <w:r>
              <w:rPr>
                <w:sz w:val="18"/>
              </w:rPr>
              <w:t>SARS tax administration</w:t>
            </w:r>
          </w:p>
        </w:tc>
        <w:tc>
          <w:tcPr>
            <w:tcW w:w="2556" w:type="dxa"/>
            <w:tcMar>
              <w:top w:w="100" w:type="dxa"/>
              <w:left w:w="100" w:type="dxa"/>
              <w:bottom w:w="100" w:type="dxa"/>
              <w:right w:w="100" w:type="dxa"/>
            </w:tcMar>
            <w:vAlign w:val="center"/>
          </w:tcPr>
          <w:p w14:paraId="50808B11" w14:textId="77777777" w:rsidR="005C439C" w:rsidRDefault="00000000">
            <w:r>
              <w:rPr>
                <w:sz w:val="18"/>
              </w:rPr>
              <w:t>☐</w:t>
            </w:r>
          </w:p>
        </w:tc>
        <w:tc>
          <w:tcPr>
            <w:tcW w:w="2556" w:type="dxa"/>
            <w:tcMar>
              <w:top w:w="100" w:type="dxa"/>
              <w:left w:w="100" w:type="dxa"/>
              <w:bottom w:w="100" w:type="dxa"/>
              <w:right w:w="100" w:type="dxa"/>
            </w:tcMar>
            <w:vAlign w:val="center"/>
          </w:tcPr>
          <w:p w14:paraId="6E63F652" w14:textId="77777777" w:rsidR="005C439C" w:rsidRDefault="00000000">
            <w:r>
              <w:rPr>
                <w:sz w:val="18"/>
              </w:rPr>
              <w:t>☐</w:t>
            </w:r>
          </w:p>
        </w:tc>
        <w:tc>
          <w:tcPr>
            <w:tcW w:w="2556" w:type="dxa"/>
            <w:tcMar>
              <w:top w:w="100" w:type="dxa"/>
              <w:left w:w="100" w:type="dxa"/>
              <w:bottom w:w="100" w:type="dxa"/>
              <w:right w:w="100" w:type="dxa"/>
            </w:tcMar>
            <w:vAlign w:val="center"/>
          </w:tcPr>
          <w:p w14:paraId="0BED9E41" w14:textId="77777777" w:rsidR="005C439C" w:rsidRDefault="00000000">
            <w:r>
              <w:rPr>
                <w:sz w:val="18"/>
              </w:rPr>
              <w:t>☐</w:t>
            </w:r>
          </w:p>
        </w:tc>
      </w:tr>
      <w:tr w:rsidR="005C439C" w14:paraId="539FE8C4" w14:textId="77777777">
        <w:trPr>
          <w:jc w:val="center"/>
        </w:trPr>
        <w:tc>
          <w:tcPr>
            <w:tcW w:w="2556" w:type="dxa"/>
            <w:shd w:val="clear" w:color="auto" w:fill="F8FAFA"/>
            <w:tcMar>
              <w:top w:w="100" w:type="dxa"/>
              <w:left w:w="100" w:type="dxa"/>
              <w:bottom w:w="100" w:type="dxa"/>
              <w:right w:w="100" w:type="dxa"/>
            </w:tcMar>
            <w:vAlign w:val="center"/>
          </w:tcPr>
          <w:p w14:paraId="75371363" w14:textId="77777777" w:rsidR="005C439C" w:rsidRDefault="00000000">
            <w:r>
              <w:rPr>
                <w:sz w:val="18"/>
              </w:rPr>
              <w:t>Real estate financial literacy</w:t>
            </w:r>
          </w:p>
        </w:tc>
        <w:tc>
          <w:tcPr>
            <w:tcW w:w="2556" w:type="dxa"/>
            <w:shd w:val="clear" w:color="auto" w:fill="F8FAFA"/>
            <w:tcMar>
              <w:top w:w="100" w:type="dxa"/>
              <w:left w:w="100" w:type="dxa"/>
              <w:bottom w:w="100" w:type="dxa"/>
              <w:right w:w="100" w:type="dxa"/>
            </w:tcMar>
            <w:vAlign w:val="center"/>
          </w:tcPr>
          <w:p w14:paraId="5CEFA317" w14:textId="77777777" w:rsidR="005C439C" w:rsidRDefault="00000000">
            <w:r>
              <w:rPr>
                <w:sz w:val="18"/>
              </w:rPr>
              <w:t>☐</w:t>
            </w:r>
          </w:p>
        </w:tc>
        <w:tc>
          <w:tcPr>
            <w:tcW w:w="2556" w:type="dxa"/>
            <w:shd w:val="clear" w:color="auto" w:fill="F8FAFA"/>
            <w:tcMar>
              <w:top w:w="100" w:type="dxa"/>
              <w:left w:w="100" w:type="dxa"/>
              <w:bottom w:w="100" w:type="dxa"/>
              <w:right w:w="100" w:type="dxa"/>
            </w:tcMar>
            <w:vAlign w:val="center"/>
          </w:tcPr>
          <w:p w14:paraId="7050995F" w14:textId="77777777" w:rsidR="005C439C" w:rsidRDefault="00000000">
            <w:r>
              <w:rPr>
                <w:sz w:val="18"/>
              </w:rPr>
              <w:t>☐</w:t>
            </w:r>
          </w:p>
        </w:tc>
        <w:tc>
          <w:tcPr>
            <w:tcW w:w="2556" w:type="dxa"/>
            <w:shd w:val="clear" w:color="auto" w:fill="F8FAFA"/>
            <w:tcMar>
              <w:top w:w="100" w:type="dxa"/>
              <w:left w:w="100" w:type="dxa"/>
              <w:bottom w:w="100" w:type="dxa"/>
              <w:right w:w="100" w:type="dxa"/>
            </w:tcMar>
            <w:vAlign w:val="center"/>
          </w:tcPr>
          <w:p w14:paraId="5F18C08E" w14:textId="77777777" w:rsidR="005C439C" w:rsidRDefault="00000000">
            <w:r>
              <w:rPr>
                <w:sz w:val="18"/>
              </w:rPr>
              <w:t>☐</w:t>
            </w:r>
          </w:p>
        </w:tc>
      </w:tr>
    </w:tbl>
    <w:p w14:paraId="38B19799" w14:textId="77777777" w:rsidR="005C439C" w:rsidRDefault="005C439C"/>
    <w:p w14:paraId="10118DBE" w14:textId="77777777" w:rsidR="005C439C" w:rsidRDefault="00000000">
      <w:pPr>
        <w:pStyle w:val="Heading1"/>
      </w:pPr>
      <w:r>
        <w:t>4. My Outstanding Questions</w:t>
      </w:r>
    </w:p>
    <w:tbl>
      <w:tblPr>
        <w:tblStyle w:val="TableGrid"/>
        <w:tblW w:w="0" w:type="auto"/>
        <w:jc w:val="center"/>
        <w:tblLook w:val="04A0" w:firstRow="1" w:lastRow="0" w:firstColumn="1" w:lastColumn="0" w:noHBand="0" w:noVBand="1"/>
      </w:tblPr>
      <w:tblGrid>
        <w:gridCol w:w="2556"/>
        <w:gridCol w:w="2556"/>
        <w:gridCol w:w="2556"/>
        <w:gridCol w:w="2556"/>
      </w:tblGrid>
      <w:tr w:rsidR="005C439C" w14:paraId="741E80CF" w14:textId="77777777" w:rsidTr="002B4CA8">
        <w:trPr>
          <w:jc w:val="center"/>
        </w:trPr>
        <w:tc>
          <w:tcPr>
            <w:tcW w:w="2556" w:type="dxa"/>
            <w:shd w:val="clear" w:color="auto" w:fill="C00000"/>
            <w:tcMar>
              <w:top w:w="100" w:type="dxa"/>
              <w:left w:w="100" w:type="dxa"/>
              <w:bottom w:w="100" w:type="dxa"/>
              <w:right w:w="100" w:type="dxa"/>
            </w:tcMar>
            <w:vAlign w:val="center"/>
          </w:tcPr>
          <w:p w14:paraId="0C777E9B" w14:textId="77777777" w:rsidR="005C439C" w:rsidRDefault="00000000">
            <w:r>
              <w:rPr>
                <w:b/>
                <w:color w:val="FFFFFF"/>
                <w:sz w:val="18"/>
              </w:rPr>
              <w:t>Question</w:t>
            </w:r>
          </w:p>
        </w:tc>
        <w:tc>
          <w:tcPr>
            <w:tcW w:w="2556" w:type="dxa"/>
            <w:shd w:val="clear" w:color="auto" w:fill="C00000"/>
            <w:tcMar>
              <w:top w:w="100" w:type="dxa"/>
              <w:left w:w="100" w:type="dxa"/>
              <w:bottom w:w="100" w:type="dxa"/>
              <w:right w:w="100" w:type="dxa"/>
            </w:tcMar>
            <w:vAlign w:val="center"/>
          </w:tcPr>
          <w:p w14:paraId="5F40A5D9" w14:textId="77777777" w:rsidR="005C439C" w:rsidRDefault="00000000">
            <w:r>
              <w:rPr>
                <w:b/>
                <w:color w:val="FFFFFF"/>
                <w:sz w:val="18"/>
              </w:rPr>
              <w:t>Programme Area</w:t>
            </w:r>
          </w:p>
        </w:tc>
        <w:tc>
          <w:tcPr>
            <w:tcW w:w="2556" w:type="dxa"/>
            <w:shd w:val="clear" w:color="auto" w:fill="C00000"/>
            <w:tcMar>
              <w:top w:w="100" w:type="dxa"/>
              <w:left w:w="100" w:type="dxa"/>
              <w:bottom w:w="100" w:type="dxa"/>
              <w:right w:w="100" w:type="dxa"/>
            </w:tcMar>
            <w:vAlign w:val="center"/>
          </w:tcPr>
          <w:p w14:paraId="4E274FBF" w14:textId="77777777" w:rsidR="005C439C" w:rsidRDefault="00000000">
            <w:r>
              <w:rPr>
                <w:b/>
                <w:color w:val="FFFFFF"/>
                <w:sz w:val="18"/>
              </w:rPr>
              <w:t>What I Need Clarified</w:t>
            </w:r>
          </w:p>
        </w:tc>
        <w:tc>
          <w:tcPr>
            <w:tcW w:w="2556" w:type="dxa"/>
            <w:shd w:val="clear" w:color="auto" w:fill="C00000"/>
            <w:tcMar>
              <w:top w:w="100" w:type="dxa"/>
              <w:left w:w="100" w:type="dxa"/>
              <w:bottom w:w="100" w:type="dxa"/>
              <w:right w:w="100" w:type="dxa"/>
            </w:tcMar>
            <w:vAlign w:val="center"/>
          </w:tcPr>
          <w:p w14:paraId="552B2B07" w14:textId="77777777" w:rsidR="005C439C" w:rsidRDefault="00000000">
            <w:r>
              <w:rPr>
                <w:b/>
                <w:color w:val="FFFFFF"/>
                <w:sz w:val="18"/>
              </w:rPr>
              <w:t>Follow-Up</w:t>
            </w:r>
          </w:p>
        </w:tc>
      </w:tr>
      <w:tr w:rsidR="005C439C" w14:paraId="151BC7A5" w14:textId="77777777">
        <w:trPr>
          <w:jc w:val="center"/>
        </w:trPr>
        <w:tc>
          <w:tcPr>
            <w:tcW w:w="2556" w:type="dxa"/>
            <w:shd w:val="clear" w:color="auto" w:fill="F8FAFA"/>
            <w:tcMar>
              <w:top w:w="100" w:type="dxa"/>
              <w:left w:w="100" w:type="dxa"/>
              <w:bottom w:w="100" w:type="dxa"/>
              <w:right w:w="100" w:type="dxa"/>
            </w:tcMar>
            <w:vAlign w:val="center"/>
          </w:tcPr>
          <w:p w14:paraId="51407A29" w14:textId="77777777" w:rsidR="005C439C" w:rsidRDefault="005C439C"/>
        </w:tc>
        <w:tc>
          <w:tcPr>
            <w:tcW w:w="2556" w:type="dxa"/>
            <w:shd w:val="clear" w:color="auto" w:fill="F8FAFA"/>
            <w:tcMar>
              <w:top w:w="100" w:type="dxa"/>
              <w:left w:w="100" w:type="dxa"/>
              <w:bottom w:w="100" w:type="dxa"/>
              <w:right w:w="100" w:type="dxa"/>
            </w:tcMar>
            <w:vAlign w:val="center"/>
          </w:tcPr>
          <w:p w14:paraId="319B6591" w14:textId="77777777" w:rsidR="005C439C" w:rsidRDefault="005C439C"/>
        </w:tc>
        <w:tc>
          <w:tcPr>
            <w:tcW w:w="2556" w:type="dxa"/>
            <w:shd w:val="clear" w:color="auto" w:fill="F8FAFA"/>
            <w:tcMar>
              <w:top w:w="100" w:type="dxa"/>
              <w:left w:w="100" w:type="dxa"/>
              <w:bottom w:w="100" w:type="dxa"/>
              <w:right w:w="100" w:type="dxa"/>
            </w:tcMar>
            <w:vAlign w:val="center"/>
          </w:tcPr>
          <w:p w14:paraId="31942A04" w14:textId="77777777" w:rsidR="005C439C" w:rsidRDefault="005C439C"/>
        </w:tc>
        <w:tc>
          <w:tcPr>
            <w:tcW w:w="2556" w:type="dxa"/>
            <w:shd w:val="clear" w:color="auto" w:fill="F8FAFA"/>
            <w:tcMar>
              <w:top w:w="100" w:type="dxa"/>
              <w:left w:w="100" w:type="dxa"/>
              <w:bottom w:w="100" w:type="dxa"/>
              <w:right w:w="100" w:type="dxa"/>
            </w:tcMar>
            <w:vAlign w:val="center"/>
          </w:tcPr>
          <w:p w14:paraId="1C1CBA17" w14:textId="77777777" w:rsidR="005C439C" w:rsidRDefault="005C439C"/>
        </w:tc>
      </w:tr>
      <w:tr w:rsidR="005C439C" w14:paraId="7714B674" w14:textId="77777777">
        <w:trPr>
          <w:jc w:val="center"/>
        </w:trPr>
        <w:tc>
          <w:tcPr>
            <w:tcW w:w="2556" w:type="dxa"/>
            <w:tcMar>
              <w:top w:w="100" w:type="dxa"/>
              <w:left w:w="100" w:type="dxa"/>
              <w:bottom w:w="100" w:type="dxa"/>
              <w:right w:w="100" w:type="dxa"/>
            </w:tcMar>
            <w:vAlign w:val="center"/>
          </w:tcPr>
          <w:p w14:paraId="65C6BCC3" w14:textId="77777777" w:rsidR="005C439C" w:rsidRDefault="005C439C"/>
        </w:tc>
        <w:tc>
          <w:tcPr>
            <w:tcW w:w="2556" w:type="dxa"/>
            <w:tcMar>
              <w:top w:w="100" w:type="dxa"/>
              <w:left w:w="100" w:type="dxa"/>
              <w:bottom w:w="100" w:type="dxa"/>
              <w:right w:w="100" w:type="dxa"/>
            </w:tcMar>
            <w:vAlign w:val="center"/>
          </w:tcPr>
          <w:p w14:paraId="14446B0C" w14:textId="77777777" w:rsidR="005C439C" w:rsidRDefault="005C439C"/>
        </w:tc>
        <w:tc>
          <w:tcPr>
            <w:tcW w:w="2556" w:type="dxa"/>
            <w:tcMar>
              <w:top w:w="100" w:type="dxa"/>
              <w:left w:w="100" w:type="dxa"/>
              <w:bottom w:w="100" w:type="dxa"/>
              <w:right w:w="100" w:type="dxa"/>
            </w:tcMar>
            <w:vAlign w:val="center"/>
          </w:tcPr>
          <w:p w14:paraId="1FCB558C" w14:textId="77777777" w:rsidR="005C439C" w:rsidRDefault="005C439C"/>
        </w:tc>
        <w:tc>
          <w:tcPr>
            <w:tcW w:w="2556" w:type="dxa"/>
            <w:tcMar>
              <w:top w:w="100" w:type="dxa"/>
              <w:left w:w="100" w:type="dxa"/>
              <w:bottom w:w="100" w:type="dxa"/>
              <w:right w:w="100" w:type="dxa"/>
            </w:tcMar>
            <w:vAlign w:val="center"/>
          </w:tcPr>
          <w:p w14:paraId="569D9973" w14:textId="77777777" w:rsidR="005C439C" w:rsidRDefault="005C439C"/>
        </w:tc>
      </w:tr>
      <w:tr w:rsidR="005C439C" w14:paraId="7B91A662" w14:textId="77777777">
        <w:trPr>
          <w:jc w:val="center"/>
        </w:trPr>
        <w:tc>
          <w:tcPr>
            <w:tcW w:w="2556" w:type="dxa"/>
            <w:shd w:val="clear" w:color="auto" w:fill="F8FAFA"/>
            <w:tcMar>
              <w:top w:w="100" w:type="dxa"/>
              <w:left w:w="100" w:type="dxa"/>
              <w:bottom w:w="100" w:type="dxa"/>
              <w:right w:w="100" w:type="dxa"/>
            </w:tcMar>
            <w:vAlign w:val="center"/>
          </w:tcPr>
          <w:p w14:paraId="70A86CA2" w14:textId="77777777" w:rsidR="005C439C" w:rsidRDefault="005C439C"/>
        </w:tc>
        <w:tc>
          <w:tcPr>
            <w:tcW w:w="2556" w:type="dxa"/>
            <w:shd w:val="clear" w:color="auto" w:fill="F8FAFA"/>
            <w:tcMar>
              <w:top w:w="100" w:type="dxa"/>
              <w:left w:w="100" w:type="dxa"/>
              <w:bottom w:w="100" w:type="dxa"/>
              <w:right w:w="100" w:type="dxa"/>
            </w:tcMar>
            <w:vAlign w:val="center"/>
          </w:tcPr>
          <w:p w14:paraId="085C83A8" w14:textId="77777777" w:rsidR="005C439C" w:rsidRDefault="005C439C"/>
        </w:tc>
        <w:tc>
          <w:tcPr>
            <w:tcW w:w="2556" w:type="dxa"/>
            <w:shd w:val="clear" w:color="auto" w:fill="F8FAFA"/>
            <w:tcMar>
              <w:top w:w="100" w:type="dxa"/>
              <w:left w:w="100" w:type="dxa"/>
              <w:bottom w:w="100" w:type="dxa"/>
              <w:right w:w="100" w:type="dxa"/>
            </w:tcMar>
            <w:vAlign w:val="center"/>
          </w:tcPr>
          <w:p w14:paraId="603380CC" w14:textId="77777777" w:rsidR="005C439C" w:rsidRDefault="005C439C"/>
        </w:tc>
        <w:tc>
          <w:tcPr>
            <w:tcW w:w="2556" w:type="dxa"/>
            <w:shd w:val="clear" w:color="auto" w:fill="F8FAFA"/>
            <w:tcMar>
              <w:top w:w="100" w:type="dxa"/>
              <w:left w:w="100" w:type="dxa"/>
              <w:bottom w:w="100" w:type="dxa"/>
              <w:right w:w="100" w:type="dxa"/>
            </w:tcMar>
            <w:vAlign w:val="center"/>
          </w:tcPr>
          <w:p w14:paraId="32E0F7DD" w14:textId="77777777" w:rsidR="005C439C" w:rsidRDefault="005C439C"/>
        </w:tc>
      </w:tr>
      <w:tr w:rsidR="005C439C" w14:paraId="0EA1DB8A" w14:textId="77777777">
        <w:trPr>
          <w:jc w:val="center"/>
        </w:trPr>
        <w:tc>
          <w:tcPr>
            <w:tcW w:w="2556" w:type="dxa"/>
            <w:tcMar>
              <w:top w:w="100" w:type="dxa"/>
              <w:left w:w="100" w:type="dxa"/>
              <w:bottom w:w="100" w:type="dxa"/>
              <w:right w:w="100" w:type="dxa"/>
            </w:tcMar>
            <w:vAlign w:val="center"/>
          </w:tcPr>
          <w:p w14:paraId="1DA8FA49" w14:textId="77777777" w:rsidR="005C439C" w:rsidRDefault="005C439C"/>
        </w:tc>
        <w:tc>
          <w:tcPr>
            <w:tcW w:w="2556" w:type="dxa"/>
            <w:tcMar>
              <w:top w:w="100" w:type="dxa"/>
              <w:left w:w="100" w:type="dxa"/>
              <w:bottom w:w="100" w:type="dxa"/>
              <w:right w:w="100" w:type="dxa"/>
            </w:tcMar>
            <w:vAlign w:val="center"/>
          </w:tcPr>
          <w:p w14:paraId="76967F95" w14:textId="77777777" w:rsidR="005C439C" w:rsidRDefault="005C439C"/>
        </w:tc>
        <w:tc>
          <w:tcPr>
            <w:tcW w:w="2556" w:type="dxa"/>
            <w:tcMar>
              <w:top w:w="100" w:type="dxa"/>
              <w:left w:w="100" w:type="dxa"/>
              <w:bottom w:w="100" w:type="dxa"/>
              <w:right w:w="100" w:type="dxa"/>
            </w:tcMar>
            <w:vAlign w:val="center"/>
          </w:tcPr>
          <w:p w14:paraId="06A978C2" w14:textId="77777777" w:rsidR="005C439C" w:rsidRDefault="005C439C"/>
        </w:tc>
        <w:tc>
          <w:tcPr>
            <w:tcW w:w="2556" w:type="dxa"/>
            <w:tcMar>
              <w:top w:w="100" w:type="dxa"/>
              <w:left w:w="100" w:type="dxa"/>
              <w:bottom w:w="100" w:type="dxa"/>
              <w:right w:w="100" w:type="dxa"/>
            </w:tcMar>
            <w:vAlign w:val="center"/>
          </w:tcPr>
          <w:p w14:paraId="2E8A6718" w14:textId="77777777" w:rsidR="005C439C" w:rsidRDefault="005C439C"/>
        </w:tc>
      </w:tr>
    </w:tbl>
    <w:p w14:paraId="726FEC1C" w14:textId="77777777" w:rsidR="005C439C" w:rsidRDefault="005C439C"/>
    <w:p w14:paraId="4AC1EA1A" w14:textId="77777777" w:rsidR="005C439C" w:rsidRDefault="00000000">
      <w:pPr>
        <w:pStyle w:val="Heading1"/>
      </w:pPr>
      <w:r>
        <w:t>5. My Programme Feedback</w:t>
      </w:r>
    </w:p>
    <w:tbl>
      <w:tblPr>
        <w:tblStyle w:val="TableGrid"/>
        <w:tblW w:w="0" w:type="auto"/>
        <w:jc w:val="center"/>
        <w:tblLook w:val="04A0" w:firstRow="1" w:lastRow="0" w:firstColumn="1" w:lastColumn="0" w:noHBand="0" w:noVBand="1"/>
      </w:tblPr>
      <w:tblGrid>
        <w:gridCol w:w="5112"/>
        <w:gridCol w:w="5112"/>
      </w:tblGrid>
      <w:tr w:rsidR="005C439C" w14:paraId="0B5407EC" w14:textId="77777777" w:rsidTr="002B4CA8">
        <w:trPr>
          <w:jc w:val="center"/>
        </w:trPr>
        <w:tc>
          <w:tcPr>
            <w:tcW w:w="5112" w:type="dxa"/>
            <w:shd w:val="clear" w:color="auto" w:fill="C00000"/>
            <w:tcMar>
              <w:top w:w="100" w:type="dxa"/>
              <w:left w:w="100" w:type="dxa"/>
              <w:bottom w:w="100" w:type="dxa"/>
              <w:right w:w="100" w:type="dxa"/>
            </w:tcMar>
            <w:vAlign w:val="center"/>
          </w:tcPr>
          <w:p w14:paraId="0C3ED1EC" w14:textId="77777777" w:rsidR="005C439C" w:rsidRDefault="00000000">
            <w:r>
              <w:rPr>
                <w:b/>
                <w:color w:val="FFFFFF"/>
                <w:sz w:val="18"/>
              </w:rPr>
              <w:t>Feedback Area</w:t>
            </w:r>
          </w:p>
        </w:tc>
        <w:tc>
          <w:tcPr>
            <w:tcW w:w="5112" w:type="dxa"/>
            <w:shd w:val="clear" w:color="auto" w:fill="C00000"/>
            <w:tcMar>
              <w:top w:w="100" w:type="dxa"/>
              <w:left w:w="100" w:type="dxa"/>
              <w:bottom w:w="100" w:type="dxa"/>
              <w:right w:w="100" w:type="dxa"/>
            </w:tcMar>
            <w:vAlign w:val="center"/>
          </w:tcPr>
          <w:p w14:paraId="6108027B" w14:textId="77777777" w:rsidR="005C439C" w:rsidRDefault="00000000">
            <w:r>
              <w:rPr>
                <w:b/>
                <w:color w:val="FFFFFF"/>
                <w:sz w:val="18"/>
              </w:rPr>
              <w:t>My Feedback</w:t>
            </w:r>
          </w:p>
        </w:tc>
      </w:tr>
      <w:tr w:rsidR="005C439C" w14:paraId="7AB286D0" w14:textId="77777777">
        <w:trPr>
          <w:jc w:val="center"/>
        </w:trPr>
        <w:tc>
          <w:tcPr>
            <w:tcW w:w="5112" w:type="dxa"/>
            <w:shd w:val="clear" w:color="auto" w:fill="F8FAFA"/>
            <w:tcMar>
              <w:top w:w="100" w:type="dxa"/>
              <w:left w:w="100" w:type="dxa"/>
              <w:bottom w:w="100" w:type="dxa"/>
              <w:right w:w="100" w:type="dxa"/>
            </w:tcMar>
            <w:vAlign w:val="center"/>
          </w:tcPr>
          <w:p w14:paraId="31C0970B" w14:textId="77777777" w:rsidR="005C439C" w:rsidRDefault="00000000">
            <w:r>
              <w:rPr>
                <w:sz w:val="18"/>
              </w:rPr>
              <w:t>Most useful topic</w:t>
            </w:r>
          </w:p>
        </w:tc>
        <w:tc>
          <w:tcPr>
            <w:tcW w:w="5112" w:type="dxa"/>
            <w:shd w:val="clear" w:color="auto" w:fill="F8FAFA"/>
            <w:tcMar>
              <w:top w:w="100" w:type="dxa"/>
              <w:left w:w="100" w:type="dxa"/>
              <w:bottom w:w="100" w:type="dxa"/>
              <w:right w:w="100" w:type="dxa"/>
            </w:tcMar>
            <w:vAlign w:val="center"/>
          </w:tcPr>
          <w:p w14:paraId="446F3E36" w14:textId="77777777" w:rsidR="005C439C" w:rsidRDefault="005C439C"/>
        </w:tc>
      </w:tr>
      <w:tr w:rsidR="005C439C" w14:paraId="3E8B1253" w14:textId="77777777">
        <w:trPr>
          <w:jc w:val="center"/>
        </w:trPr>
        <w:tc>
          <w:tcPr>
            <w:tcW w:w="5112" w:type="dxa"/>
            <w:tcMar>
              <w:top w:w="100" w:type="dxa"/>
              <w:left w:w="100" w:type="dxa"/>
              <w:bottom w:w="100" w:type="dxa"/>
              <w:right w:w="100" w:type="dxa"/>
            </w:tcMar>
            <w:vAlign w:val="center"/>
          </w:tcPr>
          <w:p w14:paraId="2DEADAAA" w14:textId="77777777" w:rsidR="005C439C" w:rsidRDefault="00000000">
            <w:r>
              <w:rPr>
                <w:sz w:val="18"/>
              </w:rPr>
              <w:t>Most useful practical activity</w:t>
            </w:r>
          </w:p>
        </w:tc>
        <w:tc>
          <w:tcPr>
            <w:tcW w:w="5112" w:type="dxa"/>
            <w:tcMar>
              <w:top w:w="100" w:type="dxa"/>
              <w:left w:w="100" w:type="dxa"/>
              <w:bottom w:w="100" w:type="dxa"/>
              <w:right w:w="100" w:type="dxa"/>
            </w:tcMar>
            <w:vAlign w:val="center"/>
          </w:tcPr>
          <w:p w14:paraId="25D38466" w14:textId="77777777" w:rsidR="005C439C" w:rsidRDefault="005C439C"/>
        </w:tc>
      </w:tr>
      <w:tr w:rsidR="005C439C" w14:paraId="0A5779B5" w14:textId="77777777">
        <w:trPr>
          <w:jc w:val="center"/>
        </w:trPr>
        <w:tc>
          <w:tcPr>
            <w:tcW w:w="5112" w:type="dxa"/>
            <w:shd w:val="clear" w:color="auto" w:fill="F8FAFA"/>
            <w:tcMar>
              <w:top w:w="100" w:type="dxa"/>
              <w:left w:w="100" w:type="dxa"/>
              <w:bottom w:w="100" w:type="dxa"/>
              <w:right w:w="100" w:type="dxa"/>
            </w:tcMar>
            <w:vAlign w:val="center"/>
          </w:tcPr>
          <w:p w14:paraId="784AC8C0" w14:textId="77777777" w:rsidR="005C439C" w:rsidRDefault="00000000">
            <w:r>
              <w:rPr>
                <w:sz w:val="18"/>
              </w:rPr>
              <w:t>Most useful resource</w:t>
            </w:r>
          </w:p>
        </w:tc>
        <w:tc>
          <w:tcPr>
            <w:tcW w:w="5112" w:type="dxa"/>
            <w:shd w:val="clear" w:color="auto" w:fill="F8FAFA"/>
            <w:tcMar>
              <w:top w:w="100" w:type="dxa"/>
              <w:left w:w="100" w:type="dxa"/>
              <w:bottom w:w="100" w:type="dxa"/>
              <w:right w:w="100" w:type="dxa"/>
            </w:tcMar>
            <w:vAlign w:val="center"/>
          </w:tcPr>
          <w:p w14:paraId="68045C58" w14:textId="77777777" w:rsidR="005C439C" w:rsidRDefault="005C439C"/>
        </w:tc>
      </w:tr>
      <w:tr w:rsidR="005C439C" w14:paraId="57098B30" w14:textId="77777777">
        <w:trPr>
          <w:jc w:val="center"/>
        </w:trPr>
        <w:tc>
          <w:tcPr>
            <w:tcW w:w="5112" w:type="dxa"/>
            <w:tcMar>
              <w:top w:w="100" w:type="dxa"/>
              <w:left w:w="100" w:type="dxa"/>
              <w:bottom w:w="100" w:type="dxa"/>
              <w:right w:w="100" w:type="dxa"/>
            </w:tcMar>
            <w:vAlign w:val="center"/>
          </w:tcPr>
          <w:p w14:paraId="58E4D125" w14:textId="77777777" w:rsidR="005C439C" w:rsidRDefault="00000000">
            <w:r>
              <w:rPr>
                <w:sz w:val="18"/>
              </w:rPr>
              <w:lastRenderedPageBreak/>
              <w:t>Area needing more support</w:t>
            </w:r>
          </w:p>
        </w:tc>
        <w:tc>
          <w:tcPr>
            <w:tcW w:w="5112" w:type="dxa"/>
            <w:tcMar>
              <w:top w:w="100" w:type="dxa"/>
              <w:left w:w="100" w:type="dxa"/>
              <w:bottom w:w="100" w:type="dxa"/>
              <w:right w:w="100" w:type="dxa"/>
            </w:tcMar>
            <w:vAlign w:val="center"/>
          </w:tcPr>
          <w:p w14:paraId="5D3861B7" w14:textId="77777777" w:rsidR="005C439C" w:rsidRDefault="005C439C"/>
        </w:tc>
      </w:tr>
      <w:tr w:rsidR="005C439C" w14:paraId="66D7C17D" w14:textId="77777777">
        <w:trPr>
          <w:jc w:val="center"/>
        </w:trPr>
        <w:tc>
          <w:tcPr>
            <w:tcW w:w="5112" w:type="dxa"/>
            <w:shd w:val="clear" w:color="auto" w:fill="F8FAFA"/>
            <w:tcMar>
              <w:top w:w="100" w:type="dxa"/>
              <w:left w:w="100" w:type="dxa"/>
              <w:bottom w:w="100" w:type="dxa"/>
              <w:right w:w="100" w:type="dxa"/>
            </w:tcMar>
            <w:vAlign w:val="center"/>
          </w:tcPr>
          <w:p w14:paraId="242D84E2" w14:textId="77777777" w:rsidR="005C439C" w:rsidRDefault="00000000">
            <w:r>
              <w:rPr>
                <w:sz w:val="18"/>
              </w:rPr>
              <w:t>Virtual delivery experience</w:t>
            </w:r>
          </w:p>
        </w:tc>
        <w:tc>
          <w:tcPr>
            <w:tcW w:w="5112" w:type="dxa"/>
            <w:shd w:val="clear" w:color="auto" w:fill="F8FAFA"/>
            <w:tcMar>
              <w:top w:w="100" w:type="dxa"/>
              <w:left w:w="100" w:type="dxa"/>
              <w:bottom w:w="100" w:type="dxa"/>
              <w:right w:w="100" w:type="dxa"/>
            </w:tcMar>
            <w:vAlign w:val="center"/>
          </w:tcPr>
          <w:p w14:paraId="014FA0C8" w14:textId="77777777" w:rsidR="005C439C" w:rsidRDefault="005C439C"/>
        </w:tc>
      </w:tr>
      <w:tr w:rsidR="005C439C" w14:paraId="754817AE" w14:textId="77777777">
        <w:trPr>
          <w:jc w:val="center"/>
        </w:trPr>
        <w:tc>
          <w:tcPr>
            <w:tcW w:w="5112" w:type="dxa"/>
            <w:tcMar>
              <w:top w:w="100" w:type="dxa"/>
              <w:left w:w="100" w:type="dxa"/>
              <w:bottom w:w="100" w:type="dxa"/>
              <w:right w:w="100" w:type="dxa"/>
            </w:tcMar>
            <w:vAlign w:val="center"/>
          </w:tcPr>
          <w:p w14:paraId="7E26D863" w14:textId="77777777" w:rsidR="005C439C" w:rsidRDefault="00000000">
            <w:r>
              <w:rPr>
                <w:sz w:val="18"/>
              </w:rPr>
              <w:t>Suggestions for future programmes</w:t>
            </w:r>
          </w:p>
        </w:tc>
        <w:tc>
          <w:tcPr>
            <w:tcW w:w="5112" w:type="dxa"/>
            <w:tcMar>
              <w:top w:w="100" w:type="dxa"/>
              <w:left w:w="100" w:type="dxa"/>
              <w:bottom w:w="100" w:type="dxa"/>
              <w:right w:w="100" w:type="dxa"/>
            </w:tcMar>
            <w:vAlign w:val="center"/>
          </w:tcPr>
          <w:p w14:paraId="33483C8F" w14:textId="77777777" w:rsidR="005C439C" w:rsidRDefault="005C439C"/>
        </w:tc>
      </w:tr>
    </w:tbl>
    <w:p w14:paraId="69C17754" w14:textId="77777777" w:rsidR="005C439C" w:rsidRDefault="005C439C"/>
    <w:p w14:paraId="3E0BBACA" w14:textId="77777777" w:rsidR="005C439C" w:rsidRDefault="00000000">
      <w:pPr>
        <w:pStyle w:val="Heading1"/>
      </w:pPr>
      <w:r>
        <w:t>6. My Way Forward</w:t>
      </w:r>
    </w:p>
    <w:p w14:paraId="6309B916" w14:textId="77777777" w:rsidR="005C439C" w:rsidRDefault="00000000">
      <w:r>
        <w:t>Use this section to identify practical actions you will take after the programme.</w:t>
      </w:r>
    </w:p>
    <w:tbl>
      <w:tblPr>
        <w:tblStyle w:val="TableGrid"/>
        <w:tblW w:w="0" w:type="auto"/>
        <w:jc w:val="center"/>
        <w:tblLook w:val="04A0" w:firstRow="1" w:lastRow="0" w:firstColumn="1" w:lastColumn="0" w:noHBand="0" w:noVBand="1"/>
      </w:tblPr>
      <w:tblGrid>
        <w:gridCol w:w="2556"/>
        <w:gridCol w:w="2556"/>
        <w:gridCol w:w="2556"/>
        <w:gridCol w:w="2556"/>
      </w:tblGrid>
      <w:tr w:rsidR="005C439C" w14:paraId="4B2A53F3" w14:textId="77777777" w:rsidTr="002B4CA8">
        <w:trPr>
          <w:jc w:val="center"/>
        </w:trPr>
        <w:tc>
          <w:tcPr>
            <w:tcW w:w="2556" w:type="dxa"/>
            <w:shd w:val="clear" w:color="auto" w:fill="C00000"/>
            <w:tcMar>
              <w:top w:w="100" w:type="dxa"/>
              <w:left w:w="100" w:type="dxa"/>
              <w:bottom w:w="100" w:type="dxa"/>
              <w:right w:w="100" w:type="dxa"/>
            </w:tcMar>
            <w:vAlign w:val="center"/>
          </w:tcPr>
          <w:p w14:paraId="070E7BCE" w14:textId="77777777" w:rsidR="005C439C" w:rsidRDefault="00000000">
            <w:r>
              <w:rPr>
                <w:b/>
                <w:color w:val="FFFFFF"/>
                <w:sz w:val="18"/>
              </w:rPr>
              <w:t>Action</w:t>
            </w:r>
          </w:p>
        </w:tc>
        <w:tc>
          <w:tcPr>
            <w:tcW w:w="2556" w:type="dxa"/>
            <w:shd w:val="clear" w:color="auto" w:fill="C00000"/>
            <w:tcMar>
              <w:top w:w="100" w:type="dxa"/>
              <w:left w:w="100" w:type="dxa"/>
              <w:bottom w:w="100" w:type="dxa"/>
              <w:right w:w="100" w:type="dxa"/>
            </w:tcMar>
            <w:vAlign w:val="center"/>
          </w:tcPr>
          <w:p w14:paraId="51B03626" w14:textId="77777777" w:rsidR="005C439C" w:rsidRDefault="00000000">
            <w:r>
              <w:rPr>
                <w:b/>
                <w:color w:val="FFFFFF"/>
                <w:sz w:val="18"/>
              </w:rPr>
              <w:t>Why It Matters to My Practice</w:t>
            </w:r>
          </w:p>
        </w:tc>
        <w:tc>
          <w:tcPr>
            <w:tcW w:w="2556" w:type="dxa"/>
            <w:shd w:val="clear" w:color="auto" w:fill="C00000"/>
            <w:tcMar>
              <w:top w:w="100" w:type="dxa"/>
              <w:left w:w="100" w:type="dxa"/>
              <w:bottom w:w="100" w:type="dxa"/>
              <w:right w:w="100" w:type="dxa"/>
            </w:tcMar>
            <w:vAlign w:val="center"/>
          </w:tcPr>
          <w:p w14:paraId="701A1F00" w14:textId="77777777" w:rsidR="005C439C" w:rsidRDefault="00000000">
            <w:r>
              <w:rPr>
                <w:b/>
                <w:color w:val="FFFFFF"/>
                <w:sz w:val="18"/>
              </w:rPr>
              <w:t>Target Date</w:t>
            </w:r>
          </w:p>
        </w:tc>
        <w:tc>
          <w:tcPr>
            <w:tcW w:w="2556" w:type="dxa"/>
            <w:shd w:val="clear" w:color="auto" w:fill="C00000"/>
            <w:tcMar>
              <w:top w:w="100" w:type="dxa"/>
              <w:left w:w="100" w:type="dxa"/>
              <w:bottom w:w="100" w:type="dxa"/>
              <w:right w:w="100" w:type="dxa"/>
            </w:tcMar>
            <w:vAlign w:val="center"/>
          </w:tcPr>
          <w:p w14:paraId="352442FA" w14:textId="77777777" w:rsidR="005C439C" w:rsidRDefault="00000000">
            <w:r>
              <w:rPr>
                <w:b/>
                <w:color w:val="FFFFFF"/>
                <w:sz w:val="18"/>
              </w:rPr>
              <w:t>Status</w:t>
            </w:r>
          </w:p>
        </w:tc>
      </w:tr>
      <w:tr w:rsidR="005C439C" w14:paraId="3BBD97DC" w14:textId="77777777">
        <w:trPr>
          <w:jc w:val="center"/>
        </w:trPr>
        <w:tc>
          <w:tcPr>
            <w:tcW w:w="2556" w:type="dxa"/>
            <w:shd w:val="clear" w:color="auto" w:fill="F8FAFA"/>
            <w:tcMar>
              <w:top w:w="100" w:type="dxa"/>
              <w:left w:w="100" w:type="dxa"/>
              <w:bottom w:w="100" w:type="dxa"/>
              <w:right w:w="100" w:type="dxa"/>
            </w:tcMar>
            <w:vAlign w:val="center"/>
          </w:tcPr>
          <w:p w14:paraId="31E37708" w14:textId="77777777" w:rsidR="005C439C" w:rsidRDefault="005C439C"/>
        </w:tc>
        <w:tc>
          <w:tcPr>
            <w:tcW w:w="2556" w:type="dxa"/>
            <w:shd w:val="clear" w:color="auto" w:fill="F8FAFA"/>
            <w:tcMar>
              <w:top w:w="100" w:type="dxa"/>
              <w:left w:w="100" w:type="dxa"/>
              <w:bottom w:w="100" w:type="dxa"/>
              <w:right w:w="100" w:type="dxa"/>
            </w:tcMar>
            <w:vAlign w:val="center"/>
          </w:tcPr>
          <w:p w14:paraId="7E5A3B01" w14:textId="77777777" w:rsidR="005C439C" w:rsidRDefault="005C439C"/>
        </w:tc>
        <w:tc>
          <w:tcPr>
            <w:tcW w:w="2556" w:type="dxa"/>
            <w:shd w:val="clear" w:color="auto" w:fill="F8FAFA"/>
            <w:tcMar>
              <w:top w:w="100" w:type="dxa"/>
              <w:left w:w="100" w:type="dxa"/>
              <w:bottom w:w="100" w:type="dxa"/>
              <w:right w:w="100" w:type="dxa"/>
            </w:tcMar>
            <w:vAlign w:val="center"/>
          </w:tcPr>
          <w:p w14:paraId="6696920B" w14:textId="77777777" w:rsidR="005C439C" w:rsidRDefault="005C439C"/>
        </w:tc>
        <w:tc>
          <w:tcPr>
            <w:tcW w:w="2556" w:type="dxa"/>
            <w:shd w:val="clear" w:color="auto" w:fill="F8FAFA"/>
            <w:tcMar>
              <w:top w:w="100" w:type="dxa"/>
              <w:left w:w="100" w:type="dxa"/>
              <w:bottom w:w="100" w:type="dxa"/>
              <w:right w:w="100" w:type="dxa"/>
            </w:tcMar>
            <w:vAlign w:val="center"/>
          </w:tcPr>
          <w:p w14:paraId="396D936D" w14:textId="77777777" w:rsidR="005C439C" w:rsidRDefault="005C439C"/>
        </w:tc>
      </w:tr>
      <w:tr w:rsidR="005C439C" w14:paraId="761171E9" w14:textId="77777777">
        <w:trPr>
          <w:jc w:val="center"/>
        </w:trPr>
        <w:tc>
          <w:tcPr>
            <w:tcW w:w="2556" w:type="dxa"/>
            <w:tcMar>
              <w:top w:w="100" w:type="dxa"/>
              <w:left w:w="100" w:type="dxa"/>
              <w:bottom w:w="100" w:type="dxa"/>
              <w:right w:w="100" w:type="dxa"/>
            </w:tcMar>
            <w:vAlign w:val="center"/>
          </w:tcPr>
          <w:p w14:paraId="7377B5E6" w14:textId="77777777" w:rsidR="005C439C" w:rsidRDefault="005C439C"/>
        </w:tc>
        <w:tc>
          <w:tcPr>
            <w:tcW w:w="2556" w:type="dxa"/>
            <w:tcMar>
              <w:top w:w="100" w:type="dxa"/>
              <w:left w:w="100" w:type="dxa"/>
              <w:bottom w:w="100" w:type="dxa"/>
              <w:right w:w="100" w:type="dxa"/>
            </w:tcMar>
            <w:vAlign w:val="center"/>
          </w:tcPr>
          <w:p w14:paraId="528A36BC" w14:textId="77777777" w:rsidR="005C439C" w:rsidRDefault="005C439C"/>
        </w:tc>
        <w:tc>
          <w:tcPr>
            <w:tcW w:w="2556" w:type="dxa"/>
            <w:tcMar>
              <w:top w:w="100" w:type="dxa"/>
              <w:left w:w="100" w:type="dxa"/>
              <w:bottom w:w="100" w:type="dxa"/>
              <w:right w:w="100" w:type="dxa"/>
            </w:tcMar>
            <w:vAlign w:val="center"/>
          </w:tcPr>
          <w:p w14:paraId="1B629FA5" w14:textId="77777777" w:rsidR="005C439C" w:rsidRDefault="005C439C"/>
        </w:tc>
        <w:tc>
          <w:tcPr>
            <w:tcW w:w="2556" w:type="dxa"/>
            <w:tcMar>
              <w:top w:w="100" w:type="dxa"/>
              <w:left w:w="100" w:type="dxa"/>
              <w:bottom w:w="100" w:type="dxa"/>
              <w:right w:w="100" w:type="dxa"/>
            </w:tcMar>
            <w:vAlign w:val="center"/>
          </w:tcPr>
          <w:p w14:paraId="31932C26" w14:textId="77777777" w:rsidR="005C439C" w:rsidRDefault="005C439C"/>
        </w:tc>
      </w:tr>
      <w:tr w:rsidR="005C439C" w14:paraId="1E81E9E5" w14:textId="77777777">
        <w:trPr>
          <w:jc w:val="center"/>
        </w:trPr>
        <w:tc>
          <w:tcPr>
            <w:tcW w:w="2556" w:type="dxa"/>
            <w:shd w:val="clear" w:color="auto" w:fill="F8FAFA"/>
            <w:tcMar>
              <w:top w:w="100" w:type="dxa"/>
              <w:left w:w="100" w:type="dxa"/>
              <w:bottom w:w="100" w:type="dxa"/>
              <w:right w:w="100" w:type="dxa"/>
            </w:tcMar>
            <w:vAlign w:val="center"/>
          </w:tcPr>
          <w:p w14:paraId="164BFC1F" w14:textId="77777777" w:rsidR="005C439C" w:rsidRDefault="005C439C"/>
        </w:tc>
        <w:tc>
          <w:tcPr>
            <w:tcW w:w="2556" w:type="dxa"/>
            <w:shd w:val="clear" w:color="auto" w:fill="F8FAFA"/>
            <w:tcMar>
              <w:top w:w="100" w:type="dxa"/>
              <w:left w:w="100" w:type="dxa"/>
              <w:bottom w:w="100" w:type="dxa"/>
              <w:right w:w="100" w:type="dxa"/>
            </w:tcMar>
            <w:vAlign w:val="center"/>
          </w:tcPr>
          <w:p w14:paraId="7C13EA21" w14:textId="77777777" w:rsidR="005C439C" w:rsidRDefault="005C439C"/>
        </w:tc>
        <w:tc>
          <w:tcPr>
            <w:tcW w:w="2556" w:type="dxa"/>
            <w:shd w:val="clear" w:color="auto" w:fill="F8FAFA"/>
            <w:tcMar>
              <w:top w:w="100" w:type="dxa"/>
              <w:left w:w="100" w:type="dxa"/>
              <w:bottom w:w="100" w:type="dxa"/>
              <w:right w:w="100" w:type="dxa"/>
            </w:tcMar>
            <w:vAlign w:val="center"/>
          </w:tcPr>
          <w:p w14:paraId="2309EF06" w14:textId="77777777" w:rsidR="005C439C" w:rsidRDefault="005C439C"/>
        </w:tc>
        <w:tc>
          <w:tcPr>
            <w:tcW w:w="2556" w:type="dxa"/>
            <w:shd w:val="clear" w:color="auto" w:fill="F8FAFA"/>
            <w:tcMar>
              <w:top w:w="100" w:type="dxa"/>
              <w:left w:w="100" w:type="dxa"/>
              <w:bottom w:w="100" w:type="dxa"/>
              <w:right w:w="100" w:type="dxa"/>
            </w:tcMar>
            <w:vAlign w:val="center"/>
          </w:tcPr>
          <w:p w14:paraId="4F237665" w14:textId="77777777" w:rsidR="005C439C" w:rsidRDefault="005C439C"/>
        </w:tc>
      </w:tr>
      <w:tr w:rsidR="005C439C" w14:paraId="0262B8BC" w14:textId="77777777">
        <w:trPr>
          <w:jc w:val="center"/>
        </w:trPr>
        <w:tc>
          <w:tcPr>
            <w:tcW w:w="2556" w:type="dxa"/>
            <w:tcMar>
              <w:top w:w="100" w:type="dxa"/>
              <w:left w:w="100" w:type="dxa"/>
              <w:bottom w:w="100" w:type="dxa"/>
              <w:right w:w="100" w:type="dxa"/>
            </w:tcMar>
            <w:vAlign w:val="center"/>
          </w:tcPr>
          <w:p w14:paraId="78F6AA90" w14:textId="77777777" w:rsidR="005C439C" w:rsidRDefault="005C439C"/>
        </w:tc>
        <w:tc>
          <w:tcPr>
            <w:tcW w:w="2556" w:type="dxa"/>
            <w:tcMar>
              <w:top w:w="100" w:type="dxa"/>
              <w:left w:w="100" w:type="dxa"/>
              <w:bottom w:w="100" w:type="dxa"/>
              <w:right w:w="100" w:type="dxa"/>
            </w:tcMar>
            <w:vAlign w:val="center"/>
          </w:tcPr>
          <w:p w14:paraId="29FA553E" w14:textId="77777777" w:rsidR="005C439C" w:rsidRDefault="005C439C"/>
        </w:tc>
        <w:tc>
          <w:tcPr>
            <w:tcW w:w="2556" w:type="dxa"/>
            <w:tcMar>
              <w:top w:w="100" w:type="dxa"/>
              <w:left w:w="100" w:type="dxa"/>
              <w:bottom w:w="100" w:type="dxa"/>
              <w:right w:w="100" w:type="dxa"/>
            </w:tcMar>
            <w:vAlign w:val="center"/>
          </w:tcPr>
          <w:p w14:paraId="03A4F9D4" w14:textId="77777777" w:rsidR="005C439C" w:rsidRDefault="005C439C"/>
        </w:tc>
        <w:tc>
          <w:tcPr>
            <w:tcW w:w="2556" w:type="dxa"/>
            <w:tcMar>
              <w:top w:w="100" w:type="dxa"/>
              <w:left w:w="100" w:type="dxa"/>
              <w:bottom w:w="100" w:type="dxa"/>
              <w:right w:w="100" w:type="dxa"/>
            </w:tcMar>
            <w:vAlign w:val="center"/>
          </w:tcPr>
          <w:p w14:paraId="6B10E65F" w14:textId="77777777" w:rsidR="005C439C" w:rsidRDefault="005C439C"/>
        </w:tc>
      </w:tr>
      <w:tr w:rsidR="005C439C" w14:paraId="44451EAE" w14:textId="77777777">
        <w:trPr>
          <w:jc w:val="center"/>
        </w:trPr>
        <w:tc>
          <w:tcPr>
            <w:tcW w:w="2556" w:type="dxa"/>
            <w:shd w:val="clear" w:color="auto" w:fill="F8FAFA"/>
            <w:tcMar>
              <w:top w:w="100" w:type="dxa"/>
              <w:left w:w="100" w:type="dxa"/>
              <w:bottom w:w="100" w:type="dxa"/>
              <w:right w:w="100" w:type="dxa"/>
            </w:tcMar>
            <w:vAlign w:val="center"/>
          </w:tcPr>
          <w:p w14:paraId="2055BF45" w14:textId="77777777" w:rsidR="005C439C" w:rsidRDefault="005C439C"/>
        </w:tc>
        <w:tc>
          <w:tcPr>
            <w:tcW w:w="2556" w:type="dxa"/>
            <w:shd w:val="clear" w:color="auto" w:fill="F8FAFA"/>
            <w:tcMar>
              <w:top w:w="100" w:type="dxa"/>
              <w:left w:w="100" w:type="dxa"/>
              <w:bottom w:w="100" w:type="dxa"/>
              <w:right w:w="100" w:type="dxa"/>
            </w:tcMar>
            <w:vAlign w:val="center"/>
          </w:tcPr>
          <w:p w14:paraId="14976BAD" w14:textId="77777777" w:rsidR="005C439C" w:rsidRDefault="005C439C"/>
        </w:tc>
        <w:tc>
          <w:tcPr>
            <w:tcW w:w="2556" w:type="dxa"/>
            <w:shd w:val="clear" w:color="auto" w:fill="F8FAFA"/>
            <w:tcMar>
              <w:top w:w="100" w:type="dxa"/>
              <w:left w:w="100" w:type="dxa"/>
              <w:bottom w:w="100" w:type="dxa"/>
              <w:right w:w="100" w:type="dxa"/>
            </w:tcMar>
            <w:vAlign w:val="center"/>
          </w:tcPr>
          <w:p w14:paraId="100A7968" w14:textId="77777777" w:rsidR="005C439C" w:rsidRDefault="005C439C"/>
        </w:tc>
        <w:tc>
          <w:tcPr>
            <w:tcW w:w="2556" w:type="dxa"/>
            <w:shd w:val="clear" w:color="auto" w:fill="F8FAFA"/>
            <w:tcMar>
              <w:top w:w="100" w:type="dxa"/>
              <w:left w:w="100" w:type="dxa"/>
              <w:bottom w:w="100" w:type="dxa"/>
              <w:right w:w="100" w:type="dxa"/>
            </w:tcMar>
            <w:vAlign w:val="center"/>
          </w:tcPr>
          <w:p w14:paraId="7CE04F0A" w14:textId="77777777" w:rsidR="005C439C" w:rsidRDefault="005C439C"/>
        </w:tc>
      </w:tr>
    </w:tbl>
    <w:p w14:paraId="2AB6D034" w14:textId="77777777" w:rsidR="005C439C" w:rsidRDefault="005C439C"/>
    <w:p w14:paraId="425E304F" w14:textId="77777777" w:rsidR="005C439C" w:rsidRDefault="00000000">
      <w:pPr>
        <w:pStyle w:val="Heading1"/>
      </w:pPr>
      <w:r>
        <w:t>7. My 30-Day Practice Commitments</w:t>
      </w:r>
    </w:p>
    <w:tbl>
      <w:tblPr>
        <w:tblStyle w:val="TableGrid"/>
        <w:tblW w:w="0" w:type="auto"/>
        <w:jc w:val="center"/>
        <w:tblLook w:val="04A0" w:firstRow="1" w:lastRow="0" w:firstColumn="1" w:lastColumn="0" w:noHBand="0" w:noVBand="1"/>
      </w:tblPr>
      <w:tblGrid>
        <w:gridCol w:w="3408"/>
        <w:gridCol w:w="3408"/>
        <w:gridCol w:w="3408"/>
      </w:tblGrid>
      <w:tr w:rsidR="005C439C" w14:paraId="2C42F599" w14:textId="77777777" w:rsidTr="002B4CA8">
        <w:trPr>
          <w:jc w:val="center"/>
        </w:trPr>
        <w:tc>
          <w:tcPr>
            <w:tcW w:w="3408" w:type="dxa"/>
            <w:shd w:val="clear" w:color="auto" w:fill="C00000"/>
            <w:tcMar>
              <w:top w:w="100" w:type="dxa"/>
              <w:left w:w="100" w:type="dxa"/>
              <w:bottom w:w="100" w:type="dxa"/>
              <w:right w:w="100" w:type="dxa"/>
            </w:tcMar>
            <w:vAlign w:val="center"/>
          </w:tcPr>
          <w:p w14:paraId="3270233D" w14:textId="77777777" w:rsidR="005C439C" w:rsidRDefault="00000000">
            <w:r>
              <w:rPr>
                <w:b/>
                <w:color w:val="FFFFFF"/>
                <w:sz w:val="18"/>
              </w:rPr>
              <w:t>Commitment</w:t>
            </w:r>
          </w:p>
        </w:tc>
        <w:tc>
          <w:tcPr>
            <w:tcW w:w="3408" w:type="dxa"/>
            <w:shd w:val="clear" w:color="auto" w:fill="C00000"/>
            <w:tcMar>
              <w:top w:w="100" w:type="dxa"/>
              <w:left w:w="100" w:type="dxa"/>
              <w:bottom w:w="100" w:type="dxa"/>
              <w:right w:w="100" w:type="dxa"/>
            </w:tcMar>
            <w:vAlign w:val="center"/>
          </w:tcPr>
          <w:p w14:paraId="13049B27" w14:textId="77777777" w:rsidR="005C439C" w:rsidRDefault="00000000">
            <w:r>
              <w:rPr>
                <w:b/>
                <w:color w:val="FFFFFF"/>
                <w:sz w:val="18"/>
              </w:rPr>
              <w:t>First Step</w:t>
            </w:r>
          </w:p>
        </w:tc>
        <w:tc>
          <w:tcPr>
            <w:tcW w:w="3408" w:type="dxa"/>
            <w:shd w:val="clear" w:color="auto" w:fill="C00000"/>
            <w:tcMar>
              <w:top w:w="100" w:type="dxa"/>
              <w:left w:w="100" w:type="dxa"/>
              <w:bottom w:w="100" w:type="dxa"/>
              <w:right w:w="100" w:type="dxa"/>
            </w:tcMar>
            <w:vAlign w:val="center"/>
          </w:tcPr>
          <w:p w14:paraId="32C0DF4A" w14:textId="77777777" w:rsidR="005C439C" w:rsidRDefault="00000000">
            <w:r>
              <w:rPr>
                <w:b/>
                <w:color w:val="FFFFFF"/>
                <w:sz w:val="18"/>
              </w:rPr>
              <w:t>Target Date</w:t>
            </w:r>
          </w:p>
        </w:tc>
      </w:tr>
      <w:tr w:rsidR="005C439C" w14:paraId="0461BFF6" w14:textId="77777777">
        <w:trPr>
          <w:jc w:val="center"/>
        </w:trPr>
        <w:tc>
          <w:tcPr>
            <w:tcW w:w="3408" w:type="dxa"/>
            <w:shd w:val="clear" w:color="auto" w:fill="F8FAFA"/>
            <w:tcMar>
              <w:top w:w="100" w:type="dxa"/>
              <w:left w:w="100" w:type="dxa"/>
              <w:bottom w:w="100" w:type="dxa"/>
              <w:right w:w="100" w:type="dxa"/>
            </w:tcMar>
            <w:vAlign w:val="center"/>
          </w:tcPr>
          <w:p w14:paraId="1FD4AEA6" w14:textId="77777777" w:rsidR="005C439C" w:rsidRDefault="005C439C"/>
        </w:tc>
        <w:tc>
          <w:tcPr>
            <w:tcW w:w="3408" w:type="dxa"/>
            <w:shd w:val="clear" w:color="auto" w:fill="F8FAFA"/>
            <w:tcMar>
              <w:top w:w="100" w:type="dxa"/>
              <w:left w:w="100" w:type="dxa"/>
              <w:bottom w:w="100" w:type="dxa"/>
              <w:right w:w="100" w:type="dxa"/>
            </w:tcMar>
            <w:vAlign w:val="center"/>
          </w:tcPr>
          <w:p w14:paraId="3D3CD565" w14:textId="77777777" w:rsidR="005C439C" w:rsidRDefault="005C439C"/>
        </w:tc>
        <w:tc>
          <w:tcPr>
            <w:tcW w:w="3408" w:type="dxa"/>
            <w:shd w:val="clear" w:color="auto" w:fill="F8FAFA"/>
            <w:tcMar>
              <w:top w:w="100" w:type="dxa"/>
              <w:left w:w="100" w:type="dxa"/>
              <w:bottom w:w="100" w:type="dxa"/>
              <w:right w:w="100" w:type="dxa"/>
            </w:tcMar>
            <w:vAlign w:val="center"/>
          </w:tcPr>
          <w:p w14:paraId="61D35B48" w14:textId="77777777" w:rsidR="005C439C" w:rsidRDefault="005C439C"/>
        </w:tc>
      </w:tr>
      <w:tr w:rsidR="005C439C" w14:paraId="452D94CB" w14:textId="77777777">
        <w:trPr>
          <w:jc w:val="center"/>
        </w:trPr>
        <w:tc>
          <w:tcPr>
            <w:tcW w:w="3408" w:type="dxa"/>
            <w:tcMar>
              <w:top w:w="100" w:type="dxa"/>
              <w:left w:w="100" w:type="dxa"/>
              <w:bottom w:w="100" w:type="dxa"/>
              <w:right w:w="100" w:type="dxa"/>
            </w:tcMar>
            <w:vAlign w:val="center"/>
          </w:tcPr>
          <w:p w14:paraId="350DFBF0" w14:textId="77777777" w:rsidR="005C439C" w:rsidRDefault="005C439C"/>
        </w:tc>
        <w:tc>
          <w:tcPr>
            <w:tcW w:w="3408" w:type="dxa"/>
            <w:tcMar>
              <w:top w:w="100" w:type="dxa"/>
              <w:left w:w="100" w:type="dxa"/>
              <w:bottom w:w="100" w:type="dxa"/>
              <w:right w:w="100" w:type="dxa"/>
            </w:tcMar>
            <w:vAlign w:val="center"/>
          </w:tcPr>
          <w:p w14:paraId="7486E92C" w14:textId="77777777" w:rsidR="005C439C" w:rsidRDefault="005C439C"/>
        </w:tc>
        <w:tc>
          <w:tcPr>
            <w:tcW w:w="3408" w:type="dxa"/>
            <w:tcMar>
              <w:top w:w="100" w:type="dxa"/>
              <w:left w:w="100" w:type="dxa"/>
              <w:bottom w:w="100" w:type="dxa"/>
              <w:right w:w="100" w:type="dxa"/>
            </w:tcMar>
            <w:vAlign w:val="center"/>
          </w:tcPr>
          <w:p w14:paraId="76AC25A8" w14:textId="77777777" w:rsidR="005C439C" w:rsidRDefault="005C439C"/>
        </w:tc>
      </w:tr>
      <w:tr w:rsidR="005C439C" w14:paraId="3ADEFCDB" w14:textId="77777777">
        <w:trPr>
          <w:jc w:val="center"/>
        </w:trPr>
        <w:tc>
          <w:tcPr>
            <w:tcW w:w="3408" w:type="dxa"/>
            <w:shd w:val="clear" w:color="auto" w:fill="F8FAFA"/>
            <w:tcMar>
              <w:top w:w="100" w:type="dxa"/>
              <w:left w:w="100" w:type="dxa"/>
              <w:bottom w:w="100" w:type="dxa"/>
              <w:right w:w="100" w:type="dxa"/>
            </w:tcMar>
            <w:vAlign w:val="center"/>
          </w:tcPr>
          <w:p w14:paraId="00B205D8" w14:textId="77777777" w:rsidR="005C439C" w:rsidRDefault="005C439C"/>
        </w:tc>
        <w:tc>
          <w:tcPr>
            <w:tcW w:w="3408" w:type="dxa"/>
            <w:shd w:val="clear" w:color="auto" w:fill="F8FAFA"/>
            <w:tcMar>
              <w:top w:w="100" w:type="dxa"/>
              <w:left w:w="100" w:type="dxa"/>
              <w:bottom w:w="100" w:type="dxa"/>
              <w:right w:w="100" w:type="dxa"/>
            </w:tcMar>
            <w:vAlign w:val="center"/>
          </w:tcPr>
          <w:p w14:paraId="4896D7A1" w14:textId="77777777" w:rsidR="005C439C" w:rsidRDefault="005C439C"/>
        </w:tc>
        <w:tc>
          <w:tcPr>
            <w:tcW w:w="3408" w:type="dxa"/>
            <w:shd w:val="clear" w:color="auto" w:fill="F8FAFA"/>
            <w:tcMar>
              <w:top w:w="100" w:type="dxa"/>
              <w:left w:w="100" w:type="dxa"/>
              <w:bottom w:w="100" w:type="dxa"/>
              <w:right w:w="100" w:type="dxa"/>
            </w:tcMar>
            <w:vAlign w:val="center"/>
          </w:tcPr>
          <w:p w14:paraId="5DDB231D" w14:textId="77777777" w:rsidR="005C439C" w:rsidRDefault="005C439C"/>
        </w:tc>
      </w:tr>
    </w:tbl>
    <w:p w14:paraId="179737ED" w14:textId="77777777" w:rsidR="005C439C" w:rsidRDefault="005C439C"/>
    <w:p w14:paraId="1F4934D3" w14:textId="77777777" w:rsidR="005C439C" w:rsidRDefault="00000000">
      <w:pPr>
        <w:pStyle w:val="Heading1"/>
      </w:pPr>
      <w:r>
        <w:t>8. Final Reflection</w:t>
      </w:r>
    </w:p>
    <w:p w14:paraId="567C3F32" w14:textId="77777777" w:rsidR="005C439C" w:rsidRDefault="00000000">
      <w:r>
        <w:rPr>
          <w:b/>
          <w:color w:val="00A878"/>
        </w:rPr>
        <w:t>How has the programme prepared me for the next stage of my real estate practice?</w:t>
      </w:r>
    </w:p>
    <w:p w14:paraId="77913202" w14:textId="77777777" w:rsidR="005C439C" w:rsidRDefault="00000000">
      <w:r>
        <w:t>________________________________________________________________________________</w:t>
      </w:r>
    </w:p>
    <w:p w14:paraId="1838768F" w14:textId="77777777" w:rsidR="005C439C" w:rsidRDefault="00000000">
      <w:r>
        <w:t>________________________________________________________________________________</w:t>
      </w:r>
    </w:p>
    <w:p w14:paraId="4928FAC7" w14:textId="77777777" w:rsidR="005C439C" w:rsidRDefault="00000000">
      <w:r>
        <w:t>________________________________________________________________________________</w:t>
      </w:r>
    </w:p>
    <w:p w14:paraId="4429924A" w14:textId="77777777" w:rsidR="005C439C" w:rsidRDefault="00000000">
      <w:r>
        <w:rPr>
          <w:b/>
          <w:color w:val="00A878"/>
        </w:rPr>
        <w:t>What will I do differently as a result of this programme?</w:t>
      </w:r>
    </w:p>
    <w:p w14:paraId="09DDED3D" w14:textId="77777777" w:rsidR="005C439C" w:rsidRDefault="00000000">
      <w:r>
        <w:t>________________________________________________________________________________</w:t>
      </w:r>
    </w:p>
    <w:p w14:paraId="21E2F429" w14:textId="77777777" w:rsidR="005C439C" w:rsidRDefault="00000000">
      <w:r>
        <w:t>________________________________________________________________________________</w:t>
      </w:r>
    </w:p>
    <w:p w14:paraId="1ABD88D0" w14:textId="77777777" w:rsidR="005C439C" w:rsidRDefault="00000000">
      <w:r>
        <w:rPr>
          <w:b/>
          <w:color w:val="00A878"/>
        </w:rPr>
        <w:t>What support would be most useful to me going forward?</w:t>
      </w:r>
    </w:p>
    <w:p w14:paraId="743644B6" w14:textId="77777777" w:rsidR="005C439C" w:rsidRDefault="00000000">
      <w:r>
        <w:lastRenderedPageBreak/>
        <w:t>________________________________________________________________________________</w:t>
      </w:r>
    </w:p>
    <w:p w14:paraId="60F70050" w14:textId="77777777" w:rsidR="005C439C" w:rsidRDefault="00000000">
      <w:r>
        <w:t>________________________________________________________________________________</w:t>
      </w:r>
    </w:p>
    <w:p w14:paraId="7ED3E330" w14:textId="77777777" w:rsidR="005C439C" w:rsidRDefault="00000000">
      <w:pPr>
        <w:pStyle w:val="Heading1"/>
      </w:pPr>
      <w:r>
        <w:t>9. Learner Confirmation</w:t>
      </w:r>
    </w:p>
    <w:p w14:paraId="21BF9862" w14:textId="77777777" w:rsidR="005C439C" w:rsidRDefault="00000000">
      <w:r>
        <w:t>I have participated in the programme closing and review session and have recorded my reflections, feedback, questions and intended next steps.</w:t>
      </w:r>
    </w:p>
    <w:tbl>
      <w:tblPr>
        <w:tblStyle w:val="TableGrid"/>
        <w:tblW w:w="0" w:type="auto"/>
        <w:jc w:val="center"/>
        <w:tblLook w:val="04A0" w:firstRow="1" w:lastRow="0" w:firstColumn="1" w:lastColumn="0" w:noHBand="0" w:noVBand="1"/>
      </w:tblPr>
      <w:tblGrid>
        <w:gridCol w:w="3408"/>
        <w:gridCol w:w="3408"/>
        <w:gridCol w:w="3408"/>
      </w:tblGrid>
      <w:tr w:rsidR="005C439C" w14:paraId="72D06983" w14:textId="77777777" w:rsidTr="002B4CA8">
        <w:trPr>
          <w:jc w:val="center"/>
        </w:trPr>
        <w:tc>
          <w:tcPr>
            <w:tcW w:w="3408" w:type="dxa"/>
            <w:shd w:val="clear" w:color="auto" w:fill="C00000"/>
            <w:tcMar>
              <w:top w:w="100" w:type="dxa"/>
              <w:left w:w="100" w:type="dxa"/>
              <w:bottom w:w="100" w:type="dxa"/>
              <w:right w:w="100" w:type="dxa"/>
            </w:tcMar>
            <w:vAlign w:val="center"/>
          </w:tcPr>
          <w:p w14:paraId="4E45A950" w14:textId="77777777" w:rsidR="005C439C" w:rsidRDefault="00000000">
            <w:r>
              <w:rPr>
                <w:b/>
                <w:color w:val="FFFFFF"/>
                <w:sz w:val="18"/>
              </w:rPr>
              <w:t>Learner Name</w:t>
            </w:r>
          </w:p>
        </w:tc>
        <w:tc>
          <w:tcPr>
            <w:tcW w:w="3408" w:type="dxa"/>
            <w:shd w:val="clear" w:color="auto" w:fill="C00000"/>
            <w:tcMar>
              <w:top w:w="100" w:type="dxa"/>
              <w:left w:w="100" w:type="dxa"/>
              <w:bottom w:w="100" w:type="dxa"/>
              <w:right w:w="100" w:type="dxa"/>
            </w:tcMar>
            <w:vAlign w:val="center"/>
          </w:tcPr>
          <w:p w14:paraId="617D475D" w14:textId="77777777" w:rsidR="005C439C" w:rsidRDefault="00000000">
            <w:r>
              <w:rPr>
                <w:b/>
                <w:color w:val="FFFFFF"/>
                <w:sz w:val="18"/>
              </w:rPr>
              <w:t>Date</w:t>
            </w:r>
          </w:p>
        </w:tc>
        <w:tc>
          <w:tcPr>
            <w:tcW w:w="3408" w:type="dxa"/>
            <w:shd w:val="clear" w:color="auto" w:fill="C00000"/>
            <w:tcMar>
              <w:top w:w="100" w:type="dxa"/>
              <w:left w:w="100" w:type="dxa"/>
              <w:bottom w:w="100" w:type="dxa"/>
              <w:right w:w="100" w:type="dxa"/>
            </w:tcMar>
            <w:vAlign w:val="center"/>
          </w:tcPr>
          <w:p w14:paraId="1E27AACE" w14:textId="77777777" w:rsidR="005C439C" w:rsidRDefault="00000000">
            <w:r>
              <w:rPr>
                <w:b/>
                <w:color w:val="FFFFFF"/>
                <w:sz w:val="18"/>
              </w:rPr>
              <w:t>Signature / Confirmation</w:t>
            </w:r>
          </w:p>
        </w:tc>
      </w:tr>
      <w:tr w:rsidR="005C439C" w14:paraId="2269D354" w14:textId="77777777">
        <w:trPr>
          <w:jc w:val="center"/>
        </w:trPr>
        <w:tc>
          <w:tcPr>
            <w:tcW w:w="3408" w:type="dxa"/>
            <w:shd w:val="clear" w:color="auto" w:fill="F8FAFA"/>
            <w:tcMar>
              <w:top w:w="100" w:type="dxa"/>
              <w:left w:w="100" w:type="dxa"/>
              <w:bottom w:w="100" w:type="dxa"/>
              <w:right w:w="100" w:type="dxa"/>
            </w:tcMar>
            <w:vAlign w:val="center"/>
          </w:tcPr>
          <w:p w14:paraId="406CCE23" w14:textId="2D66F42C" w:rsidR="005C439C" w:rsidRDefault="002B4CA8">
            <w:r>
              <w:br/>
            </w:r>
            <w:r>
              <w:br/>
            </w:r>
          </w:p>
        </w:tc>
        <w:tc>
          <w:tcPr>
            <w:tcW w:w="3408" w:type="dxa"/>
            <w:shd w:val="clear" w:color="auto" w:fill="F8FAFA"/>
            <w:tcMar>
              <w:top w:w="100" w:type="dxa"/>
              <w:left w:w="100" w:type="dxa"/>
              <w:bottom w:w="100" w:type="dxa"/>
              <w:right w:w="100" w:type="dxa"/>
            </w:tcMar>
            <w:vAlign w:val="center"/>
          </w:tcPr>
          <w:p w14:paraId="292CDED2" w14:textId="77777777" w:rsidR="005C439C" w:rsidRDefault="005C439C"/>
        </w:tc>
        <w:tc>
          <w:tcPr>
            <w:tcW w:w="3408" w:type="dxa"/>
            <w:shd w:val="clear" w:color="auto" w:fill="F8FAFA"/>
            <w:tcMar>
              <w:top w:w="100" w:type="dxa"/>
              <w:left w:w="100" w:type="dxa"/>
              <w:bottom w:w="100" w:type="dxa"/>
              <w:right w:w="100" w:type="dxa"/>
            </w:tcMar>
            <w:vAlign w:val="center"/>
          </w:tcPr>
          <w:p w14:paraId="396CEA6B" w14:textId="77777777" w:rsidR="005C439C" w:rsidRDefault="005C439C"/>
        </w:tc>
      </w:tr>
    </w:tbl>
    <w:p w14:paraId="50DD09CB" w14:textId="77777777" w:rsidR="005C439C" w:rsidRDefault="005C439C"/>
    <w:sectPr w:rsidR="005C439C" w:rsidSect="00034616">
      <w:footerReference w:type="default" r:id="rId9"/>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F99A9" w14:textId="77777777" w:rsidR="00010117" w:rsidRDefault="00010117">
      <w:pPr>
        <w:spacing w:after="0" w:line="240" w:lineRule="auto"/>
      </w:pPr>
      <w:r>
        <w:separator/>
      </w:r>
    </w:p>
  </w:endnote>
  <w:endnote w:type="continuationSeparator" w:id="0">
    <w:p w14:paraId="44217C56" w14:textId="77777777" w:rsidR="00010117" w:rsidRDefault="00010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B8070" w14:textId="77777777" w:rsidR="005C439C" w:rsidRDefault="00000000">
    <w:pPr>
      <w:pStyle w:val="Footer"/>
      <w:jc w:val="center"/>
    </w:pPr>
    <w:r>
      <w:rPr>
        <w:sz w:val="16"/>
      </w:rPr>
      <w:t xml:space="preserve">PPRA KZN Real Estate Learnership </w:t>
    </w:r>
    <w:proofErr w:type="spellStart"/>
    <w:r>
      <w:rPr>
        <w:sz w:val="16"/>
      </w:rPr>
      <w:t>Programme</w:t>
    </w:r>
    <w:proofErr w:type="spellEnd"/>
    <w:r>
      <w:rPr>
        <w:sz w:val="16"/>
      </w:rPr>
      <w:t xml:space="preserve"> | Post-Training Support </w:t>
    </w:r>
    <w:proofErr w:type="spellStart"/>
    <w:r>
      <w:rPr>
        <w:sz w:val="16"/>
      </w:rPr>
      <w:t>Programme</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6B500" w14:textId="77777777" w:rsidR="00010117" w:rsidRDefault="00010117">
      <w:pPr>
        <w:spacing w:after="0" w:line="240" w:lineRule="auto"/>
      </w:pPr>
      <w:r>
        <w:separator/>
      </w:r>
    </w:p>
  </w:footnote>
  <w:footnote w:type="continuationSeparator" w:id="0">
    <w:p w14:paraId="6D7AD7C7" w14:textId="77777777" w:rsidR="00010117" w:rsidRDefault="000101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3475764">
    <w:abstractNumId w:val="8"/>
  </w:num>
  <w:num w:numId="2" w16cid:durableId="1662390379">
    <w:abstractNumId w:val="6"/>
  </w:num>
  <w:num w:numId="3" w16cid:durableId="1756783140">
    <w:abstractNumId w:val="5"/>
  </w:num>
  <w:num w:numId="4" w16cid:durableId="2112584353">
    <w:abstractNumId w:val="4"/>
  </w:num>
  <w:num w:numId="5" w16cid:durableId="1753892273">
    <w:abstractNumId w:val="7"/>
  </w:num>
  <w:num w:numId="6" w16cid:durableId="236209039">
    <w:abstractNumId w:val="3"/>
  </w:num>
  <w:num w:numId="7" w16cid:durableId="744448764">
    <w:abstractNumId w:val="2"/>
  </w:num>
  <w:num w:numId="8" w16cid:durableId="434906720">
    <w:abstractNumId w:val="1"/>
  </w:num>
  <w:num w:numId="9" w16cid:durableId="1069882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0117"/>
    <w:rsid w:val="00034616"/>
    <w:rsid w:val="0006063C"/>
    <w:rsid w:val="0015074B"/>
    <w:rsid w:val="0029639D"/>
    <w:rsid w:val="002B4CA8"/>
    <w:rsid w:val="00326F90"/>
    <w:rsid w:val="005C439C"/>
    <w:rsid w:val="006A1E8C"/>
    <w:rsid w:val="00793BD4"/>
    <w:rsid w:val="00AA1D8D"/>
    <w:rsid w:val="00B47730"/>
    <w:rsid w:val="00BA56F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4E98E7"/>
  <w14:defaultImageDpi w14:val="300"/>
  <w15:docId w15:val="{8B98395D-6BB3-7D46-8E52-CD635C12A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63238"/>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A878"/>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B71C1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A878"/>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A878"/>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493</Words>
  <Characters>3349</Characters>
  <Application>Microsoft Office Word</Application>
  <DocSecurity>0</DocSecurity>
  <Lines>145</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Madoda Khuzwayo</cp:lastModifiedBy>
  <cp:revision>3</cp:revision>
  <dcterms:created xsi:type="dcterms:W3CDTF">2013-12-23T23:15:00Z</dcterms:created>
  <dcterms:modified xsi:type="dcterms:W3CDTF">2026-10-04T08:36:00Z</dcterms:modified>
  <cp:category/>
</cp:coreProperties>
</file>